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EDFB" w14:textId="77777777" w:rsidR="0067057B" w:rsidRPr="0067057B" w:rsidRDefault="0067057B" w:rsidP="004225DB">
      <w:pPr>
        <w:rPr>
          <w:rFonts w:ascii="Unesa" w:hAnsi="Unesa"/>
          <w:b/>
          <w:sz w:val="28"/>
        </w:rPr>
      </w:pPr>
    </w:p>
    <w:p w14:paraId="70A042E3" w14:textId="2235D0DA" w:rsidR="008D730D" w:rsidRPr="008D730D" w:rsidRDefault="008D730D" w:rsidP="008D730D">
      <w:pPr>
        <w:spacing w:line="240" w:lineRule="auto"/>
        <w:jc w:val="center"/>
        <w:rPr>
          <w:rFonts w:ascii="Unesa" w:hAnsi="Unesa"/>
          <w:b/>
          <w:sz w:val="28"/>
        </w:rPr>
      </w:pPr>
      <w:r>
        <w:rPr>
          <w:rFonts w:ascii="Unesa" w:hAnsi="Unesa"/>
          <w:b/>
          <w:sz w:val="28"/>
        </w:rPr>
        <w:t xml:space="preserve">PERLAWANAN TOKOH PEREMPUAN TERHADAP BUDAYA PATRIARKI DALAM NOVEL SUNYI PALING RIUH KARYA FAJAR </w:t>
      </w:r>
      <w:proofErr w:type="gramStart"/>
      <w:r>
        <w:rPr>
          <w:rFonts w:ascii="Unesa" w:hAnsi="Unesa"/>
          <w:b/>
          <w:sz w:val="28"/>
        </w:rPr>
        <w:t>SULAIMAN:KAJIAN</w:t>
      </w:r>
      <w:proofErr w:type="gramEnd"/>
      <w:r>
        <w:rPr>
          <w:rFonts w:ascii="Unesa" w:hAnsi="Unesa"/>
          <w:b/>
          <w:sz w:val="28"/>
        </w:rPr>
        <w:t xml:space="preserve"> FEMINISME EKSISTENSIALIS SIMONE DE BEAVOIR</w:t>
      </w:r>
    </w:p>
    <w:p w14:paraId="5A2218A4" w14:textId="31CC3926" w:rsidR="008C6324" w:rsidRDefault="008D730D" w:rsidP="008C6324">
      <w:pPr>
        <w:jc w:val="center"/>
        <w:rPr>
          <w:rFonts w:ascii="Unesa" w:hAnsi="Unesa"/>
          <w:b/>
          <w:sz w:val="24"/>
          <w:lang w:val="id-ID"/>
        </w:rPr>
      </w:pPr>
      <w:r>
        <w:rPr>
          <w:rFonts w:ascii="Unesa" w:hAnsi="Unesa"/>
          <w:b/>
          <w:sz w:val="24"/>
        </w:rPr>
        <w:t>Aldira Diva Safira</w:t>
      </w:r>
      <w:r w:rsidR="008C6324" w:rsidRPr="0067057B">
        <w:rPr>
          <w:rFonts w:ascii="Unesa" w:hAnsi="Unesa"/>
          <w:b/>
          <w:sz w:val="24"/>
        </w:rPr>
        <w:t>¹</w:t>
      </w:r>
      <w:r w:rsidR="008C6324">
        <w:rPr>
          <w:rFonts w:ascii="Unesa" w:hAnsi="Unesa"/>
          <w:b/>
          <w:sz w:val="24"/>
        </w:rPr>
        <w:t xml:space="preserve">, </w:t>
      </w:r>
      <w:proofErr w:type="spellStart"/>
      <w:r w:rsidR="008C6324">
        <w:rPr>
          <w:rFonts w:ascii="Unesa" w:hAnsi="Unesa"/>
          <w:b/>
          <w:sz w:val="24"/>
        </w:rPr>
        <w:t>Titik</w:t>
      </w:r>
      <w:proofErr w:type="spellEnd"/>
      <w:r w:rsidR="008C6324">
        <w:rPr>
          <w:rFonts w:ascii="Unesa" w:hAnsi="Unesa"/>
          <w:b/>
          <w:sz w:val="24"/>
        </w:rPr>
        <w:t xml:space="preserve"> Indarti</w:t>
      </w:r>
      <w:r w:rsidR="008C6324" w:rsidRPr="0067057B">
        <w:rPr>
          <w:rFonts w:ascii="Unesa" w:hAnsi="Unesa"/>
          <w:b/>
          <w:sz w:val="24"/>
        </w:rPr>
        <w:t>²</w:t>
      </w:r>
    </w:p>
    <w:p w14:paraId="5609BCE3" w14:textId="724ED28A" w:rsidR="008C6324" w:rsidRDefault="008C6324" w:rsidP="008C6324">
      <w:pPr>
        <w:jc w:val="center"/>
        <w:rPr>
          <w:rFonts w:ascii="Unesa" w:hAnsi="Unesa"/>
          <w:sz w:val="24"/>
        </w:rPr>
      </w:pPr>
      <w:r>
        <w:rPr>
          <w:rFonts w:ascii="Unesa" w:hAnsi="Unesa"/>
          <w:sz w:val="24"/>
        </w:rPr>
        <w:t xml:space="preserve">     </w:t>
      </w:r>
      <w:r w:rsidR="002B2EE6">
        <w:rPr>
          <w:rFonts w:ascii="Unesa" w:hAnsi="Unesa"/>
          <w:sz w:val="24"/>
        </w:rPr>
        <w:t xml:space="preserve">       </w:t>
      </w:r>
      <w:r>
        <w:rPr>
          <w:rFonts w:ascii="Unesa" w:hAnsi="Unesa"/>
          <w:sz w:val="24"/>
        </w:rPr>
        <w:t xml:space="preserve">Program Studi </w:t>
      </w:r>
      <w:r w:rsidR="00895D0B">
        <w:rPr>
          <w:rFonts w:ascii="Unesa" w:hAnsi="Unesa"/>
          <w:sz w:val="24"/>
        </w:rPr>
        <w:t xml:space="preserve">Pendidikan Bahasa dan sastra </w:t>
      </w:r>
      <w:proofErr w:type="spellStart"/>
      <w:r w:rsidR="00895D0B">
        <w:rPr>
          <w:rFonts w:ascii="Unesa" w:hAnsi="Unesa"/>
          <w:sz w:val="24"/>
        </w:rPr>
        <w:t>indonesia</w:t>
      </w:r>
      <w:proofErr w:type="spellEnd"/>
      <w:r w:rsidR="00895D0B">
        <w:rPr>
          <w:rFonts w:ascii="Unesa" w:hAnsi="Unesa"/>
          <w:sz w:val="24"/>
        </w:rPr>
        <w:t xml:space="preserve">, </w:t>
      </w:r>
      <w:proofErr w:type="spellStart"/>
      <w:r>
        <w:rPr>
          <w:rFonts w:ascii="Unesa" w:hAnsi="Unesa"/>
          <w:sz w:val="24"/>
        </w:rPr>
        <w:t>Fakultas</w:t>
      </w:r>
      <w:proofErr w:type="spellEnd"/>
      <w:r>
        <w:rPr>
          <w:rFonts w:ascii="Unesa" w:hAnsi="Unesa"/>
          <w:sz w:val="24"/>
        </w:rPr>
        <w:t xml:space="preserve"> Bahasa dan Seni</w:t>
      </w:r>
      <w:r w:rsidR="002B2EE6">
        <w:rPr>
          <w:rFonts w:ascii="Unesa" w:hAnsi="Unesa"/>
          <w:sz w:val="24"/>
        </w:rPr>
        <w:t xml:space="preserve"> </w:t>
      </w:r>
      <w:r w:rsidR="00895D0B">
        <w:rPr>
          <w:rFonts w:ascii="Unesa" w:hAnsi="Unesa"/>
          <w:sz w:val="24"/>
        </w:rPr>
        <w:t>Universitas Negeri Surabaya</w:t>
      </w:r>
      <w:r>
        <w:rPr>
          <w:rFonts w:ascii="Unesa" w:hAnsi="Unesa"/>
          <w:sz w:val="24"/>
        </w:rPr>
        <w:t>.</w:t>
      </w:r>
    </w:p>
    <w:p w14:paraId="139A5FD7" w14:textId="7EF7CCE1" w:rsidR="004F73AE" w:rsidRPr="008C6324" w:rsidRDefault="008C6324" w:rsidP="008C6324">
      <w:pPr>
        <w:spacing w:line="480" w:lineRule="auto"/>
        <w:jc w:val="center"/>
        <w:rPr>
          <w:rFonts w:ascii="Unesa" w:hAnsi="Unesa"/>
          <w:bCs/>
          <w:sz w:val="24"/>
        </w:rPr>
      </w:pPr>
      <w:hyperlink r:id="rId8" w:history="1">
        <w:r w:rsidRPr="00490604">
          <w:rPr>
            <w:rStyle w:val="Hyperlink"/>
            <w:rFonts w:ascii="Unesa" w:hAnsi="Unesa"/>
            <w:sz w:val="24"/>
          </w:rPr>
          <w:t>aldira.22186@mhs.unesa.ac.id</w:t>
        </w:r>
      </w:hyperlink>
      <w:r w:rsidR="003D3600">
        <w:rPr>
          <w:rFonts w:ascii="Unesa" w:hAnsi="Unesa"/>
          <w:sz w:val="24"/>
        </w:rPr>
        <w:t xml:space="preserve"> </w:t>
      </w:r>
      <w:r w:rsidRPr="0067057B">
        <w:rPr>
          <w:rFonts w:ascii="Unesa" w:hAnsi="Unesa"/>
          <w:b/>
          <w:sz w:val="24"/>
        </w:rPr>
        <w:t>¹</w:t>
      </w:r>
      <w:r>
        <w:rPr>
          <w:rFonts w:ascii="Unesa" w:hAnsi="Unesa"/>
          <w:b/>
          <w:sz w:val="24"/>
        </w:rPr>
        <w:t xml:space="preserve">, </w:t>
      </w:r>
      <w:hyperlink r:id="rId9" w:history="1">
        <w:r w:rsidRPr="00490604">
          <w:rPr>
            <w:rStyle w:val="Hyperlink"/>
            <w:rFonts w:ascii="Unesa" w:hAnsi="Unesa"/>
            <w:bCs/>
            <w:sz w:val="24"/>
          </w:rPr>
          <w:t>titikindarti@unesa.ac.id</w:t>
        </w:r>
      </w:hyperlink>
      <w:r>
        <w:rPr>
          <w:rFonts w:ascii="Unesa" w:hAnsi="Unesa"/>
          <w:bCs/>
          <w:sz w:val="24"/>
        </w:rPr>
        <w:t xml:space="preserve"> </w:t>
      </w:r>
      <w:r w:rsidRPr="0067057B">
        <w:rPr>
          <w:rFonts w:ascii="Unesa" w:hAnsi="Unesa"/>
          <w:b/>
          <w:sz w:val="24"/>
        </w:rPr>
        <w:t>²</w:t>
      </w:r>
    </w:p>
    <w:tbl>
      <w:tblPr>
        <w:tblW w:w="0" w:type="auto"/>
        <w:jc w:val="center"/>
        <w:tblBorders>
          <w:top w:val="single" w:sz="8" w:space="0" w:color="000000"/>
          <w:bottom w:val="single" w:sz="8" w:space="0" w:color="000000"/>
        </w:tblBorders>
        <w:shd w:val="clear" w:color="auto" w:fill="9BBB59" w:themeFill="accent3"/>
        <w:tblLayout w:type="fixed"/>
        <w:tblLook w:val="0000" w:firstRow="0" w:lastRow="0" w:firstColumn="0" w:lastColumn="0" w:noHBand="0" w:noVBand="0"/>
      </w:tblPr>
      <w:tblGrid>
        <w:gridCol w:w="3081"/>
        <w:gridCol w:w="6540"/>
      </w:tblGrid>
      <w:tr w:rsidR="00563976" w:rsidRPr="006E707E" w14:paraId="1207A4A7" w14:textId="77777777" w:rsidTr="006E707E">
        <w:trPr>
          <w:jc w:val="center"/>
        </w:trPr>
        <w:tc>
          <w:tcPr>
            <w:tcW w:w="3081" w:type="dxa"/>
            <w:tcBorders>
              <w:top w:val="single" w:sz="8" w:space="0" w:color="000000"/>
              <w:left w:val="nil"/>
              <w:bottom w:val="single" w:sz="8" w:space="0" w:color="000000"/>
              <w:right w:val="nil"/>
            </w:tcBorders>
            <w:shd w:val="clear" w:color="auto" w:fill="9BBB59" w:themeFill="accent3"/>
          </w:tcPr>
          <w:p w14:paraId="69653C2B" w14:textId="77777777" w:rsidR="00563976" w:rsidRPr="006E707E" w:rsidRDefault="00563976" w:rsidP="009758D7">
            <w:pPr>
              <w:spacing w:after="0" w:line="240" w:lineRule="auto"/>
              <w:rPr>
                <w:rFonts w:ascii="Unesa" w:hAnsi="Unesa" w:cs="Times New Roman"/>
                <w:b/>
                <w:bCs/>
                <w:color w:val="000000"/>
              </w:rPr>
            </w:pPr>
            <w:proofErr w:type="spellStart"/>
            <w:r w:rsidRPr="006E707E">
              <w:rPr>
                <w:rFonts w:ascii="Unesa" w:hAnsi="Unesa" w:cs="Times New Roman"/>
                <w:b/>
                <w:bCs/>
                <w:color w:val="000000"/>
              </w:rPr>
              <w:t>Informasi</w:t>
            </w:r>
            <w:proofErr w:type="spellEnd"/>
            <w:r w:rsidRPr="006E707E">
              <w:rPr>
                <w:rFonts w:ascii="Unesa" w:hAnsi="Unesa" w:cs="Times New Roman"/>
                <w:b/>
                <w:bCs/>
                <w:color w:val="000000"/>
              </w:rPr>
              <w:t xml:space="preserve"> Artikel</w:t>
            </w:r>
          </w:p>
        </w:tc>
        <w:tc>
          <w:tcPr>
            <w:tcW w:w="6540" w:type="dxa"/>
            <w:tcBorders>
              <w:top w:val="single" w:sz="8" w:space="0" w:color="000000"/>
              <w:bottom w:val="single" w:sz="8" w:space="0" w:color="000000"/>
              <w:right w:val="nil"/>
            </w:tcBorders>
            <w:shd w:val="clear" w:color="auto" w:fill="9BBB59" w:themeFill="accent3"/>
          </w:tcPr>
          <w:p w14:paraId="6BC224B8" w14:textId="108D9CAB" w:rsidR="00563976" w:rsidRPr="006E707E" w:rsidRDefault="00563976" w:rsidP="009758D7">
            <w:pPr>
              <w:spacing w:after="0" w:line="240" w:lineRule="auto"/>
              <w:jc w:val="center"/>
              <w:rPr>
                <w:rFonts w:ascii="Unesa" w:hAnsi="Unesa" w:cs="Times New Roman"/>
                <w:b/>
                <w:bCs/>
                <w:color w:val="000000"/>
                <w:lang w:val="id-ID"/>
              </w:rPr>
            </w:pPr>
            <w:r w:rsidRPr="006E707E">
              <w:rPr>
                <w:rFonts w:ascii="Unesa" w:hAnsi="Unesa" w:cs="Times New Roman"/>
                <w:b/>
                <w:bCs/>
                <w:color w:val="000000"/>
              </w:rPr>
              <w:t>ABSTR</w:t>
            </w:r>
            <w:r w:rsidRPr="006E707E">
              <w:rPr>
                <w:rFonts w:ascii="Unesa" w:hAnsi="Unesa" w:cs="Times New Roman"/>
                <w:b/>
                <w:bCs/>
                <w:color w:val="000000"/>
                <w:lang w:val="id-ID"/>
              </w:rPr>
              <w:t>AK</w:t>
            </w:r>
          </w:p>
        </w:tc>
      </w:tr>
      <w:tr w:rsidR="00563976" w:rsidRPr="006E707E" w14:paraId="3C3CB802" w14:textId="77777777" w:rsidTr="006E707E">
        <w:trPr>
          <w:jc w:val="center"/>
        </w:trPr>
        <w:tc>
          <w:tcPr>
            <w:tcW w:w="3081" w:type="dxa"/>
            <w:vMerge w:val="restart"/>
            <w:tcBorders>
              <w:left w:val="nil"/>
              <w:right w:val="nil"/>
            </w:tcBorders>
            <w:shd w:val="clear" w:color="auto" w:fill="9BBB59" w:themeFill="accent3"/>
          </w:tcPr>
          <w:p w14:paraId="4A444D3F" w14:textId="77777777" w:rsidR="00563976" w:rsidRPr="006E707E" w:rsidRDefault="00563976" w:rsidP="009758D7">
            <w:pPr>
              <w:spacing w:after="0" w:line="240" w:lineRule="auto"/>
              <w:rPr>
                <w:rFonts w:ascii="Unesa" w:hAnsi="Unesa" w:cs="Times New Roman"/>
                <w:bCs/>
                <w:i/>
                <w:color w:val="000000"/>
              </w:rPr>
            </w:pPr>
            <w:r w:rsidRPr="006E707E">
              <w:rPr>
                <w:rFonts w:ascii="Unesa" w:hAnsi="Unesa" w:cs="Times New Roman"/>
                <w:bCs/>
                <w:color w:val="000000"/>
              </w:rPr>
              <w:t>Submit: XX – XX – 2020</w:t>
            </w:r>
          </w:p>
          <w:p w14:paraId="395434AA" w14:textId="77777777" w:rsidR="00563976" w:rsidRPr="006E707E" w:rsidRDefault="00563976" w:rsidP="009758D7">
            <w:pPr>
              <w:spacing w:after="0" w:line="240" w:lineRule="auto"/>
              <w:rPr>
                <w:rFonts w:ascii="Unesa" w:hAnsi="Unesa" w:cs="Times New Roman"/>
                <w:bCs/>
                <w:color w:val="000000"/>
              </w:rPr>
            </w:pPr>
            <w:proofErr w:type="spellStart"/>
            <w:r w:rsidRPr="006E707E">
              <w:rPr>
                <w:rFonts w:ascii="Unesa" w:hAnsi="Unesa" w:cs="Times New Roman"/>
                <w:bCs/>
                <w:color w:val="000000"/>
              </w:rPr>
              <w:t>Diterima</w:t>
            </w:r>
            <w:proofErr w:type="spellEnd"/>
            <w:r w:rsidRPr="006E707E">
              <w:rPr>
                <w:rFonts w:ascii="Unesa" w:hAnsi="Unesa" w:cs="Times New Roman"/>
                <w:bCs/>
                <w:color w:val="000000"/>
              </w:rPr>
              <w:t>: XX – XX – 2020</w:t>
            </w:r>
          </w:p>
          <w:p w14:paraId="6E75423C" w14:textId="77777777" w:rsidR="00563976" w:rsidRPr="006E707E" w:rsidRDefault="00563976" w:rsidP="009758D7">
            <w:pPr>
              <w:spacing w:after="0" w:line="240" w:lineRule="auto"/>
              <w:rPr>
                <w:rFonts w:ascii="Unesa" w:hAnsi="Unesa" w:cs="Times New Roman"/>
                <w:bCs/>
                <w:color w:val="000000"/>
              </w:rPr>
            </w:pPr>
            <w:proofErr w:type="spellStart"/>
            <w:r w:rsidRPr="006E707E">
              <w:rPr>
                <w:rFonts w:ascii="Unesa" w:hAnsi="Unesa" w:cs="Times New Roman"/>
                <w:bCs/>
                <w:color w:val="000000"/>
              </w:rPr>
              <w:t>Dipublikasikan</w:t>
            </w:r>
            <w:proofErr w:type="spellEnd"/>
            <w:r w:rsidRPr="006E707E">
              <w:rPr>
                <w:rFonts w:ascii="Unesa" w:hAnsi="Unesa" w:cs="Times New Roman"/>
                <w:bCs/>
                <w:color w:val="000000"/>
              </w:rPr>
              <w:t>:</w:t>
            </w:r>
            <w:r w:rsidRPr="006E707E">
              <w:rPr>
                <w:rFonts w:ascii="Unesa" w:hAnsi="Unesa" w:cs="Times New Roman"/>
                <w:b/>
                <w:bCs/>
                <w:color w:val="000000"/>
              </w:rPr>
              <w:t xml:space="preserve"> </w:t>
            </w:r>
            <w:r w:rsidRPr="006E707E">
              <w:rPr>
                <w:rFonts w:ascii="Unesa" w:hAnsi="Unesa" w:cs="Times New Roman"/>
                <w:bCs/>
                <w:color w:val="000000"/>
              </w:rPr>
              <w:t>XX – XX – 2020</w:t>
            </w:r>
          </w:p>
        </w:tc>
        <w:tc>
          <w:tcPr>
            <w:tcW w:w="6540" w:type="dxa"/>
            <w:tcBorders>
              <w:right w:val="nil"/>
            </w:tcBorders>
            <w:shd w:val="clear" w:color="auto" w:fill="9BBB59" w:themeFill="accent3"/>
          </w:tcPr>
          <w:p w14:paraId="119A0116" w14:textId="13684D71" w:rsidR="003D3600" w:rsidRPr="0060118C" w:rsidRDefault="003D3600" w:rsidP="0060118C">
            <w:pPr>
              <w:jc w:val="both"/>
              <w:rPr>
                <w:rFonts w:ascii="Unesa" w:hAnsi="Unesa"/>
                <w:sz w:val="24"/>
                <w:szCs w:val="24"/>
              </w:rPr>
            </w:pPr>
            <w:proofErr w:type="spellStart"/>
            <w:r w:rsidRPr="003D3600">
              <w:rPr>
                <w:rFonts w:ascii="Unesa" w:hAnsi="Unesa"/>
                <w:sz w:val="24"/>
                <w:szCs w:val="24"/>
              </w:rPr>
              <w:t>Penelitian</w:t>
            </w:r>
            <w:proofErr w:type="spellEnd"/>
            <w:r w:rsidRPr="003D3600">
              <w:rPr>
                <w:rFonts w:ascii="Unesa" w:hAnsi="Unesa"/>
                <w:sz w:val="24"/>
                <w:szCs w:val="24"/>
              </w:rPr>
              <w:t xml:space="preserve"> ini </w:t>
            </w:r>
            <w:proofErr w:type="spellStart"/>
            <w:r w:rsidRPr="003D3600">
              <w:rPr>
                <w:rFonts w:ascii="Unesa" w:hAnsi="Unesa"/>
                <w:sz w:val="24"/>
                <w:szCs w:val="24"/>
              </w:rPr>
              <w:t>dilatarbelakangi</w:t>
            </w:r>
            <w:proofErr w:type="spellEnd"/>
            <w:r w:rsidRPr="003D3600">
              <w:rPr>
                <w:rFonts w:ascii="Unesa" w:hAnsi="Unesa"/>
                <w:sz w:val="24"/>
                <w:szCs w:val="24"/>
              </w:rPr>
              <w:t xml:space="preserve"> oleh </w:t>
            </w:r>
            <w:proofErr w:type="spellStart"/>
            <w:r w:rsidRPr="003D3600">
              <w:rPr>
                <w:rFonts w:ascii="Unesa" w:hAnsi="Unesa"/>
                <w:sz w:val="24"/>
                <w:szCs w:val="24"/>
              </w:rPr>
              <w:t>budaya</w:t>
            </w:r>
            <w:proofErr w:type="spellEnd"/>
            <w:r w:rsidRPr="003D3600">
              <w:rPr>
                <w:rFonts w:ascii="Unesa" w:hAnsi="Unesa"/>
                <w:sz w:val="24"/>
                <w:szCs w:val="24"/>
              </w:rPr>
              <w:t xml:space="preserve"> </w:t>
            </w:r>
            <w:proofErr w:type="spellStart"/>
            <w:r w:rsidRPr="003D3600">
              <w:rPr>
                <w:rFonts w:ascii="Unesa" w:hAnsi="Unesa"/>
                <w:sz w:val="24"/>
                <w:szCs w:val="24"/>
              </w:rPr>
              <w:t>patriarki</w:t>
            </w:r>
            <w:proofErr w:type="spellEnd"/>
            <w:r w:rsidRPr="003D3600">
              <w:rPr>
                <w:rFonts w:ascii="Unesa" w:hAnsi="Unesa"/>
                <w:sz w:val="24"/>
                <w:szCs w:val="24"/>
              </w:rPr>
              <w:t xml:space="preserve"> yang </w:t>
            </w:r>
            <w:proofErr w:type="spellStart"/>
            <w:r w:rsidRPr="003D3600">
              <w:rPr>
                <w:rFonts w:ascii="Unesa" w:hAnsi="Unesa"/>
                <w:sz w:val="24"/>
                <w:szCs w:val="24"/>
              </w:rPr>
              <w:t>menempatkan</w:t>
            </w:r>
            <w:proofErr w:type="spellEnd"/>
            <w:r w:rsidRPr="003D3600">
              <w:rPr>
                <w:rFonts w:ascii="Unesa" w:hAnsi="Unesa"/>
                <w:sz w:val="24"/>
                <w:szCs w:val="24"/>
              </w:rPr>
              <w:t xml:space="preserve"> </w:t>
            </w:r>
            <w:proofErr w:type="spellStart"/>
            <w:r w:rsidRPr="003D3600">
              <w:rPr>
                <w:rFonts w:ascii="Unesa" w:hAnsi="Unesa"/>
                <w:sz w:val="24"/>
                <w:szCs w:val="24"/>
              </w:rPr>
              <w:t>perempuan</w:t>
            </w:r>
            <w:proofErr w:type="spellEnd"/>
            <w:r w:rsidRPr="003D3600">
              <w:rPr>
                <w:rFonts w:ascii="Unesa" w:hAnsi="Unesa"/>
                <w:sz w:val="24"/>
                <w:szCs w:val="24"/>
              </w:rPr>
              <w:t xml:space="preserve"> pada </w:t>
            </w:r>
            <w:proofErr w:type="spellStart"/>
            <w:r w:rsidRPr="003D3600">
              <w:rPr>
                <w:rFonts w:ascii="Unesa" w:hAnsi="Unesa"/>
                <w:sz w:val="24"/>
                <w:szCs w:val="24"/>
              </w:rPr>
              <w:t>posisi</w:t>
            </w:r>
            <w:proofErr w:type="spellEnd"/>
            <w:r w:rsidRPr="003D3600">
              <w:rPr>
                <w:rFonts w:ascii="Unesa" w:hAnsi="Unesa"/>
                <w:sz w:val="24"/>
                <w:szCs w:val="24"/>
              </w:rPr>
              <w:t xml:space="preserve"> </w:t>
            </w:r>
            <w:proofErr w:type="spellStart"/>
            <w:r w:rsidRPr="003D3600">
              <w:rPr>
                <w:rFonts w:ascii="Unesa" w:hAnsi="Unesa"/>
                <w:sz w:val="24"/>
                <w:szCs w:val="24"/>
              </w:rPr>
              <w:t>subordinat</w:t>
            </w:r>
            <w:proofErr w:type="spellEnd"/>
            <w:r w:rsidRPr="003D3600">
              <w:rPr>
                <w:rFonts w:ascii="Unesa" w:hAnsi="Unesa"/>
                <w:sz w:val="24"/>
                <w:szCs w:val="24"/>
              </w:rPr>
              <w:t xml:space="preserve"> </w:t>
            </w:r>
            <w:proofErr w:type="spellStart"/>
            <w:r w:rsidRPr="003D3600">
              <w:rPr>
                <w:rFonts w:ascii="Unesa" w:hAnsi="Unesa"/>
                <w:sz w:val="24"/>
                <w:szCs w:val="24"/>
              </w:rPr>
              <w:t>dalam</w:t>
            </w:r>
            <w:proofErr w:type="spellEnd"/>
            <w:r w:rsidRPr="003D3600">
              <w:rPr>
                <w:rFonts w:ascii="Unesa" w:hAnsi="Unesa"/>
                <w:sz w:val="24"/>
                <w:szCs w:val="24"/>
              </w:rPr>
              <w:t xml:space="preserve"> </w:t>
            </w:r>
            <w:proofErr w:type="spellStart"/>
            <w:r w:rsidRPr="003D3600">
              <w:rPr>
                <w:rFonts w:ascii="Unesa" w:hAnsi="Unesa"/>
                <w:sz w:val="24"/>
                <w:szCs w:val="24"/>
              </w:rPr>
              <w:t>kehidupan</w:t>
            </w:r>
            <w:proofErr w:type="spellEnd"/>
            <w:r w:rsidRPr="003D3600">
              <w:rPr>
                <w:rFonts w:ascii="Unesa" w:hAnsi="Unesa"/>
                <w:sz w:val="24"/>
                <w:szCs w:val="24"/>
              </w:rPr>
              <w:t xml:space="preserve"> </w:t>
            </w:r>
            <w:proofErr w:type="spellStart"/>
            <w:r w:rsidRPr="003D3600">
              <w:rPr>
                <w:rFonts w:ascii="Unesa" w:hAnsi="Unesa"/>
                <w:sz w:val="24"/>
                <w:szCs w:val="24"/>
              </w:rPr>
              <w:t>sosial</w:t>
            </w:r>
            <w:proofErr w:type="spellEnd"/>
            <w:r w:rsidRPr="003D3600">
              <w:rPr>
                <w:rFonts w:ascii="Unesa" w:hAnsi="Unesa"/>
                <w:sz w:val="24"/>
                <w:szCs w:val="24"/>
              </w:rPr>
              <w:t xml:space="preserve"> </w:t>
            </w:r>
            <w:proofErr w:type="spellStart"/>
            <w:r w:rsidRPr="003D3600">
              <w:rPr>
                <w:rFonts w:ascii="Unesa" w:hAnsi="Unesa"/>
                <w:sz w:val="24"/>
                <w:szCs w:val="24"/>
              </w:rPr>
              <w:t>maupun</w:t>
            </w:r>
            <w:proofErr w:type="spellEnd"/>
            <w:r w:rsidRPr="003D3600">
              <w:rPr>
                <w:rFonts w:ascii="Unesa" w:hAnsi="Unesa"/>
                <w:sz w:val="24"/>
                <w:szCs w:val="24"/>
              </w:rPr>
              <w:t xml:space="preserve"> </w:t>
            </w:r>
            <w:proofErr w:type="spellStart"/>
            <w:r w:rsidRPr="003D3600">
              <w:rPr>
                <w:rFonts w:ascii="Unesa" w:hAnsi="Unesa"/>
                <w:sz w:val="24"/>
                <w:szCs w:val="24"/>
              </w:rPr>
              <w:t>dalam</w:t>
            </w:r>
            <w:proofErr w:type="spellEnd"/>
            <w:r w:rsidRPr="003D3600">
              <w:rPr>
                <w:rFonts w:ascii="Unesa" w:hAnsi="Unesa"/>
                <w:sz w:val="24"/>
                <w:szCs w:val="24"/>
              </w:rPr>
              <w:t xml:space="preserve"> </w:t>
            </w:r>
            <w:proofErr w:type="spellStart"/>
            <w:r w:rsidRPr="003D3600">
              <w:rPr>
                <w:rFonts w:ascii="Unesa" w:hAnsi="Unesa"/>
                <w:sz w:val="24"/>
                <w:szCs w:val="24"/>
              </w:rPr>
              <w:t>karya</w:t>
            </w:r>
            <w:proofErr w:type="spellEnd"/>
            <w:r w:rsidRPr="003D3600">
              <w:rPr>
                <w:rFonts w:ascii="Unesa" w:hAnsi="Unesa"/>
                <w:sz w:val="24"/>
                <w:szCs w:val="24"/>
              </w:rPr>
              <w:t xml:space="preserve"> sastra. Novel </w:t>
            </w:r>
            <w:proofErr w:type="spellStart"/>
            <w:r w:rsidRPr="003D3600">
              <w:rPr>
                <w:rFonts w:ascii="Unesa" w:hAnsi="Unesa"/>
                <w:sz w:val="24"/>
                <w:szCs w:val="24"/>
              </w:rPr>
              <w:t>Sunyi</w:t>
            </w:r>
            <w:proofErr w:type="spellEnd"/>
            <w:r w:rsidRPr="003D3600">
              <w:rPr>
                <w:rFonts w:ascii="Unesa" w:hAnsi="Unesa"/>
                <w:sz w:val="24"/>
                <w:szCs w:val="24"/>
              </w:rPr>
              <w:t xml:space="preserve"> Paling </w:t>
            </w:r>
            <w:proofErr w:type="spellStart"/>
            <w:r w:rsidRPr="003D3600">
              <w:rPr>
                <w:rFonts w:ascii="Unesa" w:hAnsi="Unesa"/>
                <w:sz w:val="24"/>
                <w:szCs w:val="24"/>
              </w:rPr>
              <w:t>Riuh</w:t>
            </w:r>
            <w:proofErr w:type="spellEnd"/>
            <w:r w:rsidRPr="003D3600">
              <w:rPr>
                <w:rFonts w:ascii="Unesa" w:hAnsi="Unesa"/>
                <w:sz w:val="24"/>
                <w:szCs w:val="24"/>
              </w:rPr>
              <w:t xml:space="preserve"> </w:t>
            </w:r>
            <w:proofErr w:type="spellStart"/>
            <w:r w:rsidRPr="003D3600">
              <w:rPr>
                <w:rFonts w:ascii="Unesa" w:hAnsi="Unesa"/>
                <w:sz w:val="24"/>
                <w:szCs w:val="24"/>
              </w:rPr>
              <w:t>karya</w:t>
            </w:r>
            <w:proofErr w:type="spellEnd"/>
            <w:r w:rsidRPr="003D3600">
              <w:rPr>
                <w:rFonts w:ascii="Unesa" w:hAnsi="Unesa"/>
                <w:sz w:val="24"/>
                <w:szCs w:val="24"/>
              </w:rPr>
              <w:t xml:space="preserve"> Fajar Sulaiman </w:t>
            </w:r>
            <w:proofErr w:type="spellStart"/>
            <w:r w:rsidRPr="003D3600">
              <w:rPr>
                <w:rFonts w:ascii="Unesa" w:hAnsi="Unesa"/>
                <w:sz w:val="24"/>
                <w:szCs w:val="24"/>
              </w:rPr>
              <w:t>menghadirkan</w:t>
            </w:r>
            <w:proofErr w:type="spellEnd"/>
            <w:r w:rsidRPr="003D3600">
              <w:rPr>
                <w:rFonts w:ascii="Unesa" w:hAnsi="Unesa"/>
                <w:sz w:val="24"/>
                <w:szCs w:val="24"/>
              </w:rPr>
              <w:t xml:space="preserve"> </w:t>
            </w:r>
            <w:proofErr w:type="spellStart"/>
            <w:r w:rsidRPr="003D3600">
              <w:rPr>
                <w:rFonts w:ascii="Unesa" w:hAnsi="Unesa"/>
                <w:sz w:val="24"/>
                <w:szCs w:val="24"/>
              </w:rPr>
              <w:t>tokoh</w:t>
            </w:r>
            <w:proofErr w:type="spellEnd"/>
            <w:r w:rsidRPr="003D3600">
              <w:rPr>
                <w:rFonts w:ascii="Unesa" w:hAnsi="Unesa"/>
                <w:sz w:val="24"/>
                <w:szCs w:val="24"/>
              </w:rPr>
              <w:t xml:space="preserve"> </w:t>
            </w:r>
            <w:proofErr w:type="spellStart"/>
            <w:r w:rsidRPr="003D3600">
              <w:rPr>
                <w:rFonts w:ascii="Unesa" w:hAnsi="Unesa"/>
                <w:sz w:val="24"/>
                <w:szCs w:val="24"/>
              </w:rPr>
              <w:t>perempuan</w:t>
            </w:r>
            <w:proofErr w:type="spellEnd"/>
            <w:r w:rsidRPr="003D3600">
              <w:rPr>
                <w:rFonts w:ascii="Unesa" w:hAnsi="Unesa"/>
                <w:sz w:val="24"/>
                <w:szCs w:val="24"/>
              </w:rPr>
              <w:t xml:space="preserve"> yang </w:t>
            </w:r>
            <w:proofErr w:type="spellStart"/>
            <w:r w:rsidRPr="003D3600">
              <w:rPr>
                <w:rFonts w:ascii="Unesa" w:hAnsi="Unesa"/>
                <w:sz w:val="24"/>
                <w:szCs w:val="24"/>
              </w:rPr>
              <w:t>mengalami</w:t>
            </w:r>
            <w:proofErr w:type="spellEnd"/>
            <w:r w:rsidRPr="003D3600">
              <w:rPr>
                <w:rFonts w:ascii="Unesa" w:hAnsi="Unesa"/>
                <w:sz w:val="24"/>
                <w:szCs w:val="24"/>
              </w:rPr>
              <w:t xml:space="preserve"> </w:t>
            </w:r>
            <w:proofErr w:type="spellStart"/>
            <w:r w:rsidRPr="003D3600">
              <w:rPr>
                <w:rFonts w:ascii="Unesa" w:hAnsi="Unesa"/>
                <w:sz w:val="24"/>
                <w:szCs w:val="24"/>
              </w:rPr>
              <w:t>berbagai</w:t>
            </w:r>
            <w:proofErr w:type="spellEnd"/>
            <w:r w:rsidRPr="003D3600">
              <w:rPr>
                <w:rFonts w:ascii="Unesa" w:hAnsi="Unesa"/>
                <w:sz w:val="24"/>
                <w:szCs w:val="24"/>
              </w:rPr>
              <w:t xml:space="preserve"> </w:t>
            </w:r>
            <w:proofErr w:type="spellStart"/>
            <w:r w:rsidRPr="003D3600">
              <w:rPr>
                <w:rFonts w:ascii="Unesa" w:hAnsi="Unesa"/>
                <w:sz w:val="24"/>
                <w:szCs w:val="24"/>
              </w:rPr>
              <w:t>bentuk</w:t>
            </w:r>
            <w:proofErr w:type="spellEnd"/>
            <w:r w:rsidRPr="003D3600">
              <w:rPr>
                <w:rFonts w:ascii="Unesa" w:hAnsi="Unesa"/>
                <w:sz w:val="24"/>
                <w:szCs w:val="24"/>
              </w:rPr>
              <w:t xml:space="preserve"> </w:t>
            </w:r>
            <w:proofErr w:type="spellStart"/>
            <w:r w:rsidRPr="003D3600">
              <w:rPr>
                <w:rFonts w:ascii="Unesa" w:hAnsi="Unesa"/>
                <w:sz w:val="24"/>
                <w:szCs w:val="24"/>
              </w:rPr>
              <w:t>penindasan</w:t>
            </w:r>
            <w:proofErr w:type="spellEnd"/>
            <w:r w:rsidRPr="003D3600">
              <w:rPr>
                <w:rFonts w:ascii="Unesa" w:hAnsi="Unesa"/>
                <w:sz w:val="24"/>
                <w:szCs w:val="24"/>
              </w:rPr>
              <w:t xml:space="preserve"> </w:t>
            </w:r>
            <w:proofErr w:type="spellStart"/>
            <w:r w:rsidRPr="003D3600">
              <w:rPr>
                <w:rFonts w:ascii="Unesa" w:hAnsi="Unesa"/>
                <w:sz w:val="24"/>
                <w:szCs w:val="24"/>
              </w:rPr>
              <w:t>patriarki</w:t>
            </w:r>
            <w:proofErr w:type="spellEnd"/>
            <w:r w:rsidRPr="003D3600">
              <w:rPr>
                <w:rFonts w:ascii="Unesa" w:hAnsi="Unesa"/>
                <w:sz w:val="24"/>
                <w:szCs w:val="24"/>
              </w:rPr>
              <w:t xml:space="preserve"> dan </w:t>
            </w:r>
            <w:proofErr w:type="spellStart"/>
            <w:r w:rsidRPr="003D3600">
              <w:rPr>
                <w:rFonts w:ascii="Unesa" w:hAnsi="Unesa"/>
                <w:sz w:val="24"/>
                <w:szCs w:val="24"/>
              </w:rPr>
              <w:t>upaya</w:t>
            </w:r>
            <w:proofErr w:type="spellEnd"/>
            <w:r w:rsidRPr="003D3600">
              <w:rPr>
                <w:rFonts w:ascii="Unesa" w:hAnsi="Unesa"/>
                <w:sz w:val="24"/>
                <w:szCs w:val="24"/>
              </w:rPr>
              <w:t xml:space="preserve"> </w:t>
            </w:r>
            <w:proofErr w:type="spellStart"/>
            <w:r w:rsidRPr="003D3600">
              <w:rPr>
                <w:rFonts w:ascii="Unesa" w:hAnsi="Unesa"/>
                <w:sz w:val="24"/>
                <w:szCs w:val="24"/>
              </w:rPr>
              <w:t>perlawanan</w:t>
            </w:r>
            <w:proofErr w:type="spellEnd"/>
            <w:r w:rsidRPr="003D3600">
              <w:rPr>
                <w:rFonts w:ascii="Unesa" w:hAnsi="Unesa"/>
                <w:sz w:val="24"/>
                <w:szCs w:val="24"/>
              </w:rPr>
              <w:t xml:space="preserve"> </w:t>
            </w:r>
            <w:proofErr w:type="spellStart"/>
            <w:r w:rsidRPr="003D3600">
              <w:rPr>
                <w:rFonts w:ascii="Unesa" w:hAnsi="Unesa"/>
                <w:sz w:val="24"/>
                <w:szCs w:val="24"/>
              </w:rPr>
              <w:t>untuk</w:t>
            </w:r>
            <w:proofErr w:type="spellEnd"/>
            <w:r w:rsidRPr="003D3600">
              <w:rPr>
                <w:rFonts w:ascii="Unesa" w:hAnsi="Unesa"/>
                <w:sz w:val="24"/>
                <w:szCs w:val="24"/>
              </w:rPr>
              <w:t xml:space="preserve"> </w:t>
            </w:r>
            <w:proofErr w:type="spellStart"/>
            <w:r w:rsidRPr="003D3600">
              <w:rPr>
                <w:rFonts w:ascii="Unesa" w:hAnsi="Unesa"/>
                <w:sz w:val="24"/>
                <w:szCs w:val="24"/>
              </w:rPr>
              <w:t>memperoleh</w:t>
            </w:r>
            <w:proofErr w:type="spellEnd"/>
            <w:r w:rsidRPr="003D3600">
              <w:rPr>
                <w:rFonts w:ascii="Unesa" w:hAnsi="Unesa"/>
                <w:sz w:val="24"/>
                <w:szCs w:val="24"/>
              </w:rPr>
              <w:t xml:space="preserve"> </w:t>
            </w:r>
            <w:proofErr w:type="spellStart"/>
            <w:r w:rsidRPr="003D3600">
              <w:rPr>
                <w:rFonts w:ascii="Unesa" w:hAnsi="Unesa"/>
                <w:sz w:val="24"/>
                <w:szCs w:val="24"/>
              </w:rPr>
              <w:t>kebebasan</w:t>
            </w:r>
            <w:proofErr w:type="spellEnd"/>
            <w:r w:rsidRPr="003D3600">
              <w:rPr>
                <w:rFonts w:ascii="Unesa" w:hAnsi="Unesa"/>
                <w:sz w:val="24"/>
                <w:szCs w:val="24"/>
              </w:rPr>
              <w:t xml:space="preserve"> dan </w:t>
            </w:r>
            <w:proofErr w:type="spellStart"/>
            <w:r w:rsidRPr="003D3600">
              <w:rPr>
                <w:rFonts w:ascii="Unesa" w:hAnsi="Unesa"/>
                <w:sz w:val="24"/>
                <w:szCs w:val="24"/>
              </w:rPr>
              <w:t>eksistensinya</w:t>
            </w:r>
            <w:proofErr w:type="spellEnd"/>
            <w:r w:rsidRPr="003D3600">
              <w:rPr>
                <w:rFonts w:ascii="Unesa" w:hAnsi="Unesa"/>
                <w:sz w:val="24"/>
                <w:szCs w:val="24"/>
              </w:rPr>
              <w:t xml:space="preserve"> </w:t>
            </w:r>
            <w:proofErr w:type="spellStart"/>
            <w:r w:rsidRPr="003D3600">
              <w:rPr>
                <w:rFonts w:ascii="Unesa" w:hAnsi="Unesa"/>
                <w:sz w:val="24"/>
                <w:szCs w:val="24"/>
              </w:rPr>
              <w:t>sebagai</w:t>
            </w:r>
            <w:proofErr w:type="spellEnd"/>
            <w:r w:rsidRPr="003D3600">
              <w:rPr>
                <w:rFonts w:ascii="Unesa" w:hAnsi="Unesa"/>
                <w:sz w:val="24"/>
                <w:szCs w:val="24"/>
              </w:rPr>
              <w:t xml:space="preserve"> </w:t>
            </w:r>
            <w:proofErr w:type="spellStart"/>
            <w:r w:rsidRPr="003D3600">
              <w:rPr>
                <w:rFonts w:ascii="Unesa" w:hAnsi="Unesa"/>
                <w:sz w:val="24"/>
                <w:szCs w:val="24"/>
              </w:rPr>
              <w:t>individu</w:t>
            </w:r>
            <w:proofErr w:type="spellEnd"/>
            <w:r w:rsidRPr="003D3600">
              <w:rPr>
                <w:rFonts w:ascii="Unesa" w:hAnsi="Unesa"/>
                <w:sz w:val="24"/>
                <w:szCs w:val="24"/>
              </w:rPr>
              <w:t xml:space="preserve">. </w:t>
            </w:r>
            <w:proofErr w:type="spellStart"/>
            <w:r w:rsidRPr="003D3600">
              <w:rPr>
                <w:rFonts w:ascii="Unesa" w:hAnsi="Unesa"/>
                <w:sz w:val="24"/>
                <w:szCs w:val="24"/>
              </w:rPr>
              <w:t>Penelitian</w:t>
            </w:r>
            <w:proofErr w:type="spellEnd"/>
            <w:r w:rsidRPr="003D3600">
              <w:rPr>
                <w:rFonts w:ascii="Unesa" w:hAnsi="Unesa"/>
                <w:sz w:val="24"/>
                <w:szCs w:val="24"/>
              </w:rPr>
              <w:t xml:space="preserve"> ini </w:t>
            </w:r>
            <w:proofErr w:type="spellStart"/>
            <w:r w:rsidRPr="003D3600">
              <w:rPr>
                <w:rFonts w:ascii="Unesa" w:hAnsi="Unesa"/>
                <w:sz w:val="24"/>
                <w:szCs w:val="24"/>
              </w:rPr>
              <w:t>menggunakan</w:t>
            </w:r>
            <w:proofErr w:type="spellEnd"/>
            <w:r w:rsidRPr="003D3600">
              <w:rPr>
                <w:rFonts w:ascii="Unesa" w:hAnsi="Unesa"/>
                <w:sz w:val="24"/>
                <w:szCs w:val="24"/>
              </w:rPr>
              <w:t xml:space="preserve"> metode </w:t>
            </w:r>
            <w:proofErr w:type="spellStart"/>
            <w:r w:rsidRPr="003D3600">
              <w:rPr>
                <w:rFonts w:ascii="Unesa" w:hAnsi="Unesa"/>
                <w:sz w:val="24"/>
                <w:szCs w:val="24"/>
              </w:rPr>
              <w:t>deskriptif</w:t>
            </w:r>
            <w:proofErr w:type="spellEnd"/>
            <w:r w:rsidRPr="003D3600">
              <w:rPr>
                <w:rFonts w:ascii="Unesa" w:hAnsi="Unesa"/>
                <w:sz w:val="24"/>
                <w:szCs w:val="24"/>
              </w:rPr>
              <w:t xml:space="preserve"> </w:t>
            </w:r>
            <w:proofErr w:type="spellStart"/>
            <w:r w:rsidRPr="003D3600">
              <w:rPr>
                <w:rFonts w:ascii="Unesa" w:hAnsi="Unesa"/>
                <w:sz w:val="24"/>
                <w:szCs w:val="24"/>
              </w:rPr>
              <w:t>kualitatif</w:t>
            </w:r>
            <w:proofErr w:type="spellEnd"/>
            <w:r w:rsidRPr="003D3600">
              <w:rPr>
                <w:rFonts w:ascii="Unesa" w:hAnsi="Unesa"/>
                <w:sz w:val="24"/>
                <w:szCs w:val="24"/>
              </w:rPr>
              <w:t xml:space="preserve"> </w:t>
            </w:r>
            <w:proofErr w:type="spellStart"/>
            <w:r w:rsidRPr="003D3600">
              <w:rPr>
                <w:rFonts w:ascii="Unesa" w:hAnsi="Unesa"/>
                <w:sz w:val="24"/>
                <w:szCs w:val="24"/>
              </w:rPr>
              <w:t>dengan</w:t>
            </w:r>
            <w:proofErr w:type="spellEnd"/>
            <w:r w:rsidRPr="003D3600">
              <w:rPr>
                <w:rFonts w:ascii="Unesa" w:hAnsi="Unesa"/>
                <w:sz w:val="24"/>
                <w:szCs w:val="24"/>
              </w:rPr>
              <w:t xml:space="preserve"> </w:t>
            </w:r>
            <w:proofErr w:type="spellStart"/>
            <w:r w:rsidRPr="003D3600">
              <w:rPr>
                <w:rFonts w:ascii="Unesa" w:hAnsi="Unesa"/>
                <w:sz w:val="24"/>
                <w:szCs w:val="24"/>
              </w:rPr>
              <w:t>pendekatan</w:t>
            </w:r>
            <w:proofErr w:type="spellEnd"/>
            <w:r w:rsidRPr="003D3600">
              <w:rPr>
                <w:rFonts w:ascii="Unesa" w:hAnsi="Unesa"/>
                <w:sz w:val="24"/>
                <w:szCs w:val="24"/>
              </w:rPr>
              <w:t xml:space="preserve"> </w:t>
            </w:r>
            <w:proofErr w:type="spellStart"/>
            <w:r w:rsidRPr="003D3600">
              <w:rPr>
                <w:rFonts w:ascii="Unesa" w:hAnsi="Unesa"/>
                <w:sz w:val="24"/>
                <w:szCs w:val="24"/>
              </w:rPr>
              <w:t>feminisme</w:t>
            </w:r>
            <w:proofErr w:type="spellEnd"/>
            <w:r w:rsidRPr="003D3600">
              <w:rPr>
                <w:rFonts w:ascii="Unesa" w:hAnsi="Unesa"/>
                <w:sz w:val="24"/>
                <w:szCs w:val="24"/>
              </w:rPr>
              <w:t xml:space="preserve"> </w:t>
            </w:r>
            <w:proofErr w:type="spellStart"/>
            <w:r w:rsidRPr="003D3600">
              <w:rPr>
                <w:rFonts w:ascii="Unesa" w:hAnsi="Unesa"/>
                <w:sz w:val="24"/>
                <w:szCs w:val="24"/>
              </w:rPr>
              <w:t>eksistensialis</w:t>
            </w:r>
            <w:proofErr w:type="spellEnd"/>
            <w:r w:rsidRPr="003D3600">
              <w:rPr>
                <w:rFonts w:ascii="Unesa" w:hAnsi="Unesa"/>
                <w:sz w:val="24"/>
                <w:szCs w:val="24"/>
              </w:rPr>
              <w:t xml:space="preserve"> Simone de Beauvoir. </w:t>
            </w:r>
            <w:proofErr w:type="spellStart"/>
            <w:r w:rsidRPr="003D3600">
              <w:rPr>
                <w:rFonts w:ascii="Unesa" w:hAnsi="Unesa"/>
                <w:sz w:val="24"/>
                <w:szCs w:val="24"/>
              </w:rPr>
              <w:t>Sumber</w:t>
            </w:r>
            <w:proofErr w:type="spellEnd"/>
            <w:r w:rsidRPr="003D3600">
              <w:rPr>
                <w:rFonts w:ascii="Unesa" w:hAnsi="Unesa"/>
                <w:sz w:val="24"/>
                <w:szCs w:val="24"/>
              </w:rPr>
              <w:t xml:space="preserve"> data </w:t>
            </w:r>
            <w:proofErr w:type="spellStart"/>
            <w:r w:rsidRPr="003D3600">
              <w:rPr>
                <w:rFonts w:ascii="Unesa" w:hAnsi="Unesa"/>
                <w:sz w:val="24"/>
                <w:szCs w:val="24"/>
              </w:rPr>
              <w:t>penelitian</w:t>
            </w:r>
            <w:proofErr w:type="spellEnd"/>
            <w:r w:rsidRPr="003D3600">
              <w:rPr>
                <w:rFonts w:ascii="Unesa" w:hAnsi="Unesa"/>
                <w:sz w:val="24"/>
                <w:szCs w:val="24"/>
              </w:rPr>
              <w:t xml:space="preserve"> adalah novel </w:t>
            </w:r>
            <w:proofErr w:type="spellStart"/>
            <w:r w:rsidRPr="003D3600">
              <w:rPr>
                <w:rFonts w:ascii="Unesa" w:hAnsi="Unesa"/>
                <w:sz w:val="24"/>
                <w:szCs w:val="24"/>
              </w:rPr>
              <w:t>Sunyi</w:t>
            </w:r>
            <w:proofErr w:type="spellEnd"/>
            <w:r w:rsidRPr="003D3600">
              <w:rPr>
                <w:rFonts w:ascii="Unesa" w:hAnsi="Unesa"/>
                <w:sz w:val="24"/>
                <w:szCs w:val="24"/>
              </w:rPr>
              <w:t xml:space="preserve"> Paling </w:t>
            </w:r>
            <w:proofErr w:type="spellStart"/>
            <w:r w:rsidRPr="003D3600">
              <w:rPr>
                <w:rFonts w:ascii="Unesa" w:hAnsi="Unesa"/>
                <w:sz w:val="24"/>
                <w:szCs w:val="24"/>
              </w:rPr>
              <w:t>Riuh</w:t>
            </w:r>
            <w:proofErr w:type="spellEnd"/>
            <w:r w:rsidRPr="003D3600">
              <w:rPr>
                <w:rFonts w:ascii="Unesa" w:hAnsi="Unesa"/>
                <w:sz w:val="24"/>
                <w:szCs w:val="24"/>
              </w:rPr>
              <w:t xml:space="preserve"> </w:t>
            </w:r>
            <w:proofErr w:type="spellStart"/>
            <w:r w:rsidRPr="003D3600">
              <w:rPr>
                <w:rFonts w:ascii="Unesa" w:hAnsi="Unesa"/>
                <w:sz w:val="24"/>
                <w:szCs w:val="24"/>
              </w:rPr>
              <w:t>karya</w:t>
            </w:r>
            <w:proofErr w:type="spellEnd"/>
            <w:r w:rsidRPr="003D3600">
              <w:rPr>
                <w:rFonts w:ascii="Unesa" w:hAnsi="Unesa"/>
                <w:sz w:val="24"/>
                <w:szCs w:val="24"/>
              </w:rPr>
              <w:t xml:space="preserve"> Fajar Sulaiman. Data </w:t>
            </w:r>
            <w:proofErr w:type="spellStart"/>
            <w:r w:rsidRPr="003D3600">
              <w:rPr>
                <w:rFonts w:ascii="Unesa" w:hAnsi="Unesa"/>
                <w:sz w:val="24"/>
                <w:szCs w:val="24"/>
              </w:rPr>
              <w:t>penelitian</w:t>
            </w:r>
            <w:proofErr w:type="spellEnd"/>
            <w:r w:rsidRPr="003D3600">
              <w:rPr>
                <w:rFonts w:ascii="Unesa" w:hAnsi="Unesa"/>
                <w:sz w:val="24"/>
                <w:szCs w:val="24"/>
              </w:rPr>
              <w:t xml:space="preserve"> </w:t>
            </w:r>
            <w:proofErr w:type="spellStart"/>
            <w:r w:rsidRPr="003D3600">
              <w:rPr>
                <w:rFonts w:ascii="Unesa" w:hAnsi="Unesa"/>
                <w:sz w:val="24"/>
                <w:szCs w:val="24"/>
              </w:rPr>
              <w:t>berupa</w:t>
            </w:r>
            <w:proofErr w:type="spellEnd"/>
            <w:r w:rsidRPr="003D3600">
              <w:rPr>
                <w:rFonts w:ascii="Unesa" w:hAnsi="Unesa"/>
                <w:sz w:val="24"/>
                <w:szCs w:val="24"/>
              </w:rPr>
              <w:t xml:space="preserve"> kata, </w:t>
            </w:r>
            <w:proofErr w:type="spellStart"/>
            <w:r w:rsidRPr="003D3600">
              <w:rPr>
                <w:rFonts w:ascii="Unesa" w:hAnsi="Unesa"/>
                <w:sz w:val="24"/>
                <w:szCs w:val="24"/>
              </w:rPr>
              <w:t>frasa</w:t>
            </w:r>
            <w:proofErr w:type="spellEnd"/>
            <w:r w:rsidRPr="003D3600">
              <w:rPr>
                <w:rFonts w:ascii="Unesa" w:hAnsi="Unesa"/>
                <w:sz w:val="24"/>
                <w:szCs w:val="24"/>
              </w:rPr>
              <w:t xml:space="preserve">, </w:t>
            </w:r>
            <w:proofErr w:type="spellStart"/>
            <w:r w:rsidRPr="003D3600">
              <w:rPr>
                <w:rFonts w:ascii="Unesa" w:hAnsi="Unesa"/>
                <w:sz w:val="24"/>
                <w:szCs w:val="24"/>
              </w:rPr>
              <w:t>kalimat</w:t>
            </w:r>
            <w:proofErr w:type="spellEnd"/>
            <w:r w:rsidRPr="003D3600">
              <w:rPr>
                <w:rFonts w:ascii="Unesa" w:hAnsi="Unesa"/>
                <w:sz w:val="24"/>
                <w:szCs w:val="24"/>
              </w:rPr>
              <w:t xml:space="preserve">, dialog, dan </w:t>
            </w:r>
            <w:proofErr w:type="spellStart"/>
            <w:r w:rsidRPr="003D3600">
              <w:rPr>
                <w:rFonts w:ascii="Unesa" w:hAnsi="Unesa"/>
                <w:sz w:val="24"/>
                <w:szCs w:val="24"/>
              </w:rPr>
              <w:t>narasi</w:t>
            </w:r>
            <w:proofErr w:type="spellEnd"/>
            <w:r w:rsidRPr="003D3600">
              <w:rPr>
                <w:rFonts w:ascii="Unesa" w:hAnsi="Unesa"/>
                <w:sz w:val="24"/>
                <w:szCs w:val="24"/>
              </w:rPr>
              <w:t xml:space="preserve"> yang </w:t>
            </w:r>
            <w:proofErr w:type="spellStart"/>
            <w:r w:rsidRPr="003D3600">
              <w:rPr>
                <w:rFonts w:ascii="Unesa" w:hAnsi="Unesa"/>
                <w:sz w:val="24"/>
                <w:szCs w:val="24"/>
              </w:rPr>
              <w:t>berkaitan</w:t>
            </w:r>
            <w:proofErr w:type="spellEnd"/>
            <w:r w:rsidRPr="003D3600">
              <w:rPr>
                <w:rFonts w:ascii="Unesa" w:hAnsi="Unesa"/>
                <w:sz w:val="24"/>
                <w:szCs w:val="24"/>
              </w:rPr>
              <w:t xml:space="preserve"> </w:t>
            </w:r>
            <w:proofErr w:type="spellStart"/>
            <w:r w:rsidRPr="003D3600">
              <w:rPr>
                <w:rFonts w:ascii="Unesa" w:hAnsi="Unesa"/>
                <w:sz w:val="24"/>
                <w:szCs w:val="24"/>
              </w:rPr>
              <w:t>dengan</w:t>
            </w:r>
            <w:proofErr w:type="spellEnd"/>
            <w:r w:rsidRPr="003D3600">
              <w:rPr>
                <w:rFonts w:ascii="Unesa" w:hAnsi="Unesa"/>
                <w:sz w:val="24"/>
                <w:szCs w:val="24"/>
              </w:rPr>
              <w:t xml:space="preserve"> </w:t>
            </w:r>
            <w:proofErr w:type="spellStart"/>
            <w:r w:rsidRPr="003D3600">
              <w:rPr>
                <w:rFonts w:ascii="Unesa" w:hAnsi="Unesa"/>
                <w:sz w:val="24"/>
                <w:szCs w:val="24"/>
              </w:rPr>
              <w:t>budaya</w:t>
            </w:r>
            <w:proofErr w:type="spellEnd"/>
            <w:r w:rsidRPr="003D3600">
              <w:rPr>
                <w:rFonts w:ascii="Unesa" w:hAnsi="Unesa"/>
                <w:sz w:val="24"/>
                <w:szCs w:val="24"/>
              </w:rPr>
              <w:t xml:space="preserve"> </w:t>
            </w:r>
            <w:proofErr w:type="spellStart"/>
            <w:r w:rsidRPr="003D3600">
              <w:rPr>
                <w:rFonts w:ascii="Unesa" w:hAnsi="Unesa"/>
                <w:sz w:val="24"/>
                <w:szCs w:val="24"/>
              </w:rPr>
              <w:t>patriarki</w:t>
            </w:r>
            <w:proofErr w:type="spellEnd"/>
            <w:r w:rsidRPr="003D3600">
              <w:rPr>
                <w:rFonts w:ascii="Unesa" w:hAnsi="Unesa"/>
                <w:sz w:val="24"/>
                <w:szCs w:val="24"/>
              </w:rPr>
              <w:t xml:space="preserve"> dan </w:t>
            </w:r>
            <w:proofErr w:type="spellStart"/>
            <w:r w:rsidRPr="003D3600">
              <w:rPr>
                <w:rFonts w:ascii="Unesa" w:hAnsi="Unesa"/>
                <w:sz w:val="24"/>
                <w:szCs w:val="24"/>
              </w:rPr>
              <w:t>perlawanan</w:t>
            </w:r>
            <w:proofErr w:type="spellEnd"/>
            <w:r w:rsidRPr="003D3600">
              <w:rPr>
                <w:rFonts w:ascii="Unesa" w:hAnsi="Unesa"/>
                <w:sz w:val="24"/>
                <w:szCs w:val="24"/>
              </w:rPr>
              <w:t xml:space="preserve"> </w:t>
            </w:r>
            <w:proofErr w:type="spellStart"/>
            <w:r w:rsidRPr="003D3600">
              <w:rPr>
                <w:rFonts w:ascii="Unesa" w:hAnsi="Unesa"/>
                <w:sz w:val="24"/>
                <w:szCs w:val="24"/>
              </w:rPr>
              <w:t>tokoh</w:t>
            </w:r>
            <w:proofErr w:type="spellEnd"/>
            <w:r w:rsidRPr="003D3600">
              <w:rPr>
                <w:rFonts w:ascii="Unesa" w:hAnsi="Unesa"/>
                <w:sz w:val="24"/>
                <w:szCs w:val="24"/>
              </w:rPr>
              <w:t xml:space="preserve"> </w:t>
            </w:r>
            <w:proofErr w:type="spellStart"/>
            <w:r w:rsidRPr="003D3600">
              <w:rPr>
                <w:rFonts w:ascii="Unesa" w:hAnsi="Unesa"/>
                <w:sz w:val="24"/>
                <w:szCs w:val="24"/>
              </w:rPr>
              <w:t>perempuan</w:t>
            </w:r>
            <w:proofErr w:type="spellEnd"/>
            <w:r w:rsidRPr="003D3600">
              <w:rPr>
                <w:rFonts w:ascii="Unesa" w:hAnsi="Unesa"/>
                <w:sz w:val="24"/>
                <w:szCs w:val="24"/>
              </w:rPr>
              <w:t xml:space="preserve">. Teknik </w:t>
            </w:r>
            <w:proofErr w:type="spellStart"/>
            <w:r w:rsidRPr="003D3600">
              <w:rPr>
                <w:rFonts w:ascii="Unesa" w:hAnsi="Unesa"/>
                <w:sz w:val="24"/>
                <w:szCs w:val="24"/>
              </w:rPr>
              <w:t>pengumpulan</w:t>
            </w:r>
            <w:proofErr w:type="spellEnd"/>
            <w:r w:rsidRPr="003D3600">
              <w:rPr>
                <w:rFonts w:ascii="Unesa" w:hAnsi="Unesa"/>
                <w:sz w:val="24"/>
                <w:szCs w:val="24"/>
              </w:rPr>
              <w:t xml:space="preserve"> data </w:t>
            </w:r>
            <w:proofErr w:type="spellStart"/>
            <w:r w:rsidRPr="003D3600">
              <w:rPr>
                <w:rFonts w:ascii="Unesa" w:hAnsi="Unesa"/>
                <w:sz w:val="24"/>
                <w:szCs w:val="24"/>
              </w:rPr>
              <w:t>dilakukan</w:t>
            </w:r>
            <w:proofErr w:type="spellEnd"/>
            <w:r w:rsidRPr="003D3600">
              <w:rPr>
                <w:rFonts w:ascii="Unesa" w:hAnsi="Unesa"/>
                <w:sz w:val="24"/>
                <w:szCs w:val="24"/>
              </w:rPr>
              <w:t xml:space="preserve"> </w:t>
            </w:r>
            <w:proofErr w:type="spellStart"/>
            <w:r w:rsidRPr="003D3600">
              <w:rPr>
                <w:rFonts w:ascii="Unesa" w:hAnsi="Unesa"/>
                <w:sz w:val="24"/>
                <w:szCs w:val="24"/>
              </w:rPr>
              <w:t>melalui</w:t>
            </w:r>
            <w:proofErr w:type="spellEnd"/>
            <w:r w:rsidRPr="003D3600">
              <w:rPr>
                <w:rFonts w:ascii="Unesa" w:hAnsi="Unesa"/>
                <w:sz w:val="24"/>
                <w:szCs w:val="24"/>
              </w:rPr>
              <w:t xml:space="preserve"> </w:t>
            </w:r>
            <w:proofErr w:type="spellStart"/>
            <w:r w:rsidRPr="003D3600">
              <w:rPr>
                <w:rFonts w:ascii="Unesa" w:hAnsi="Unesa"/>
                <w:sz w:val="24"/>
                <w:szCs w:val="24"/>
              </w:rPr>
              <w:t>teknik</w:t>
            </w:r>
            <w:proofErr w:type="spellEnd"/>
            <w:r w:rsidRPr="003D3600">
              <w:rPr>
                <w:rFonts w:ascii="Unesa" w:hAnsi="Unesa"/>
                <w:sz w:val="24"/>
                <w:szCs w:val="24"/>
              </w:rPr>
              <w:t xml:space="preserve"> </w:t>
            </w:r>
            <w:proofErr w:type="spellStart"/>
            <w:r w:rsidRPr="003D3600">
              <w:rPr>
                <w:rFonts w:ascii="Unesa" w:hAnsi="Unesa"/>
                <w:sz w:val="24"/>
                <w:szCs w:val="24"/>
              </w:rPr>
              <w:t>baca</w:t>
            </w:r>
            <w:proofErr w:type="spellEnd"/>
            <w:r w:rsidRPr="003D3600">
              <w:rPr>
                <w:rFonts w:ascii="Unesa" w:hAnsi="Unesa"/>
                <w:sz w:val="24"/>
                <w:szCs w:val="24"/>
              </w:rPr>
              <w:t xml:space="preserve"> dan </w:t>
            </w:r>
            <w:proofErr w:type="spellStart"/>
            <w:r w:rsidRPr="003D3600">
              <w:rPr>
                <w:rFonts w:ascii="Unesa" w:hAnsi="Unesa"/>
                <w:sz w:val="24"/>
                <w:szCs w:val="24"/>
              </w:rPr>
              <w:t>catat</w:t>
            </w:r>
            <w:proofErr w:type="spellEnd"/>
            <w:r w:rsidRPr="003D3600">
              <w:rPr>
                <w:rFonts w:ascii="Unesa" w:hAnsi="Unesa"/>
                <w:sz w:val="24"/>
                <w:szCs w:val="24"/>
              </w:rPr>
              <w:t xml:space="preserve">, </w:t>
            </w:r>
            <w:proofErr w:type="spellStart"/>
            <w:r w:rsidRPr="003D3600">
              <w:rPr>
                <w:rFonts w:ascii="Unesa" w:hAnsi="Unesa"/>
                <w:sz w:val="24"/>
                <w:szCs w:val="24"/>
              </w:rPr>
              <w:t>sedangkan</w:t>
            </w:r>
            <w:proofErr w:type="spellEnd"/>
            <w:r w:rsidRPr="003D3600">
              <w:rPr>
                <w:rFonts w:ascii="Unesa" w:hAnsi="Unesa"/>
                <w:sz w:val="24"/>
                <w:szCs w:val="24"/>
              </w:rPr>
              <w:t xml:space="preserve"> </w:t>
            </w:r>
            <w:proofErr w:type="spellStart"/>
            <w:r w:rsidRPr="003D3600">
              <w:rPr>
                <w:rFonts w:ascii="Unesa" w:hAnsi="Unesa"/>
                <w:sz w:val="24"/>
                <w:szCs w:val="24"/>
              </w:rPr>
              <w:t>teknik</w:t>
            </w:r>
            <w:proofErr w:type="spellEnd"/>
            <w:r w:rsidRPr="003D3600">
              <w:rPr>
                <w:rFonts w:ascii="Unesa" w:hAnsi="Unesa"/>
                <w:sz w:val="24"/>
                <w:szCs w:val="24"/>
              </w:rPr>
              <w:t xml:space="preserve"> </w:t>
            </w:r>
            <w:proofErr w:type="spellStart"/>
            <w:r w:rsidRPr="003D3600">
              <w:rPr>
                <w:rFonts w:ascii="Unesa" w:hAnsi="Unesa"/>
                <w:sz w:val="24"/>
                <w:szCs w:val="24"/>
              </w:rPr>
              <w:t>analisis</w:t>
            </w:r>
            <w:proofErr w:type="spellEnd"/>
            <w:r w:rsidRPr="003D3600">
              <w:rPr>
                <w:rFonts w:ascii="Unesa" w:hAnsi="Unesa"/>
                <w:sz w:val="24"/>
                <w:szCs w:val="24"/>
              </w:rPr>
              <w:t xml:space="preserve"> data </w:t>
            </w:r>
            <w:proofErr w:type="spellStart"/>
            <w:r w:rsidRPr="003D3600">
              <w:rPr>
                <w:rFonts w:ascii="Unesa" w:hAnsi="Unesa"/>
                <w:sz w:val="24"/>
                <w:szCs w:val="24"/>
              </w:rPr>
              <w:t>dilakukan</w:t>
            </w:r>
            <w:proofErr w:type="spellEnd"/>
            <w:r w:rsidRPr="003D3600">
              <w:rPr>
                <w:rFonts w:ascii="Unesa" w:hAnsi="Unesa"/>
                <w:sz w:val="24"/>
                <w:szCs w:val="24"/>
              </w:rPr>
              <w:t xml:space="preserve"> </w:t>
            </w:r>
            <w:proofErr w:type="spellStart"/>
            <w:r w:rsidRPr="003D3600">
              <w:rPr>
                <w:rFonts w:ascii="Unesa" w:hAnsi="Unesa"/>
                <w:sz w:val="24"/>
                <w:szCs w:val="24"/>
              </w:rPr>
              <w:t>dengan</w:t>
            </w:r>
            <w:proofErr w:type="spellEnd"/>
            <w:r w:rsidRPr="003D3600">
              <w:rPr>
                <w:rFonts w:ascii="Unesa" w:hAnsi="Unesa"/>
                <w:sz w:val="24"/>
                <w:szCs w:val="24"/>
              </w:rPr>
              <w:t xml:space="preserve"> </w:t>
            </w:r>
            <w:proofErr w:type="spellStart"/>
            <w:r w:rsidRPr="003D3600">
              <w:rPr>
                <w:rFonts w:ascii="Unesa" w:hAnsi="Unesa"/>
                <w:sz w:val="24"/>
                <w:szCs w:val="24"/>
              </w:rPr>
              <w:t>reduksi</w:t>
            </w:r>
            <w:proofErr w:type="spellEnd"/>
            <w:r w:rsidRPr="003D3600">
              <w:rPr>
                <w:rFonts w:ascii="Unesa" w:hAnsi="Unesa"/>
                <w:sz w:val="24"/>
                <w:szCs w:val="24"/>
              </w:rPr>
              <w:t xml:space="preserve"> data, </w:t>
            </w:r>
            <w:proofErr w:type="spellStart"/>
            <w:r w:rsidRPr="003D3600">
              <w:rPr>
                <w:rFonts w:ascii="Unesa" w:hAnsi="Unesa"/>
                <w:sz w:val="24"/>
                <w:szCs w:val="24"/>
              </w:rPr>
              <w:t>penyajian</w:t>
            </w:r>
            <w:proofErr w:type="spellEnd"/>
            <w:r w:rsidRPr="003D3600">
              <w:rPr>
                <w:rFonts w:ascii="Unesa" w:hAnsi="Unesa"/>
                <w:sz w:val="24"/>
                <w:szCs w:val="24"/>
              </w:rPr>
              <w:t xml:space="preserve"> data, dan </w:t>
            </w:r>
            <w:proofErr w:type="spellStart"/>
            <w:r w:rsidRPr="003D3600">
              <w:rPr>
                <w:rFonts w:ascii="Unesa" w:hAnsi="Unesa"/>
                <w:sz w:val="24"/>
                <w:szCs w:val="24"/>
              </w:rPr>
              <w:t>penarikan</w:t>
            </w:r>
            <w:proofErr w:type="spellEnd"/>
            <w:r w:rsidRPr="003D3600">
              <w:rPr>
                <w:rFonts w:ascii="Unesa" w:hAnsi="Unesa"/>
                <w:sz w:val="24"/>
                <w:szCs w:val="24"/>
              </w:rPr>
              <w:t xml:space="preserve"> </w:t>
            </w:r>
            <w:proofErr w:type="spellStart"/>
            <w:r w:rsidRPr="003D3600">
              <w:rPr>
                <w:rFonts w:ascii="Unesa" w:hAnsi="Unesa"/>
                <w:sz w:val="24"/>
                <w:szCs w:val="24"/>
              </w:rPr>
              <w:t>kesimpulan</w:t>
            </w:r>
            <w:proofErr w:type="spellEnd"/>
            <w:r w:rsidRPr="003D3600">
              <w:rPr>
                <w:rFonts w:ascii="Unesa" w:hAnsi="Unesa"/>
                <w:sz w:val="24"/>
                <w:szCs w:val="24"/>
              </w:rPr>
              <w:t xml:space="preserve">. </w:t>
            </w:r>
            <w:r w:rsidRPr="00B3583A">
              <w:rPr>
                <w:rFonts w:ascii="Unesa" w:hAnsi="Unesa"/>
                <w:sz w:val="24"/>
                <w:szCs w:val="24"/>
              </w:rPr>
              <w:t xml:space="preserve">Hasil </w:t>
            </w:r>
            <w:proofErr w:type="spellStart"/>
            <w:r w:rsidRPr="00B3583A">
              <w:rPr>
                <w:rFonts w:ascii="Unesa" w:hAnsi="Unesa"/>
                <w:sz w:val="24"/>
                <w:szCs w:val="24"/>
              </w:rPr>
              <w:t>penelitian</w:t>
            </w:r>
            <w:proofErr w:type="spellEnd"/>
            <w:r w:rsidRPr="00B3583A">
              <w:rPr>
                <w:rFonts w:ascii="Unesa" w:hAnsi="Unesa"/>
                <w:sz w:val="24"/>
                <w:szCs w:val="24"/>
              </w:rPr>
              <w:t xml:space="preserve"> </w:t>
            </w:r>
            <w:proofErr w:type="spellStart"/>
            <w:r w:rsidRPr="00B3583A">
              <w:rPr>
                <w:rFonts w:ascii="Unesa" w:hAnsi="Unesa"/>
                <w:sz w:val="24"/>
                <w:szCs w:val="24"/>
              </w:rPr>
              <w:t>menunjukkan</w:t>
            </w:r>
            <w:proofErr w:type="spellEnd"/>
            <w:r w:rsidRPr="00B3583A">
              <w:rPr>
                <w:rFonts w:ascii="Unesa" w:hAnsi="Unesa"/>
                <w:sz w:val="24"/>
                <w:szCs w:val="24"/>
              </w:rPr>
              <w:t xml:space="preserve"> </w:t>
            </w:r>
            <w:proofErr w:type="spellStart"/>
            <w:r w:rsidRPr="00B3583A">
              <w:rPr>
                <w:rFonts w:ascii="Unesa" w:hAnsi="Unesa"/>
                <w:sz w:val="24"/>
                <w:szCs w:val="24"/>
              </w:rPr>
              <w:t>bahwa</w:t>
            </w:r>
            <w:proofErr w:type="spellEnd"/>
            <w:r w:rsidRPr="00B3583A">
              <w:rPr>
                <w:rFonts w:ascii="Unesa" w:hAnsi="Unesa"/>
                <w:sz w:val="24"/>
                <w:szCs w:val="24"/>
              </w:rPr>
              <w:t xml:space="preserve"> </w:t>
            </w:r>
            <w:proofErr w:type="spellStart"/>
            <w:r w:rsidRPr="00B3583A">
              <w:rPr>
                <w:rFonts w:ascii="Unesa" w:hAnsi="Unesa"/>
                <w:sz w:val="24"/>
                <w:szCs w:val="24"/>
              </w:rPr>
              <w:t>tokoh</w:t>
            </w:r>
            <w:proofErr w:type="spellEnd"/>
            <w:r w:rsidRPr="00B3583A">
              <w:rPr>
                <w:rFonts w:ascii="Unesa" w:hAnsi="Unesa"/>
                <w:sz w:val="24"/>
                <w:szCs w:val="24"/>
              </w:rPr>
              <w:t xml:space="preserve"> </w:t>
            </w:r>
            <w:proofErr w:type="spellStart"/>
            <w:r w:rsidRPr="00B3583A">
              <w:rPr>
                <w:rFonts w:ascii="Unesa" w:hAnsi="Unesa"/>
                <w:sz w:val="24"/>
                <w:szCs w:val="24"/>
              </w:rPr>
              <w:t>perempuan</w:t>
            </w:r>
            <w:proofErr w:type="spellEnd"/>
            <w:r w:rsidRPr="00B3583A">
              <w:rPr>
                <w:rFonts w:ascii="Unesa" w:hAnsi="Unesa"/>
                <w:sz w:val="24"/>
                <w:szCs w:val="24"/>
              </w:rPr>
              <w:t xml:space="preserve"> </w:t>
            </w:r>
            <w:proofErr w:type="spellStart"/>
            <w:r w:rsidRPr="00B3583A">
              <w:rPr>
                <w:rFonts w:ascii="Unesa" w:hAnsi="Unesa"/>
                <w:sz w:val="24"/>
                <w:szCs w:val="24"/>
              </w:rPr>
              <w:t>dalam</w:t>
            </w:r>
            <w:proofErr w:type="spellEnd"/>
            <w:r w:rsidRPr="00B3583A">
              <w:rPr>
                <w:rFonts w:ascii="Unesa" w:hAnsi="Unesa"/>
                <w:sz w:val="24"/>
                <w:szCs w:val="24"/>
              </w:rPr>
              <w:t xml:space="preserve"> novel </w:t>
            </w:r>
            <w:proofErr w:type="spellStart"/>
            <w:r w:rsidRPr="00B3583A">
              <w:rPr>
                <w:rFonts w:ascii="Unesa" w:hAnsi="Unesa"/>
                <w:sz w:val="24"/>
                <w:szCs w:val="24"/>
              </w:rPr>
              <w:t>mengalami</w:t>
            </w:r>
            <w:proofErr w:type="spellEnd"/>
            <w:r w:rsidRPr="00B3583A">
              <w:rPr>
                <w:rFonts w:ascii="Unesa" w:hAnsi="Unesa"/>
                <w:sz w:val="24"/>
                <w:szCs w:val="24"/>
              </w:rPr>
              <w:t xml:space="preserve"> </w:t>
            </w:r>
            <w:proofErr w:type="spellStart"/>
            <w:r w:rsidRPr="00B3583A">
              <w:rPr>
                <w:rFonts w:ascii="Unesa" w:hAnsi="Unesa"/>
                <w:sz w:val="24"/>
                <w:szCs w:val="24"/>
              </w:rPr>
              <w:t>berbagai</w:t>
            </w:r>
            <w:proofErr w:type="spellEnd"/>
            <w:r w:rsidRPr="00B3583A">
              <w:rPr>
                <w:rFonts w:ascii="Unesa" w:hAnsi="Unesa"/>
                <w:sz w:val="24"/>
                <w:szCs w:val="24"/>
              </w:rPr>
              <w:t xml:space="preserve"> </w:t>
            </w:r>
            <w:proofErr w:type="spellStart"/>
            <w:r w:rsidRPr="00B3583A">
              <w:rPr>
                <w:rFonts w:ascii="Unesa" w:hAnsi="Unesa"/>
                <w:sz w:val="24"/>
                <w:szCs w:val="24"/>
              </w:rPr>
              <w:t>bentuk</w:t>
            </w:r>
            <w:proofErr w:type="spellEnd"/>
            <w:r w:rsidRPr="00B3583A">
              <w:rPr>
                <w:rFonts w:ascii="Unesa" w:hAnsi="Unesa"/>
                <w:sz w:val="24"/>
                <w:szCs w:val="24"/>
              </w:rPr>
              <w:t xml:space="preserve"> </w:t>
            </w:r>
            <w:proofErr w:type="spellStart"/>
            <w:r w:rsidRPr="00B3583A">
              <w:rPr>
                <w:rFonts w:ascii="Unesa" w:hAnsi="Unesa"/>
                <w:sz w:val="24"/>
                <w:szCs w:val="24"/>
              </w:rPr>
              <w:t>budaya</w:t>
            </w:r>
            <w:proofErr w:type="spellEnd"/>
            <w:r w:rsidRPr="00B3583A">
              <w:rPr>
                <w:rFonts w:ascii="Unesa" w:hAnsi="Unesa"/>
                <w:sz w:val="24"/>
                <w:szCs w:val="24"/>
              </w:rPr>
              <w:t xml:space="preserve"> </w:t>
            </w:r>
            <w:proofErr w:type="spellStart"/>
            <w:r w:rsidRPr="00B3583A">
              <w:rPr>
                <w:rFonts w:ascii="Unesa" w:hAnsi="Unesa"/>
                <w:sz w:val="24"/>
                <w:szCs w:val="24"/>
              </w:rPr>
              <w:t>patriarki</w:t>
            </w:r>
            <w:proofErr w:type="spellEnd"/>
            <w:r w:rsidRPr="00B3583A">
              <w:rPr>
                <w:rFonts w:ascii="Unesa" w:hAnsi="Unesa"/>
                <w:sz w:val="24"/>
                <w:szCs w:val="24"/>
              </w:rPr>
              <w:t xml:space="preserve">, seperti </w:t>
            </w:r>
            <w:proofErr w:type="spellStart"/>
            <w:r w:rsidRPr="00B3583A">
              <w:rPr>
                <w:rFonts w:ascii="Unesa" w:hAnsi="Unesa"/>
                <w:sz w:val="24"/>
                <w:szCs w:val="24"/>
              </w:rPr>
              <w:t>subordinasi</w:t>
            </w:r>
            <w:proofErr w:type="spellEnd"/>
            <w:r w:rsidRPr="00B3583A">
              <w:rPr>
                <w:rFonts w:ascii="Unesa" w:hAnsi="Unesa"/>
                <w:sz w:val="24"/>
                <w:szCs w:val="24"/>
              </w:rPr>
              <w:t xml:space="preserve"> </w:t>
            </w:r>
            <w:proofErr w:type="spellStart"/>
            <w:r w:rsidRPr="00B3583A">
              <w:rPr>
                <w:rFonts w:ascii="Unesa" w:hAnsi="Unesa"/>
                <w:sz w:val="24"/>
                <w:szCs w:val="24"/>
              </w:rPr>
              <w:t>perempuan</w:t>
            </w:r>
            <w:proofErr w:type="spellEnd"/>
            <w:r w:rsidRPr="00B3583A">
              <w:rPr>
                <w:rFonts w:ascii="Unesa" w:hAnsi="Unesa"/>
                <w:sz w:val="24"/>
                <w:szCs w:val="24"/>
              </w:rPr>
              <w:t xml:space="preserve">, </w:t>
            </w:r>
            <w:proofErr w:type="spellStart"/>
            <w:r w:rsidRPr="00B3583A">
              <w:rPr>
                <w:rFonts w:ascii="Unesa" w:hAnsi="Unesa"/>
                <w:sz w:val="24"/>
                <w:szCs w:val="24"/>
              </w:rPr>
              <w:t>pembatasan</w:t>
            </w:r>
            <w:proofErr w:type="spellEnd"/>
            <w:r w:rsidRPr="00B3583A">
              <w:rPr>
                <w:rFonts w:ascii="Unesa" w:hAnsi="Unesa"/>
                <w:sz w:val="24"/>
                <w:szCs w:val="24"/>
              </w:rPr>
              <w:t xml:space="preserve"> </w:t>
            </w:r>
            <w:proofErr w:type="spellStart"/>
            <w:r w:rsidRPr="00B3583A">
              <w:rPr>
                <w:rFonts w:ascii="Unesa" w:hAnsi="Unesa"/>
                <w:sz w:val="24"/>
                <w:szCs w:val="24"/>
              </w:rPr>
              <w:t>kebebasan</w:t>
            </w:r>
            <w:proofErr w:type="spellEnd"/>
            <w:r w:rsidRPr="00B3583A">
              <w:rPr>
                <w:rFonts w:ascii="Unesa" w:hAnsi="Unesa"/>
                <w:sz w:val="24"/>
                <w:szCs w:val="24"/>
              </w:rPr>
              <w:t xml:space="preserve">, </w:t>
            </w:r>
            <w:proofErr w:type="spellStart"/>
            <w:r w:rsidRPr="00B3583A">
              <w:rPr>
                <w:rFonts w:ascii="Unesa" w:hAnsi="Unesa"/>
                <w:sz w:val="24"/>
                <w:szCs w:val="24"/>
              </w:rPr>
              <w:t>stereotip</w:t>
            </w:r>
            <w:proofErr w:type="spellEnd"/>
            <w:r w:rsidRPr="00B3583A">
              <w:rPr>
                <w:rFonts w:ascii="Unesa" w:hAnsi="Unesa"/>
                <w:sz w:val="24"/>
                <w:szCs w:val="24"/>
              </w:rPr>
              <w:t xml:space="preserve"> gender, </w:t>
            </w:r>
            <w:proofErr w:type="spellStart"/>
            <w:r w:rsidRPr="00B3583A">
              <w:rPr>
                <w:rFonts w:ascii="Unesa" w:hAnsi="Unesa"/>
                <w:sz w:val="24"/>
                <w:szCs w:val="24"/>
              </w:rPr>
              <w:t>serta</w:t>
            </w:r>
            <w:proofErr w:type="spellEnd"/>
            <w:r w:rsidRPr="00B3583A">
              <w:rPr>
                <w:rFonts w:ascii="Unesa" w:hAnsi="Unesa"/>
                <w:sz w:val="24"/>
                <w:szCs w:val="24"/>
              </w:rPr>
              <w:t xml:space="preserve"> </w:t>
            </w:r>
            <w:proofErr w:type="spellStart"/>
            <w:r w:rsidRPr="00B3583A">
              <w:rPr>
                <w:rFonts w:ascii="Unesa" w:hAnsi="Unesa"/>
                <w:sz w:val="24"/>
                <w:szCs w:val="24"/>
              </w:rPr>
              <w:t>dominasi</w:t>
            </w:r>
            <w:proofErr w:type="spellEnd"/>
            <w:r w:rsidRPr="00B3583A">
              <w:rPr>
                <w:rFonts w:ascii="Unesa" w:hAnsi="Unesa"/>
                <w:sz w:val="24"/>
                <w:szCs w:val="24"/>
              </w:rPr>
              <w:t xml:space="preserve"> </w:t>
            </w:r>
            <w:proofErr w:type="spellStart"/>
            <w:r w:rsidRPr="00B3583A">
              <w:rPr>
                <w:rFonts w:ascii="Unesa" w:hAnsi="Unesa"/>
                <w:sz w:val="24"/>
                <w:szCs w:val="24"/>
              </w:rPr>
              <w:t>laki-laki</w:t>
            </w:r>
            <w:proofErr w:type="spellEnd"/>
            <w:r w:rsidRPr="00B3583A">
              <w:rPr>
                <w:rFonts w:ascii="Unesa" w:hAnsi="Unesa"/>
                <w:sz w:val="24"/>
                <w:szCs w:val="24"/>
              </w:rPr>
              <w:t xml:space="preserve"> </w:t>
            </w:r>
            <w:proofErr w:type="spellStart"/>
            <w:r w:rsidRPr="00B3583A">
              <w:rPr>
                <w:rFonts w:ascii="Unesa" w:hAnsi="Unesa"/>
                <w:sz w:val="24"/>
                <w:szCs w:val="24"/>
              </w:rPr>
              <w:t>dalam</w:t>
            </w:r>
            <w:proofErr w:type="spellEnd"/>
            <w:r w:rsidRPr="00B3583A">
              <w:rPr>
                <w:rFonts w:ascii="Unesa" w:hAnsi="Unesa"/>
                <w:sz w:val="24"/>
                <w:szCs w:val="24"/>
              </w:rPr>
              <w:t xml:space="preserve"> </w:t>
            </w:r>
            <w:proofErr w:type="spellStart"/>
            <w:r w:rsidRPr="00B3583A">
              <w:rPr>
                <w:rFonts w:ascii="Unesa" w:hAnsi="Unesa"/>
                <w:sz w:val="24"/>
                <w:szCs w:val="24"/>
              </w:rPr>
              <w:t>pengambilan</w:t>
            </w:r>
            <w:proofErr w:type="spellEnd"/>
            <w:r w:rsidRPr="00B3583A">
              <w:rPr>
                <w:rFonts w:ascii="Unesa" w:hAnsi="Unesa"/>
                <w:sz w:val="24"/>
                <w:szCs w:val="24"/>
              </w:rPr>
              <w:t xml:space="preserve"> </w:t>
            </w:r>
            <w:proofErr w:type="spellStart"/>
            <w:r w:rsidRPr="00B3583A">
              <w:rPr>
                <w:rFonts w:ascii="Unesa" w:hAnsi="Unesa"/>
                <w:sz w:val="24"/>
                <w:szCs w:val="24"/>
              </w:rPr>
              <w:t>keputusan</w:t>
            </w:r>
            <w:proofErr w:type="spellEnd"/>
            <w:r w:rsidRPr="00B3583A">
              <w:rPr>
                <w:rFonts w:ascii="Unesa" w:hAnsi="Unesa"/>
                <w:sz w:val="24"/>
                <w:szCs w:val="24"/>
              </w:rPr>
              <w:t>.</w:t>
            </w:r>
            <w:r w:rsidR="00B3583A" w:rsidRPr="00B3583A">
              <w:rPr>
                <w:rFonts w:ascii="Unesa" w:hAnsi="Unesa"/>
                <w:sz w:val="24"/>
                <w:szCs w:val="24"/>
              </w:rPr>
              <w:t xml:space="preserve"> </w:t>
            </w:r>
            <w:proofErr w:type="spellStart"/>
            <w:r w:rsidR="00B3583A" w:rsidRPr="00B3583A">
              <w:rPr>
                <w:rFonts w:ascii="Unesa" w:hAnsi="Unesa"/>
                <w:sz w:val="24"/>
                <w:szCs w:val="24"/>
              </w:rPr>
              <w:t>Perlawanan</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tersebut</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menunjukkan</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usaha</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tokoh</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perempuan</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untuk</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keluar</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dari</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posisi</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liyan</w:t>
            </w:r>
            <w:proofErr w:type="spellEnd"/>
            <w:r w:rsidR="00B3583A" w:rsidRPr="00B3583A">
              <w:rPr>
                <w:rFonts w:ascii="Unesa" w:hAnsi="Unesa"/>
                <w:sz w:val="24"/>
                <w:szCs w:val="24"/>
              </w:rPr>
              <w:t xml:space="preserve">” (the Other) dan </w:t>
            </w:r>
            <w:proofErr w:type="spellStart"/>
            <w:r w:rsidR="00B3583A" w:rsidRPr="00B3583A">
              <w:rPr>
                <w:rFonts w:ascii="Unesa" w:hAnsi="Unesa"/>
                <w:sz w:val="24"/>
                <w:szCs w:val="24"/>
              </w:rPr>
              <w:t>menegaskan</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eksistensinya</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sebagai</w:t>
            </w:r>
            <w:proofErr w:type="spellEnd"/>
            <w:r w:rsidR="00B3583A" w:rsidRPr="00B3583A">
              <w:rPr>
                <w:rFonts w:ascii="Unesa" w:hAnsi="Unesa"/>
                <w:sz w:val="24"/>
                <w:szCs w:val="24"/>
              </w:rPr>
              <w:t xml:space="preserve"> </w:t>
            </w:r>
            <w:proofErr w:type="spellStart"/>
            <w:r w:rsidR="00B3583A" w:rsidRPr="00B3583A">
              <w:rPr>
                <w:rFonts w:ascii="Unesa" w:hAnsi="Unesa"/>
                <w:sz w:val="24"/>
                <w:szCs w:val="24"/>
              </w:rPr>
              <w:t>subjek</w:t>
            </w:r>
            <w:proofErr w:type="spellEnd"/>
            <w:r w:rsidR="00B3583A" w:rsidRPr="00B3583A">
              <w:rPr>
                <w:rFonts w:ascii="Unesa" w:hAnsi="Unesa"/>
                <w:sz w:val="24"/>
                <w:szCs w:val="24"/>
              </w:rPr>
              <w:t xml:space="preserve"> yang </w:t>
            </w:r>
            <w:proofErr w:type="spellStart"/>
            <w:r w:rsidR="00B3583A" w:rsidRPr="00B3583A">
              <w:rPr>
                <w:rFonts w:ascii="Unesa" w:hAnsi="Unesa"/>
                <w:sz w:val="24"/>
                <w:szCs w:val="24"/>
              </w:rPr>
              <w:t>bebas</w:t>
            </w:r>
            <w:proofErr w:type="spellEnd"/>
            <w:r w:rsidR="00B3583A" w:rsidRPr="00B3583A">
              <w:rPr>
                <w:rFonts w:ascii="Unesa" w:hAnsi="Unesa"/>
                <w:sz w:val="24"/>
                <w:szCs w:val="24"/>
              </w:rPr>
              <w:t xml:space="preserve"> dan </w:t>
            </w:r>
            <w:proofErr w:type="spellStart"/>
            <w:r w:rsidR="00B3583A" w:rsidRPr="00B3583A">
              <w:rPr>
                <w:rFonts w:ascii="Unesa" w:hAnsi="Unesa"/>
                <w:sz w:val="24"/>
                <w:szCs w:val="24"/>
              </w:rPr>
              <w:t>mandiri</w:t>
            </w:r>
            <w:proofErr w:type="spellEnd"/>
            <w:r w:rsidR="0060118C">
              <w:rPr>
                <w:rFonts w:ascii="Unesa" w:hAnsi="Unesa"/>
                <w:sz w:val="24"/>
                <w:szCs w:val="24"/>
              </w:rPr>
              <w:t>.</w:t>
            </w:r>
          </w:p>
          <w:p w14:paraId="125685F1" w14:textId="77777777" w:rsidR="003D3600" w:rsidRPr="003D3600" w:rsidRDefault="003D3600" w:rsidP="009758D7">
            <w:pPr>
              <w:spacing w:after="0" w:line="240" w:lineRule="auto"/>
              <w:jc w:val="both"/>
              <w:rPr>
                <w:rFonts w:ascii="Unesa" w:hAnsi="Unesa" w:cs="Times New Roman"/>
                <w:color w:val="000000"/>
                <w:sz w:val="24"/>
                <w:szCs w:val="24"/>
              </w:rPr>
            </w:pPr>
          </w:p>
          <w:p w14:paraId="6404F592" w14:textId="77777777" w:rsidR="003D3600" w:rsidRPr="003D3600" w:rsidRDefault="003D3600" w:rsidP="009758D7">
            <w:pPr>
              <w:spacing w:after="0" w:line="240" w:lineRule="auto"/>
              <w:jc w:val="both"/>
              <w:rPr>
                <w:rFonts w:ascii="Unesa" w:hAnsi="Unesa" w:cs="Times New Roman"/>
                <w:color w:val="000000"/>
                <w:sz w:val="24"/>
                <w:szCs w:val="24"/>
              </w:rPr>
            </w:pPr>
          </w:p>
          <w:p w14:paraId="65565661" w14:textId="5B3CE55F" w:rsidR="006E707E" w:rsidRPr="00BD7354" w:rsidRDefault="00563976" w:rsidP="00BD7354">
            <w:pPr>
              <w:jc w:val="both"/>
              <w:rPr>
                <w:rFonts w:ascii="Book Antiqua" w:hAnsi="Book Antiqua"/>
                <w:i/>
                <w:iCs/>
                <w:sz w:val="20"/>
                <w:szCs w:val="20"/>
              </w:rPr>
            </w:pPr>
            <w:r w:rsidRPr="003D3600">
              <w:rPr>
                <w:rFonts w:ascii="Unesa" w:hAnsi="Unesa" w:cs="Times New Roman"/>
                <w:b/>
                <w:bCs/>
                <w:color w:val="000000"/>
                <w:sz w:val="24"/>
                <w:szCs w:val="24"/>
              </w:rPr>
              <w:t>K</w:t>
            </w:r>
            <w:r w:rsidRPr="003D3600">
              <w:rPr>
                <w:rFonts w:ascii="Unesa" w:hAnsi="Unesa" w:cs="Times New Roman"/>
                <w:b/>
                <w:bCs/>
                <w:color w:val="000000"/>
                <w:sz w:val="24"/>
                <w:szCs w:val="24"/>
                <w:lang w:val="id-ID"/>
              </w:rPr>
              <w:t xml:space="preserve">ata kunci: </w:t>
            </w:r>
            <w:proofErr w:type="spellStart"/>
            <w:r w:rsidR="00B3583A" w:rsidRPr="00B3583A">
              <w:rPr>
                <w:rFonts w:ascii="Unesa" w:hAnsi="Unesa"/>
                <w:i/>
                <w:iCs/>
                <w:sz w:val="24"/>
                <w:szCs w:val="24"/>
              </w:rPr>
              <w:t>Perlawanan</w:t>
            </w:r>
            <w:proofErr w:type="spellEnd"/>
            <w:r w:rsidR="00B3583A" w:rsidRPr="00B3583A">
              <w:rPr>
                <w:rFonts w:ascii="Unesa" w:hAnsi="Unesa"/>
                <w:i/>
                <w:iCs/>
                <w:sz w:val="24"/>
                <w:szCs w:val="24"/>
              </w:rPr>
              <w:t xml:space="preserve"> Perempuan, </w:t>
            </w:r>
            <w:proofErr w:type="spellStart"/>
            <w:r w:rsidR="00B3583A" w:rsidRPr="00B3583A">
              <w:rPr>
                <w:rFonts w:ascii="Unesa" w:hAnsi="Unesa"/>
                <w:i/>
                <w:iCs/>
                <w:sz w:val="24"/>
                <w:szCs w:val="24"/>
              </w:rPr>
              <w:t>Budaya</w:t>
            </w:r>
            <w:proofErr w:type="spellEnd"/>
            <w:r w:rsidR="00B3583A" w:rsidRPr="00B3583A">
              <w:rPr>
                <w:rFonts w:ascii="Unesa" w:hAnsi="Unesa"/>
                <w:i/>
                <w:iCs/>
                <w:sz w:val="24"/>
                <w:szCs w:val="24"/>
              </w:rPr>
              <w:t xml:space="preserve"> Patriarki, </w:t>
            </w:r>
            <w:proofErr w:type="spellStart"/>
            <w:r w:rsidR="00B3583A" w:rsidRPr="00B3583A">
              <w:rPr>
                <w:rFonts w:ascii="Unesa" w:hAnsi="Unesa"/>
                <w:i/>
                <w:iCs/>
                <w:sz w:val="24"/>
                <w:szCs w:val="24"/>
              </w:rPr>
              <w:t>Feminisme</w:t>
            </w:r>
            <w:proofErr w:type="spellEnd"/>
            <w:r w:rsidR="00B3583A" w:rsidRPr="00B3583A">
              <w:rPr>
                <w:rFonts w:ascii="Unesa" w:hAnsi="Unesa"/>
                <w:i/>
                <w:iCs/>
                <w:sz w:val="24"/>
                <w:szCs w:val="24"/>
              </w:rPr>
              <w:t xml:space="preserve"> </w:t>
            </w:r>
            <w:proofErr w:type="spellStart"/>
            <w:r w:rsidR="00B3583A" w:rsidRPr="00B3583A">
              <w:rPr>
                <w:rFonts w:ascii="Unesa" w:hAnsi="Unesa"/>
                <w:i/>
                <w:iCs/>
                <w:sz w:val="24"/>
                <w:szCs w:val="24"/>
              </w:rPr>
              <w:t>Eksistensialis</w:t>
            </w:r>
            <w:proofErr w:type="spellEnd"/>
            <w:r w:rsidR="00B3583A" w:rsidRPr="00B3583A">
              <w:rPr>
                <w:rFonts w:ascii="Unesa" w:hAnsi="Unesa"/>
                <w:i/>
                <w:iCs/>
                <w:sz w:val="24"/>
                <w:szCs w:val="24"/>
              </w:rPr>
              <w:t xml:space="preserve">, Simone De Beauvoir, </w:t>
            </w:r>
            <w:proofErr w:type="spellStart"/>
            <w:r w:rsidR="00B3583A" w:rsidRPr="00B3583A">
              <w:rPr>
                <w:rFonts w:ascii="Unesa" w:hAnsi="Unesa"/>
                <w:i/>
                <w:iCs/>
                <w:sz w:val="24"/>
                <w:szCs w:val="24"/>
              </w:rPr>
              <w:t>Sunyi</w:t>
            </w:r>
            <w:proofErr w:type="spellEnd"/>
            <w:r w:rsidR="00B3583A" w:rsidRPr="00B3583A">
              <w:rPr>
                <w:rFonts w:ascii="Unesa" w:hAnsi="Unesa"/>
                <w:i/>
                <w:iCs/>
                <w:sz w:val="24"/>
                <w:szCs w:val="24"/>
              </w:rPr>
              <w:t xml:space="preserve"> Paling </w:t>
            </w:r>
            <w:proofErr w:type="spellStart"/>
            <w:r w:rsidR="00B3583A" w:rsidRPr="00B3583A">
              <w:rPr>
                <w:rFonts w:ascii="Unesa" w:hAnsi="Unesa"/>
                <w:i/>
                <w:iCs/>
                <w:sz w:val="24"/>
                <w:szCs w:val="24"/>
              </w:rPr>
              <w:t>Riuh</w:t>
            </w:r>
            <w:proofErr w:type="spellEnd"/>
            <w:r w:rsidR="00B3583A" w:rsidRPr="00B3583A">
              <w:rPr>
                <w:rFonts w:ascii="Unesa" w:hAnsi="Unesa"/>
                <w:i/>
                <w:iCs/>
                <w:sz w:val="24"/>
                <w:szCs w:val="24"/>
              </w:rPr>
              <w:t>.</w:t>
            </w:r>
          </w:p>
        </w:tc>
      </w:tr>
      <w:tr w:rsidR="00563976" w:rsidRPr="006E707E" w14:paraId="05E7DF0B" w14:textId="77777777" w:rsidTr="006E707E">
        <w:trPr>
          <w:jc w:val="center"/>
        </w:trPr>
        <w:tc>
          <w:tcPr>
            <w:tcW w:w="3081" w:type="dxa"/>
            <w:vMerge/>
            <w:tcBorders>
              <w:bottom w:val="single" w:sz="4" w:space="0" w:color="auto"/>
            </w:tcBorders>
            <w:shd w:val="clear" w:color="auto" w:fill="9BBB59" w:themeFill="accent3"/>
          </w:tcPr>
          <w:p w14:paraId="006BE65E" w14:textId="77777777" w:rsidR="00563976" w:rsidRPr="006E707E" w:rsidRDefault="00563976" w:rsidP="009758D7">
            <w:pPr>
              <w:spacing w:after="0" w:line="240" w:lineRule="auto"/>
              <w:rPr>
                <w:rFonts w:ascii="Unesa" w:hAnsi="Unesa" w:cs="Times New Roman"/>
                <w:b/>
                <w:bCs/>
                <w:i/>
                <w:color w:val="000000"/>
              </w:rPr>
            </w:pPr>
          </w:p>
        </w:tc>
        <w:tc>
          <w:tcPr>
            <w:tcW w:w="6540" w:type="dxa"/>
            <w:tcBorders>
              <w:bottom w:val="single" w:sz="4" w:space="0" w:color="auto"/>
            </w:tcBorders>
            <w:shd w:val="clear" w:color="auto" w:fill="9BBB59" w:themeFill="accent3"/>
          </w:tcPr>
          <w:p w14:paraId="46715C1F" w14:textId="77777777" w:rsidR="00563976" w:rsidRPr="006E707E" w:rsidRDefault="00563976" w:rsidP="009758D7">
            <w:pPr>
              <w:spacing w:after="0" w:line="240" w:lineRule="auto"/>
              <w:rPr>
                <w:rFonts w:ascii="Unesa" w:hAnsi="Unesa" w:cs="Times New Roman"/>
                <w:color w:val="000000"/>
              </w:rPr>
            </w:pPr>
          </w:p>
        </w:tc>
      </w:tr>
      <w:tr w:rsidR="00563976" w:rsidRPr="006E707E" w14:paraId="76E5FBBB" w14:textId="77777777" w:rsidTr="006E707E">
        <w:trPr>
          <w:jc w:val="center"/>
        </w:trPr>
        <w:tc>
          <w:tcPr>
            <w:tcW w:w="3081" w:type="dxa"/>
            <w:tcBorders>
              <w:top w:val="single" w:sz="4" w:space="0" w:color="auto"/>
              <w:left w:val="nil"/>
              <w:bottom w:val="single" w:sz="4" w:space="0" w:color="auto"/>
              <w:right w:val="nil"/>
            </w:tcBorders>
            <w:shd w:val="clear" w:color="auto" w:fill="9BBB59" w:themeFill="accent3"/>
          </w:tcPr>
          <w:p w14:paraId="2B645667" w14:textId="77777777" w:rsidR="00563976" w:rsidRPr="006E707E" w:rsidRDefault="00563976" w:rsidP="009758D7">
            <w:pPr>
              <w:spacing w:after="0" w:line="240" w:lineRule="auto"/>
              <w:rPr>
                <w:rFonts w:ascii="Unesa" w:hAnsi="Unesa" w:cs="Times New Roman"/>
                <w:b/>
                <w:bCs/>
                <w:color w:val="000000"/>
              </w:rPr>
            </w:pPr>
            <w:proofErr w:type="spellStart"/>
            <w:r w:rsidRPr="006E707E">
              <w:rPr>
                <w:rFonts w:ascii="Unesa" w:hAnsi="Unesa" w:cs="Times New Roman"/>
                <w:b/>
                <w:bCs/>
                <w:color w:val="000000"/>
              </w:rPr>
              <w:t>Penerbit</w:t>
            </w:r>
            <w:proofErr w:type="spellEnd"/>
          </w:p>
        </w:tc>
        <w:tc>
          <w:tcPr>
            <w:tcW w:w="6540" w:type="dxa"/>
            <w:tcBorders>
              <w:top w:val="single" w:sz="4" w:space="0" w:color="auto"/>
              <w:bottom w:val="single" w:sz="4" w:space="0" w:color="auto"/>
              <w:right w:val="nil"/>
            </w:tcBorders>
            <w:shd w:val="clear" w:color="auto" w:fill="9BBB59" w:themeFill="accent3"/>
          </w:tcPr>
          <w:p w14:paraId="43538A1B" w14:textId="7E71EB22" w:rsidR="00563976" w:rsidRPr="006E707E" w:rsidRDefault="00563976" w:rsidP="009758D7">
            <w:pPr>
              <w:spacing w:after="0" w:line="240" w:lineRule="auto"/>
              <w:jc w:val="center"/>
              <w:rPr>
                <w:rFonts w:ascii="Unesa" w:hAnsi="Unesa" w:cs="Times New Roman"/>
                <w:b/>
                <w:i/>
                <w:iCs/>
                <w:color w:val="000000"/>
                <w:lang w:val="id-ID"/>
              </w:rPr>
            </w:pPr>
            <w:r w:rsidRPr="006E707E">
              <w:rPr>
                <w:rFonts w:ascii="Unesa" w:hAnsi="Unesa" w:cs="Times New Roman"/>
                <w:b/>
                <w:i/>
                <w:iCs/>
                <w:color w:val="000000"/>
              </w:rPr>
              <w:t>ABSTRA</w:t>
            </w:r>
            <w:r w:rsidRPr="006E707E">
              <w:rPr>
                <w:rFonts w:ascii="Unesa" w:hAnsi="Unesa" w:cs="Times New Roman"/>
                <w:b/>
                <w:i/>
                <w:iCs/>
                <w:color w:val="000000"/>
                <w:lang w:val="id-ID"/>
              </w:rPr>
              <w:t>CT</w:t>
            </w:r>
          </w:p>
        </w:tc>
      </w:tr>
      <w:tr w:rsidR="006E707E" w:rsidRPr="006E707E" w14:paraId="30D4FD87" w14:textId="77777777" w:rsidTr="006E707E">
        <w:trPr>
          <w:trHeight w:val="1641"/>
          <w:jc w:val="center"/>
        </w:trPr>
        <w:tc>
          <w:tcPr>
            <w:tcW w:w="3081" w:type="dxa"/>
            <w:tcBorders>
              <w:top w:val="single" w:sz="4" w:space="0" w:color="auto"/>
            </w:tcBorders>
            <w:shd w:val="clear" w:color="auto" w:fill="9BBB59" w:themeFill="accent3"/>
          </w:tcPr>
          <w:p w14:paraId="6814218C" w14:textId="79586AB8" w:rsidR="006E707E" w:rsidRPr="006E707E" w:rsidRDefault="006E707E" w:rsidP="009758D7">
            <w:pPr>
              <w:spacing w:after="0" w:line="240" w:lineRule="auto"/>
              <w:rPr>
                <w:rFonts w:ascii="Unesa" w:hAnsi="Unesa" w:cs="Times New Roman"/>
                <w:bCs/>
                <w:color w:val="000000"/>
                <w:lang w:val="id-ID"/>
              </w:rPr>
            </w:pPr>
            <w:r w:rsidRPr="006E707E">
              <w:rPr>
                <w:rFonts w:ascii="Unesa" w:hAnsi="Unesa" w:cs="Times New Roman"/>
                <w:bCs/>
                <w:color w:val="000000"/>
              </w:rPr>
              <w:t>Program Studi Pendidikan Bahasa dan</w:t>
            </w:r>
            <w:r>
              <w:rPr>
                <w:rFonts w:ascii="Unesa" w:hAnsi="Unesa" w:cs="Times New Roman"/>
                <w:bCs/>
                <w:color w:val="000000"/>
                <w:lang w:val="id-ID"/>
              </w:rPr>
              <w:t xml:space="preserve"> Sastra Indonesia, Universitas Negeri Surabaya, Surabaya, Indonesia</w:t>
            </w:r>
          </w:p>
        </w:tc>
        <w:tc>
          <w:tcPr>
            <w:tcW w:w="6540" w:type="dxa"/>
            <w:tcBorders>
              <w:top w:val="single" w:sz="4" w:space="0" w:color="auto"/>
            </w:tcBorders>
            <w:shd w:val="clear" w:color="auto" w:fill="9BBB59" w:themeFill="accent3"/>
          </w:tcPr>
          <w:p w14:paraId="5AE157EE" w14:textId="75A95633" w:rsidR="006E707E" w:rsidRDefault="00B3583A" w:rsidP="009758D7">
            <w:pPr>
              <w:spacing w:after="0" w:line="240" w:lineRule="auto"/>
              <w:jc w:val="both"/>
              <w:rPr>
                <w:rFonts w:ascii="Unesa" w:hAnsi="Unesa" w:cs="Times New Roman"/>
                <w:i/>
                <w:iCs/>
                <w:color w:val="000000"/>
                <w:sz w:val="24"/>
                <w:szCs w:val="24"/>
              </w:rPr>
            </w:pPr>
            <w:r w:rsidRPr="00B3583A">
              <w:rPr>
                <w:rFonts w:ascii="Unesa" w:hAnsi="Unesa" w:cs="Times New Roman"/>
                <w:i/>
                <w:iCs/>
                <w:color w:val="000000"/>
                <w:sz w:val="24"/>
                <w:szCs w:val="24"/>
              </w:rPr>
              <w:t xml:space="preserve">This research is motivated by the persistence of patriarchal culture that places women in a subordinate position in both social life and literary works. The novel </w:t>
            </w:r>
            <w:proofErr w:type="spellStart"/>
            <w:r w:rsidRPr="00B3583A">
              <w:rPr>
                <w:rFonts w:ascii="Unesa" w:hAnsi="Unesa" w:cs="Times New Roman"/>
                <w:i/>
                <w:iCs/>
                <w:color w:val="000000"/>
                <w:sz w:val="24"/>
                <w:szCs w:val="24"/>
              </w:rPr>
              <w:t>Sunyi</w:t>
            </w:r>
            <w:proofErr w:type="spellEnd"/>
            <w:r w:rsidRPr="00B3583A">
              <w:rPr>
                <w:rFonts w:ascii="Unesa" w:hAnsi="Unesa" w:cs="Times New Roman"/>
                <w:i/>
                <w:iCs/>
                <w:color w:val="000000"/>
                <w:sz w:val="24"/>
                <w:szCs w:val="24"/>
              </w:rPr>
              <w:t xml:space="preserve"> Paling </w:t>
            </w:r>
            <w:proofErr w:type="spellStart"/>
            <w:r w:rsidRPr="00B3583A">
              <w:rPr>
                <w:rFonts w:ascii="Unesa" w:hAnsi="Unesa" w:cs="Times New Roman"/>
                <w:i/>
                <w:iCs/>
                <w:color w:val="000000"/>
                <w:sz w:val="24"/>
                <w:szCs w:val="24"/>
              </w:rPr>
              <w:t>Riuh</w:t>
            </w:r>
            <w:proofErr w:type="spellEnd"/>
            <w:r w:rsidRPr="00B3583A">
              <w:rPr>
                <w:rFonts w:ascii="Unesa" w:hAnsi="Unesa" w:cs="Times New Roman"/>
                <w:i/>
                <w:iCs/>
                <w:color w:val="000000"/>
                <w:sz w:val="24"/>
                <w:szCs w:val="24"/>
              </w:rPr>
              <w:t xml:space="preserve"> by Fajar Sulaiman presents a female character who experiences various forms of patriarchal oppression and struggles to attain freedom and establish her existence as an individual. This study employs a qualitative descriptive method with the existentialist feminist approach of Simone de Beauvoir. The data source of this research is the novel </w:t>
            </w:r>
            <w:proofErr w:type="spellStart"/>
            <w:r w:rsidRPr="00B3583A">
              <w:rPr>
                <w:rFonts w:ascii="Unesa" w:hAnsi="Unesa" w:cs="Times New Roman"/>
                <w:i/>
                <w:iCs/>
                <w:color w:val="000000"/>
                <w:sz w:val="24"/>
                <w:szCs w:val="24"/>
              </w:rPr>
              <w:t>Sunyi</w:t>
            </w:r>
            <w:proofErr w:type="spellEnd"/>
            <w:r w:rsidRPr="00B3583A">
              <w:rPr>
                <w:rFonts w:ascii="Unesa" w:hAnsi="Unesa" w:cs="Times New Roman"/>
                <w:i/>
                <w:iCs/>
                <w:color w:val="000000"/>
                <w:sz w:val="24"/>
                <w:szCs w:val="24"/>
              </w:rPr>
              <w:t xml:space="preserve"> Paling </w:t>
            </w:r>
            <w:proofErr w:type="spellStart"/>
            <w:r w:rsidRPr="00B3583A">
              <w:rPr>
                <w:rFonts w:ascii="Unesa" w:hAnsi="Unesa" w:cs="Times New Roman"/>
                <w:i/>
                <w:iCs/>
                <w:color w:val="000000"/>
                <w:sz w:val="24"/>
                <w:szCs w:val="24"/>
              </w:rPr>
              <w:t>Riuh</w:t>
            </w:r>
            <w:proofErr w:type="spellEnd"/>
            <w:r w:rsidRPr="00B3583A">
              <w:rPr>
                <w:rFonts w:ascii="Unesa" w:hAnsi="Unesa" w:cs="Times New Roman"/>
                <w:i/>
                <w:iCs/>
                <w:color w:val="000000"/>
                <w:sz w:val="24"/>
                <w:szCs w:val="24"/>
              </w:rPr>
              <w:t xml:space="preserve"> by Fajar Sulaiman. The research data consist of words, phrases, sentences, dialogues, and narratives related to patriarchal culture and the resistance of the female character. Data were collected through reading and note-taking techniques, while data analysis was conducted through data reduction, data presentation, and conclusion </w:t>
            </w:r>
            <w:proofErr w:type="spellStart"/>
            <w:proofErr w:type="gramStart"/>
            <w:r w:rsidRPr="00B3583A">
              <w:rPr>
                <w:rFonts w:ascii="Unesa" w:hAnsi="Unesa" w:cs="Times New Roman"/>
                <w:i/>
                <w:iCs/>
                <w:color w:val="000000"/>
                <w:sz w:val="24"/>
                <w:szCs w:val="24"/>
              </w:rPr>
              <w:t>drawing.The</w:t>
            </w:r>
            <w:proofErr w:type="spellEnd"/>
            <w:proofErr w:type="gramEnd"/>
            <w:r w:rsidRPr="00B3583A">
              <w:rPr>
                <w:rFonts w:ascii="Unesa" w:hAnsi="Unesa" w:cs="Times New Roman"/>
                <w:i/>
                <w:iCs/>
                <w:color w:val="000000"/>
                <w:sz w:val="24"/>
                <w:szCs w:val="24"/>
              </w:rPr>
              <w:t xml:space="preserve"> results of the study reveal that the female character in the novel experiences various forms of patriarchal culture, including the subordination of women, restrictions on freedom, gender stereotypes, and male domination in decision-making processes. The resistance demonstrated by the female character reflects her efforts to break free from the position of “the Other” and affirm her existence as a free and independent subject.</w:t>
            </w:r>
          </w:p>
          <w:p w14:paraId="12929056" w14:textId="77777777" w:rsidR="0060118C" w:rsidRPr="0060118C" w:rsidRDefault="0060118C" w:rsidP="009758D7">
            <w:pPr>
              <w:spacing w:after="0" w:line="240" w:lineRule="auto"/>
              <w:jc w:val="both"/>
              <w:rPr>
                <w:rFonts w:ascii="Unesa" w:hAnsi="Unesa" w:cs="Times New Roman"/>
                <w:i/>
                <w:iCs/>
                <w:color w:val="000000"/>
                <w:sz w:val="24"/>
                <w:szCs w:val="24"/>
              </w:rPr>
            </w:pPr>
          </w:p>
          <w:p w14:paraId="36D1C121" w14:textId="77777777" w:rsidR="00B3583A" w:rsidRPr="00B3583A" w:rsidRDefault="006E707E" w:rsidP="00B3583A">
            <w:pPr>
              <w:jc w:val="both"/>
              <w:rPr>
                <w:rFonts w:ascii="Unesa" w:hAnsi="Unesa"/>
                <w:sz w:val="24"/>
                <w:szCs w:val="24"/>
              </w:rPr>
            </w:pPr>
            <w:r w:rsidRPr="00B3583A">
              <w:rPr>
                <w:rFonts w:ascii="Unesa" w:hAnsi="Unesa" w:cs="Times New Roman"/>
                <w:b/>
                <w:bCs/>
                <w:i/>
                <w:iCs/>
                <w:color w:val="000000"/>
                <w:sz w:val="24"/>
                <w:szCs w:val="24"/>
                <w:lang w:val="id-ID"/>
              </w:rPr>
              <w:t xml:space="preserve">Keywords: </w:t>
            </w:r>
            <w:r w:rsidR="00B3583A" w:rsidRPr="00B3583A">
              <w:rPr>
                <w:rFonts w:ascii="Unesa" w:hAnsi="Unesa"/>
                <w:i/>
                <w:iCs/>
                <w:sz w:val="24"/>
                <w:szCs w:val="24"/>
              </w:rPr>
              <w:t xml:space="preserve">Women's Resistance, Patriarchal Culture, Existentialist Feminism, Simone De Beauvoir, </w:t>
            </w:r>
            <w:proofErr w:type="spellStart"/>
            <w:r w:rsidR="00B3583A" w:rsidRPr="00B3583A">
              <w:rPr>
                <w:rFonts w:ascii="Unesa" w:hAnsi="Unesa"/>
                <w:i/>
                <w:iCs/>
                <w:sz w:val="24"/>
                <w:szCs w:val="24"/>
              </w:rPr>
              <w:t>Sunyi</w:t>
            </w:r>
            <w:proofErr w:type="spellEnd"/>
            <w:r w:rsidR="00B3583A" w:rsidRPr="00B3583A">
              <w:rPr>
                <w:rFonts w:ascii="Unesa" w:hAnsi="Unesa"/>
                <w:i/>
                <w:iCs/>
                <w:sz w:val="24"/>
                <w:szCs w:val="24"/>
              </w:rPr>
              <w:t xml:space="preserve"> Paling </w:t>
            </w:r>
            <w:proofErr w:type="spellStart"/>
            <w:r w:rsidR="00B3583A" w:rsidRPr="00B3583A">
              <w:rPr>
                <w:rFonts w:ascii="Unesa" w:hAnsi="Unesa"/>
                <w:i/>
                <w:iCs/>
                <w:sz w:val="24"/>
                <w:szCs w:val="24"/>
              </w:rPr>
              <w:t>Riuh</w:t>
            </w:r>
            <w:proofErr w:type="spellEnd"/>
            <w:r w:rsidR="00B3583A" w:rsidRPr="00B3583A">
              <w:rPr>
                <w:rFonts w:ascii="Unesa" w:hAnsi="Unesa"/>
                <w:i/>
                <w:iCs/>
                <w:sz w:val="24"/>
                <w:szCs w:val="24"/>
              </w:rPr>
              <w:t>.</w:t>
            </w:r>
          </w:p>
          <w:p w14:paraId="5FBFFB6A" w14:textId="27EAE588" w:rsidR="006E707E" w:rsidRPr="00B3583A" w:rsidRDefault="006E707E" w:rsidP="009758D7">
            <w:pPr>
              <w:spacing w:after="0" w:line="240" w:lineRule="auto"/>
              <w:jc w:val="both"/>
              <w:rPr>
                <w:rFonts w:ascii="Unesa" w:hAnsi="Unesa" w:cs="Times New Roman"/>
                <w:i/>
                <w:iCs/>
                <w:color w:val="000000"/>
                <w:sz w:val="24"/>
                <w:szCs w:val="24"/>
                <w:lang w:val="id-ID"/>
              </w:rPr>
            </w:pPr>
          </w:p>
          <w:p w14:paraId="6874BBE1" w14:textId="77777777" w:rsidR="008F4412" w:rsidRPr="00B3583A" w:rsidRDefault="008F4412" w:rsidP="009758D7">
            <w:pPr>
              <w:spacing w:after="0" w:line="240" w:lineRule="auto"/>
              <w:jc w:val="both"/>
              <w:rPr>
                <w:rFonts w:ascii="Unesa" w:hAnsi="Unesa" w:cs="Times New Roman"/>
                <w:i/>
                <w:iCs/>
                <w:color w:val="000000"/>
                <w:sz w:val="24"/>
                <w:szCs w:val="24"/>
                <w:lang w:val="id-ID"/>
              </w:rPr>
            </w:pPr>
          </w:p>
          <w:p w14:paraId="6757DD63" w14:textId="61589D59" w:rsidR="008F4412" w:rsidRPr="00B3583A" w:rsidRDefault="008F4412" w:rsidP="009758D7">
            <w:pPr>
              <w:spacing w:after="0" w:line="240" w:lineRule="auto"/>
              <w:jc w:val="both"/>
              <w:rPr>
                <w:rFonts w:ascii="Unesa" w:hAnsi="Unesa" w:cs="Times New Roman"/>
                <w:i/>
                <w:iCs/>
                <w:color w:val="000000"/>
                <w:sz w:val="24"/>
                <w:szCs w:val="24"/>
                <w:lang w:val="id-ID"/>
              </w:rPr>
            </w:pPr>
          </w:p>
        </w:tc>
      </w:tr>
    </w:tbl>
    <w:p w14:paraId="1F697BDE" w14:textId="77777777" w:rsidR="004F73AE" w:rsidRPr="0067057B" w:rsidRDefault="004F73AE">
      <w:pPr>
        <w:rPr>
          <w:rFonts w:ascii="Unesa" w:hAnsi="Unesa"/>
        </w:rPr>
      </w:pPr>
    </w:p>
    <w:p w14:paraId="2CC1B810" w14:textId="77777777" w:rsidR="004F73AE" w:rsidRPr="0067057B" w:rsidRDefault="009431DA">
      <w:pPr>
        <w:rPr>
          <w:rFonts w:ascii="Unesa" w:hAnsi="Unesa"/>
        </w:rPr>
      </w:pPr>
      <w:r w:rsidRPr="0067057B">
        <w:rPr>
          <w:rFonts w:ascii="Unesa" w:hAnsi="Unesa"/>
          <w:b/>
          <w:sz w:val="24"/>
        </w:rPr>
        <w:t>PENDAHULUAN</w:t>
      </w:r>
    </w:p>
    <w:p w14:paraId="0A1C00AC" w14:textId="77777777" w:rsidR="00C84F69" w:rsidRPr="00A13750" w:rsidRDefault="00C84F69" w:rsidP="00A13750">
      <w:pPr>
        <w:spacing w:line="240" w:lineRule="auto"/>
        <w:ind w:firstLine="720"/>
        <w:jc w:val="both"/>
        <w:rPr>
          <w:rFonts w:ascii="Unesa" w:hAnsi="Unesa" w:cs="Times New Roman"/>
          <w:sz w:val="24"/>
          <w:szCs w:val="24"/>
        </w:rPr>
      </w:pPr>
      <w:r w:rsidRPr="0075210B">
        <w:rPr>
          <w:rFonts w:ascii="Book Antiqua" w:hAnsi="Book Antiqua" w:cs="Times New Roman"/>
          <w:sz w:val="20"/>
          <w:szCs w:val="20"/>
        </w:rPr>
        <w:t xml:space="preserve">      </w:t>
      </w:r>
      <w:r w:rsidRPr="00A13750">
        <w:rPr>
          <w:rFonts w:ascii="Unesa" w:hAnsi="Unesa" w:cs="Times New Roman"/>
          <w:sz w:val="24"/>
          <w:szCs w:val="24"/>
        </w:rPr>
        <w:t xml:space="preserve">Di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kemasyarakatan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mendapatkan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kurang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menguntungkan</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Masyarakat </w:t>
      </w:r>
      <w:proofErr w:type="spellStart"/>
      <w:r w:rsidRPr="00A13750">
        <w:rPr>
          <w:rFonts w:ascii="Unesa" w:hAnsi="Unesa" w:cs="Times New Roman"/>
          <w:sz w:val="24"/>
          <w:szCs w:val="24"/>
        </w:rPr>
        <w:t>selalu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dipandang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sebelah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mata</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dinomerduakan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objek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setelah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Paradigma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semacam</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telah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berkembang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jauh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sebelum</w:t>
      </w:r>
      <w:proofErr w:type="spellEnd"/>
      <w:r w:rsidRPr="00A13750">
        <w:rPr>
          <w:rFonts w:ascii="Unesa" w:hAnsi="Unesa" w:cs="Times New Roman"/>
          <w:sz w:val="24"/>
          <w:szCs w:val="24"/>
        </w:rPr>
        <w:t xml:space="preserve"> Indonesia </w:t>
      </w:r>
      <w:proofErr w:type="spellStart"/>
      <w:r w:rsidRPr="00A13750">
        <w:rPr>
          <w:rFonts w:ascii="Unesa" w:hAnsi="Unesa" w:cs="Times New Roman"/>
          <w:sz w:val="24"/>
          <w:szCs w:val="24"/>
        </w:rPr>
        <w:t>merdeka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Kebudayaan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dipandang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nilai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menempatkan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lebih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tinggi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dibandingkan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r w:rsidRPr="00A13750">
        <w:rPr>
          <w:rFonts w:ascii="Unesa" w:hAnsi="Unesa" w:cs="Times New Roman"/>
          <w:sz w:val="24"/>
          <w:szCs w:val="24"/>
        </w:rPr>
        <w:fldChar w:fldCharType="begin" w:fldLock="1"/>
      </w:r>
      <w:r w:rsidRPr="00A13750">
        <w:rPr>
          <w:rFonts w:ascii="Unesa" w:hAnsi="Unesa" w:cs="Times New Roman"/>
          <w:sz w:val="24"/>
          <w:szCs w:val="24"/>
        </w:rPr>
        <w:instrText>ADDIN CSL_CITATION {"citationItems":[{"id":"ITEM-1","itemData":{"author":[{"dropping-particle":"","family":"Karimah","given":"Aisyah Akhlaqul","non-dropping-particle":"","parse-names":false,"suffix":""},{"dropping-particle":"","family":"Khakim","given":"Universitas Gadjah","non-dropping-particle":"","parse-names":false,"suffix":""},{"dropping-particle":"","family":"Dahlan","given":"Universitas Ahmad","non-dropping-particle":"","parse-names":false,"suffix":""},{"dropping-particle":"","family":"Artikel","given":"Info","non-dropping-particle":"","parse-names":false,"suffix":""}],"id":"ITEM-1","issued":{"date-parts":[["2025"]]},"page":"288-302","title":"Journal of Arts and Humanities","type":"article-journal","volume":"29"},"uris":["http://www.mendeley.com/documents/?uuid=43961f06-94c1-4862-abcf-75e9740c971e"]}],"mendeley":{"formattedCitation":"(Karimah et al., 2025)","manualFormatting":"(Karimah, 2025)","plainTextFormattedCitation":"(Karimah et al., 2025)","previouslyFormattedCitation":"(Karimah et al., 2025)"},"properties":{"noteIndex":0},"schema":"https://github.com/citation-style-language/schema/raw/master/csl-citation.json"}</w:instrText>
      </w:r>
      <w:r w:rsidRPr="00A13750">
        <w:rPr>
          <w:rFonts w:ascii="Unesa" w:hAnsi="Unesa" w:cs="Times New Roman"/>
          <w:sz w:val="24"/>
          <w:szCs w:val="24"/>
        </w:rPr>
        <w:fldChar w:fldCharType="separate"/>
      </w:r>
      <w:r w:rsidRPr="00A13750">
        <w:rPr>
          <w:rFonts w:ascii="Unesa" w:hAnsi="Unesa" w:cs="Times New Roman"/>
          <w:noProof/>
          <w:sz w:val="24"/>
          <w:szCs w:val="24"/>
        </w:rPr>
        <w:t>(Karimah, 2025)</w:t>
      </w:r>
      <w:proofErr w:type="spellStart"/>
      <w:r w:rsidRPr="00A13750">
        <w:rPr>
          <w:rFonts w:ascii="Unesa" w:hAnsi="Unesa" w:cs="Times New Roman"/>
          <w:sz w:val="24"/>
          <w:szCs w:val="24"/>
        </w:rPr>
        <w:fldChar w:fldCharType="end"/>
      </w:r>
      <w:r w:rsidRPr="00A13750">
        <w:rPr>
          <w:rFonts w:ascii="Unesa" w:hAnsi="Unesa" w:cs="Times New Roman"/>
          <w:sz w:val="24"/>
          <w:szCs w:val="24"/>
        </w:rPr>
        <w:t>Kondisi</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telah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masuk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semua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lapisan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masyarakat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lastRenderedPageBreak/>
        <w:t>masyarakat</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patriarkal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sering</w:t>
      </w:r>
      <w:proofErr w:type="spellEnd"/>
      <w:r w:rsidRPr="00A13750">
        <w:rPr>
          <w:rFonts w:ascii="Unesa" w:hAnsi="Unesa" w:cs="Times New Roman"/>
          <w:sz w:val="24"/>
          <w:szCs w:val="24"/>
        </w:rPr>
        <w:t xml:space="preserve"> kali </w:t>
      </w:r>
      <w:proofErr w:type="spellStart"/>
      <w:r w:rsidRPr="00A13750">
        <w:rPr>
          <w:rFonts w:ascii="Unesa" w:hAnsi="Unesa" w:cs="Times New Roman"/>
          <w:sz w:val="24"/>
          <w:szCs w:val="24"/>
        </w:rPr>
        <w:t>direpresentasikan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stereotipikal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sosok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lemah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emosional</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pasif</w:t>
      </w:r>
      <w:proofErr w:type="spellEnd"/>
      <w:r w:rsidRPr="00A13750">
        <w:rPr>
          <w:rFonts w:ascii="Unesa" w:hAnsi="Unesa" w:cs="Times New Roman"/>
          <w:sz w:val="24"/>
          <w:szCs w:val="24"/>
        </w:rPr>
        <w:t xml:space="preserve"> </w:t>
      </w:r>
      <w:r w:rsidRPr="00A13750">
        <w:rPr>
          <w:rFonts w:ascii="Unesa" w:hAnsi="Unesa" w:cs="Times New Roman"/>
          <w:sz w:val="24"/>
          <w:szCs w:val="24"/>
        </w:rPr>
        <w:fldChar w:fldCharType="begin" w:fldLock="1"/>
      </w:r>
      <w:r w:rsidRPr="00A13750">
        <w:rPr>
          <w:rFonts w:ascii="Unesa" w:hAnsi="Unesa" w:cs="Times New Roman"/>
          <w:sz w:val="24"/>
          <w:szCs w:val="24"/>
        </w:rPr>
        <w:instrText>ADDIN CSL_CITATION {"citationItems":[{"id":"ITEM-1","itemData":{"DOI":"10.19105/ghancaran.v7i1.18941","author":[{"dropping-particle":"","family":"Sunaiyah","given":"Salma","non-dropping-particle":"","parse-names":false,"suffix":""},{"dropping-particle":"","family":"Marwan","given":"Iwan","non-dropping-particle":"","parse-names":false,"suffix":""}],"id":"ITEM-1","issued":{"date-parts":[["2025"]]},"page":"327-344","title":"Disrupsi terhadap Patriarki : Representasi Intertekstual Perempuan dalam Film Adaptasi dan Novel Indonesia","type":"article-journal","volume":"7"},"uris":["http://www.mendeley.com/documents/?uuid=a7dc72cd-fea5-4409-9192-ce5d7cf21815"]}],"mendeley":{"formattedCitation":"(Sunaiyah &amp; Marwan, 2025)","plainTextFormattedCitation":"(Sunaiyah &amp; Marwan, 2025)","previouslyFormattedCitation":"(Sunaiyah &amp; Marwan, 2025)"},"properties":{"noteIndex":0},"schema":"https://github.com/citation-style-language/schema/raw/master/csl-citation.json"}</w:instrText>
      </w:r>
      <w:r w:rsidRPr="00A13750">
        <w:rPr>
          <w:rFonts w:ascii="Unesa" w:hAnsi="Unesa" w:cs="Times New Roman"/>
          <w:sz w:val="24"/>
          <w:szCs w:val="24"/>
        </w:rPr>
        <w:fldChar w:fldCharType="separate"/>
      </w:r>
      <w:r w:rsidRPr="00A13750">
        <w:rPr>
          <w:rFonts w:ascii="Unesa" w:hAnsi="Unesa" w:cs="Times New Roman"/>
          <w:noProof/>
          <w:sz w:val="24"/>
          <w:szCs w:val="24"/>
        </w:rPr>
        <w:t>(Sunaiyah &amp; Marwan, 2025)</w:t>
      </w:r>
      <w:r w:rsidRPr="00A13750">
        <w:rPr>
          <w:rFonts w:ascii="Unesa" w:hAnsi="Unesa" w:cs="Times New Roman"/>
          <w:sz w:val="24"/>
          <w:szCs w:val="24"/>
        </w:rPr>
        <w:fldChar w:fldCharType="end"/>
      </w:r>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masyarakat</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patriarkal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sering</w:t>
      </w:r>
      <w:proofErr w:type="spellEnd"/>
      <w:r w:rsidRPr="00A13750">
        <w:rPr>
          <w:rFonts w:ascii="Unesa" w:hAnsi="Unesa" w:cs="Times New Roman"/>
          <w:sz w:val="24"/>
          <w:szCs w:val="24"/>
        </w:rPr>
        <w:t xml:space="preserve"> kali </w:t>
      </w:r>
      <w:proofErr w:type="spellStart"/>
      <w:r w:rsidRPr="00A13750">
        <w:rPr>
          <w:rFonts w:ascii="Unesa" w:hAnsi="Unesa" w:cs="Times New Roman"/>
          <w:sz w:val="24"/>
          <w:szCs w:val="24"/>
        </w:rPr>
        <w:t>direpresentasikan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stereotipikal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sosok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lemah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emosional</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pasif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Perbedaan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biologis</w:t>
      </w:r>
      <w:proofErr w:type="spellEnd"/>
      <w:r w:rsidRPr="00A13750">
        <w:rPr>
          <w:rFonts w:ascii="Unesa" w:hAnsi="Unesa" w:cs="Times New Roman"/>
          <w:sz w:val="24"/>
          <w:szCs w:val="24"/>
        </w:rPr>
        <w:t xml:space="preserve"> seperti </w:t>
      </w:r>
      <w:proofErr w:type="spellStart"/>
      <w:r w:rsidRPr="00A13750">
        <w:rPr>
          <w:rFonts w:ascii="Unesa" w:hAnsi="Unesa" w:cs="Times New Roman"/>
          <w:sz w:val="24"/>
          <w:szCs w:val="24"/>
        </w:rPr>
        <w:t>menstruasi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kehamilan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menyusui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kemudian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dijadikanjustifikasi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mengeksklusi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publik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pendidikan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tinggi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kepemimpinan</w:t>
      </w:r>
      <w:proofErr w:type="spellEnd"/>
      <w:r w:rsidRPr="00A13750">
        <w:rPr>
          <w:rFonts w:ascii="Unesa" w:hAnsi="Unesa" w:cs="Times New Roman"/>
          <w:sz w:val="24"/>
          <w:szCs w:val="24"/>
        </w:rPr>
        <w:t>.</w:t>
      </w:r>
      <w:r w:rsidRPr="00A13750">
        <w:rPr>
          <w:rFonts w:ascii="Unesa" w:hAnsi="Unesa" w:cs="Times New Roman"/>
          <w:sz w:val="24"/>
          <w:szCs w:val="24"/>
        </w:rPr>
        <w:fldChar w:fldCharType="begin" w:fldLock="1"/>
      </w:r>
      <w:r w:rsidRPr="00A13750">
        <w:rPr>
          <w:rFonts w:ascii="Unesa" w:hAnsi="Unesa" w:cs="Times New Roman"/>
          <w:sz w:val="24"/>
          <w:szCs w:val="24"/>
        </w:rPr>
        <w:instrText>ADDIN CSL_CITATION {"citationItems":[{"id":"ITEM-1","itemData":{"author":[{"dropping-particle":"","family":"Feminis","given":"Lensa","non-dropping-particle":"","parse-names":false,"suffix":""},{"dropping-particle":"","family":"Kate","given":"Radikal","non-dropping-particle":"","parse-names":false,"suffix":""},{"dropping-particle":"","family":"Nensilianti","given":"Ridwan","non-dropping-particle":"","parse-names":false,"suffix":""},{"dropping-particle":"","family":"Turohma","given":"Latifa","non-dropping-particle":"","parse-names":false,"suffix":""}],"id":"ITEM-1","issue":"1","issued":{"date-parts":[["2026"]]},"page":"371-383","title":"Mengungkap Perlawanan Perempuan dan Subordinasi dalam Film Perempuan Berkelamin Darah Tahun 2023 melalui","type":"article-journal","volume":"6"},"uris":["http://www.mendeley.com/documents/?uuid=4e112654-cecc-433d-aa19-596b58c14b1f"]}],"mendeley":{"formattedCitation":"(Feminis et al., 2026)","manualFormatting":"(Feminis, 2026)","plainTextFormattedCitation":"(Feminis et al., 2026)","previouslyFormattedCitation":"(Feminis et al., 2026)"},"properties":{"noteIndex":0},"schema":"https://github.com/citation-style-language/schema/raw/master/csl-citation.json"}</w:instrText>
      </w:r>
      <w:r w:rsidRPr="00A13750">
        <w:rPr>
          <w:rFonts w:ascii="Unesa" w:hAnsi="Unesa" w:cs="Times New Roman"/>
          <w:sz w:val="24"/>
          <w:szCs w:val="24"/>
        </w:rPr>
        <w:fldChar w:fldCharType="separate"/>
      </w:r>
      <w:r w:rsidRPr="00A13750">
        <w:rPr>
          <w:rFonts w:ascii="Unesa" w:hAnsi="Unesa" w:cs="Times New Roman"/>
          <w:noProof/>
          <w:sz w:val="24"/>
          <w:szCs w:val="24"/>
        </w:rPr>
        <w:t>(</w:t>
      </w:r>
      <w:proofErr w:type="spellStart"/>
      <w:r w:rsidRPr="00A13750">
        <w:rPr>
          <w:rFonts w:ascii="Unesa" w:hAnsi="Unesa" w:cs="Times New Roman"/>
          <w:noProof/>
          <w:sz w:val="24"/>
          <w:szCs w:val="24"/>
        </w:rPr>
        <w:t>Feminis</w:t>
      </w:r>
      <w:proofErr w:type="spellEnd"/>
      <w:r w:rsidRPr="00A13750">
        <w:rPr>
          <w:rFonts w:ascii="Unesa" w:hAnsi="Unesa" w:cs="Times New Roman"/>
          <w:noProof/>
          <w:sz w:val="24"/>
          <w:szCs w:val="24"/>
        </w:rPr>
        <w:t>, 2026)</w:t>
      </w:r>
      <w:r w:rsidRPr="00A13750">
        <w:rPr>
          <w:rFonts w:ascii="Unesa" w:hAnsi="Unesa" w:cs="Times New Roman"/>
          <w:sz w:val="24"/>
          <w:szCs w:val="24"/>
        </w:rPr>
        <w:fldChar w:fldCharType="end"/>
      </w:r>
      <w:r w:rsidRPr="00A13750">
        <w:rPr>
          <w:rFonts w:ascii="Unesa" w:hAnsi="Unesa" w:cs="Times New Roman"/>
          <w:sz w:val="24"/>
          <w:szCs w:val="24"/>
        </w:rPr>
        <w:t xml:space="preserve">. </w:t>
      </w:r>
      <w:proofErr w:type="spellStart"/>
      <w:r w:rsidRPr="00A13750">
        <w:rPr>
          <w:rFonts w:ascii="Unesa" w:hAnsi="Unesa" w:cs="Times New Roman"/>
          <w:sz w:val="24"/>
          <w:szCs w:val="24"/>
        </w:rPr>
        <w:t>Akibatnya</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seringkali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mendapatkan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perlakuan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sewenang-wenang</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selalu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dinomor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duakan</w:t>
      </w:r>
      <w:proofErr w:type="spellEnd"/>
      <w:r w:rsidRPr="00A13750">
        <w:rPr>
          <w:rFonts w:ascii="Unesa" w:hAnsi="Unesa" w:cs="Times New Roman"/>
          <w:sz w:val="24"/>
          <w:szCs w:val="24"/>
        </w:rPr>
        <w:t xml:space="preserve"> oleh pihak-pihak yang </w:t>
      </w:r>
      <w:proofErr w:type="spellStart"/>
      <w:r w:rsidRPr="00A13750">
        <w:rPr>
          <w:rFonts w:ascii="Unesa" w:hAnsi="Unesa" w:cs="Times New Roman"/>
          <w:sz w:val="24"/>
          <w:szCs w:val="24"/>
        </w:rPr>
        <w:t>lebih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berkuasa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Contohnya</w:t>
      </w:r>
      <w:proofErr w:type="spellEnd"/>
      <w:r w:rsidRPr="00A13750">
        <w:rPr>
          <w:rFonts w:ascii="Unesa" w:hAnsi="Unesa" w:cs="Times New Roman"/>
          <w:sz w:val="24"/>
          <w:szCs w:val="24"/>
        </w:rPr>
        <w:t xml:space="preserve"> adalah </w:t>
      </w:r>
      <w:proofErr w:type="spellStart"/>
      <w:r w:rsidRPr="00A13750">
        <w:rPr>
          <w:rFonts w:ascii="Unesa" w:hAnsi="Unesa" w:cs="Times New Roman"/>
          <w:sz w:val="24"/>
          <w:szCs w:val="24"/>
        </w:rPr>
        <w:t>bidang</w:t>
      </w:r>
      <w:proofErr w:type="spellEnd"/>
      <w:r w:rsidRPr="00A13750">
        <w:rPr>
          <w:rFonts w:ascii="Unesa" w:hAnsi="Unesa" w:cs="Times New Roman"/>
          <w:sz w:val="24"/>
          <w:szCs w:val="24"/>
        </w:rPr>
        <w:t xml:space="preserve"> </w:t>
      </w:r>
      <w:proofErr w:type="spellStart"/>
      <w:proofErr w:type="gramStart"/>
      <w:r w:rsidRPr="00A13750">
        <w:rPr>
          <w:rFonts w:ascii="Unesa" w:hAnsi="Unesa" w:cs="Times New Roman"/>
          <w:sz w:val="24"/>
          <w:szCs w:val="24"/>
        </w:rPr>
        <w:t>pendidikan.Pada</w:t>
      </w:r>
      <w:proofErr w:type="spellEnd"/>
      <w:proofErr w:type="gramEnd"/>
      <w:r w:rsidRPr="00A13750">
        <w:rPr>
          <w:rFonts w:ascii="Unesa" w:hAnsi="Unesa" w:cs="Times New Roman"/>
          <w:sz w:val="24"/>
          <w:szCs w:val="24"/>
        </w:rPr>
        <w:t xml:space="preserve"> </w:t>
      </w:r>
      <w:proofErr w:type="spellStart"/>
      <w:r w:rsidRPr="00A13750">
        <w:rPr>
          <w:rFonts w:ascii="Unesa" w:hAnsi="Unesa" w:cs="Times New Roman"/>
          <w:sz w:val="24"/>
          <w:szCs w:val="24"/>
        </w:rPr>
        <w:t>dasarnya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segelintir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mengenyam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bangku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pendidikan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itupun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mereka-mereka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memiliki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jabatan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hal</w:t>
      </w:r>
      <w:proofErr w:type="spellEnd"/>
      <w:r w:rsidRPr="00A13750">
        <w:rPr>
          <w:rFonts w:ascii="Unesa" w:hAnsi="Unesa" w:cs="Times New Roman"/>
          <w:sz w:val="24"/>
          <w:szCs w:val="24"/>
        </w:rPr>
        <w:t xml:space="preserve"> lain </w:t>
      </w:r>
      <w:proofErr w:type="spellStart"/>
      <w:r w:rsidRPr="00A13750">
        <w:rPr>
          <w:rFonts w:ascii="Unesa" w:hAnsi="Unesa" w:cs="Times New Roman"/>
          <w:sz w:val="24"/>
          <w:szCs w:val="24"/>
        </w:rPr>
        <w:t>anak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seseorang</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berpangkat</w:t>
      </w:r>
      <w:proofErr w:type="spellEnd"/>
      <w:r w:rsidRPr="00A13750">
        <w:rPr>
          <w:rFonts w:ascii="Unesa" w:hAnsi="Unesa" w:cs="Times New Roman"/>
          <w:sz w:val="24"/>
          <w:szCs w:val="24"/>
        </w:rPr>
        <w:t>/</w:t>
      </w:r>
      <w:proofErr w:type="spellStart"/>
      <w:r w:rsidRPr="00A13750">
        <w:rPr>
          <w:rFonts w:ascii="Unesa" w:hAnsi="Unesa" w:cs="Times New Roman"/>
          <w:sz w:val="24"/>
          <w:szCs w:val="24"/>
        </w:rPr>
        <w:t>ningrat</w:t>
      </w:r>
      <w:proofErr w:type="spellEnd"/>
      <w:r w:rsidRPr="00A13750">
        <w:rPr>
          <w:rFonts w:ascii="Unesa" w:hAnsi="Unesa" w:cs="Times New Roman"/>
          <w:sz w:val="24"/>
          <w:szCs w:val="24"/>
        </w:rPr>
        <w:t>.</w:t>
      </w:r>
    </w:p>
    <w:p w14:paraId="44C34515" w14:textId="77777777" w:rsidR="00217D22" w:rsidRPr="00A13750" w:rsidRDefault="00C84F69" w:rsidP="00A13750">
      <w:pPr>
        <w:spacing w:line="240" w:lineRule="auto"/>
        <w:ind w:firstLine="720"/>
        <w:jc w:val="both"/>
        <w:rPr>
          <w:rFonts w:ascii="Unesa" w:hAnsi="Unesa" w:cs="Times New Roman"/>
          <w:sz w:val="24"/>
          <w:szCs w:val="24"/>
        </w:rPr>
      </w:pPr>
      <w:proofErr w:type="spellStart"/>
      <w:r w:rsidRPr="00A13750">
        <w:rPr>
          <w:rFonts w:ascii="Unesa" w:hAnsi="Unesa" w:cs="Times New Roman"/>
          <w:sz w:val="24"/>
          <w:szCs w:val="24"/>
        </w:rPr>
        <w:t>Menurut</w:t>
      </w:r>
      <w:proofErr w:type="spellEnd"/>
      <w:r w:rsidRPr="00A13750">
        <w:rPr>
          <w:rFonts w:ascii="Unesa" w:hAnsi="Unesa" w:cs="Times New Roman"/>
          <w:sz w:val="24"/>
          <w:szCs w:val="24"/>
        </w:rPr>
        <w:t xml:space="preserve">  </w:t>
      </w:r>
      <w:r w:rsidRPr="00A13750">
        <w:rPr>
          <w:rFonts w:ascii="Unesa" w:hAnsi="Unesa" w:cs="Times New Roman"/>
          <w:sz w:val="24"/>
          <w:szCs w:val="24"/>
        </w:rPr>
        <w:fldChar w:fldCharType="begin" w:fldLock="1"/>
      </w:r>
      <w:r w:rsidRPr="00A13750">
        <w:rPr>
          <w:rFonts w:ascii="Unesa" w:hAnsi="Unesa" w:cs="Times New Roman"/>
          <w:sz w:val="24"/>
          <w:szCs w:val="24"/>
        </w:rPr>
        <w:instrText>ADDIN CSL_CITATION {"citationItems":[{"id":"ITEM-1","itemData":{"DOI":"10.36277/basataka.v5i2.160","ISSN":"2621-3826","abstract":"Penelitian ini bertujuan mendeskripsikan perjuangan tokoh perempuan dalam melawan budaya patriarki pada novel Tarian Bumi karya Oka Rusmini. Pendekatan yang digunakan dalam penelitian ini adalah deskriptif kualitatif. Penelitian ini menggunakan teori feminisme sebagai pisau analisismya. Sumber data dalam penelitian ini adalah novel Tarian Bumi karya Oka Rusmini, yang diterbitkan oleh PT. Gramedia Pustaka Utama. Langkah-langkah yang ditempuh dalam pengumpulan data sebagai berikut: membaca berulang-ulang secara keseluruhan novel tersebut untuk memahami isinya secara utuh, mencatat kata, kalimat, atau data yang penting yang berkaitan dengan permasalahan yang diteliti, mencatat serta mengumpulkan teori-teori yang relevan yang berhubungan dengan penelitian, melakukan penelitian berdasarkan teori yang sudah ada, dan menarik simpulan. Langkah-langkah dalam pengolahan data sebagai berikut: deskripsi data, klasifikasi data, analisis data, interpretasi data, dan evaluasi. Teknik analisis data yang digunakan yakni: pengolahan dan penyajian data, membaca keseluruhan data, coding data dan interpretasi data. Temuan dalam penelitian ini adalah perempuan dan laki-laki seharusnya memperoleh kesetaraan dalam hak-hak dan kewajibannya, sehingga perempuan bisa mendapatkan kebebasan seperti laki-laki. Tokoh-tokoh perempuan dalam novel Tarian Bumi menentang adat dan budayanya sendiri demi tewujudnya kesetaraan hak antara laki-laki dan perempuan tanpa memandang kelompok sosial tertentu.","author":[{"dropping-particle":"","family":"Hardinanto","given":"Eko","non-dropping-particle":"","parse-names":false,"suffix":""},{"dropping-particle":"","family":"Raharjo","given":"Resdianto Permata","non-dropping-particle":"","parse-names":false,"suffix":""}],"container-title":"Jurnal Basataka (JBT)","id":"ITEM-1","issue":"2","issued":{"date-parts":[["2022"]]},"page":"349-359","title":"Perlawanan Tokoh Perempuan Terhadap Budaya Patriarki Dalam Novel Tarian Bumi Karya Oka Rusmini (Kajian Feminisme)","type":"article-journal","volume":"5"},"uris":["http://www.mendeley.com/documents/?uuid=c9b67ff0-c218-4b5e-8ed8-35b9d19d6d0d"]}],"mendeley":{"formattedCitation":"(Hardinanto &amp; Raharjo, 2022)","manualFormatting":"(Hardinanto, 2022)","plainTextFormattedCitation":"(Hardinanto &amp; Raharjo, 2022)","previouslyFormattedCitation":"(Hardinanto &amp; Raharjo, 2022)"},"properties":{"noteIndex":0},"schema":"https://github.com/citation-style-language/schema/raw/master/csl-citation.json"}</w:instrText>
      </w:r>
      <w:r w:rsidRPr="00A13750">
        <w:rPr>
          <w:rFonts w:ascii="Unesa" w:hAnsi="Unesa" w:cs="Times New Roman"/>
          <w:sz w:val="24"/>
          <w:szCs w:val="24"/>
        </w:rPr>
        <w:fldChar w:fldCharType="separate"/>
      </w:r>
      <w:r w:rsidRPr="00A13750">
        <w:rPr>
          <w:rFonts w:ascii="Unesa" w:hAnsi="Unesa" w:cs="Times New Roman"/>
          <w:noProof/>
          <w:sz w:val="24"/>
          <w:szCs w:val="24"/>
        </w:rPr>
        <w:t>(Hardinanto, 2022)</w:t>
      </w:r>
      <w:r w:rsidRPr="00A13750">
        <w:rPr>
          <w:rFonts w:ascii="Unesa" w:hAnsi="Unesa" w:cs="Times New Roman"/>
          <w:sz w:val="24"/>
          <w:szCs w:val="24"/>
        </w:rPr>
        <w:fldChar w:fldCharType="end"/>
      </w:r>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adalah   </w:t>
      </w:r>
      <w:proofErr w:type="spellStart"/>
      <w:r w:rsidRPr="00A13750">
        <w:rPr>
          <w:rFonts w:ascii="Unesa" w:hAnsi="Unesa" w:cs="Times New Roman"/>
          <w:sz w:val="24"/>
          <w:szCs w:val="24"/>
        </w:rPr>
        <w:t>sebuah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struktur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praktik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menempatkan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dominan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menindas</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mengeksploitasi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Sejalan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pendapat</w:t>
      </w:r>
      <w:proofErr w:type="spellEnd"/>
      <w:r w:rsidRPr="00A13750">
        <w:rPr>
          <w:rFonts w:ascii="Unesa" w:hAnsi="Unesa" w:cs="Times New Roman"/>
          <w:sz w:val="24"/>
          <w:szCs w:val="24"/>
        </w:rPr>
        <w:t xml:space="preserve"> </w:t>
      </w:r>
      <w:r w:rsidRPr="00A13750">
        <w:rPr>
          <w:rFonts w:ascii="Unesa" w:hAnsi="Unesa" w:cs="Times New Roman"/>
          <w:sz w:val="24"/>
          <w:szCs w:val="24"/>
        </w:rPr>
        <w:fldChar w:fldCharType="begin" w:fldLock="1"/>
      </w:r>
      <w:r w:rsidRPr="00A13750">
        <w:rPr>
          <w:rFonts w:ascii="Unesa" w:hAnsi="Unesa" w:cs="Times New Roman"/>
          <w:sz w:val="24"/>
          <w:szCs w:val="24"/>
        </w:rPr>
        <w:instrText>ADDIN CSL_CITATION {"citationItems":[{"id":"ITEM-1","itemData":{"author":[{"dropping-particle":"","family":"Yuliana","given":"Rina","non-dropping-particle":"","parse-names":false,"suffix":""},{"dropping-particle":"","family":"Setyowati","given":"Herlina","non-dropping-particle":"","parse-names":false,"suffix":""},{"dropping-particle":"","family":"Aryanto","given":"Aris","non-dropping-particle":"","parse-names":false,"suffix":""}],"id":"ITEM-1","issue":"1","issued":{"date-parts":[["2025"]]},"page":"41-55","title":"Perjuangan Perempuan Melawan Patriarki dalam Novel Katresnan Karya Soeratman Sastradihardja dalam Perspektif Feminisme Liberal dan Radikal Women ' s Struggle Against Patriarchy in the Novel Katresnan by Soeratman Sastradihardja from the Perspective of Liberal and Radical Feminism","type":"article-journal","volume":"7"},"uris":["http://www.mendeley.com/documents/?uuid=d4494267-36e4-46ca-a9aa-ae4bf81f77b9"]}],"mendeley":{"formattedCitation":"(Yuliana et al., 2025)","manualFormatting":"Yuliana (2025)","plainTextFormattedCitation":"(Yuliana et al., 2025)","previouslyFormattedCitation":"(Yuliana et al., 2025)"},"properties":{"noteIndex":0},"schema":"https://github.com/citation-style-language/schema/raw/master/csl-citation.json"}</w:instrText>
      </w:r>
      <w:r w:rsidRPr="00A13750">
        <w:rPr>
          <w:rFonts w:ascii="Unesa" w:hAnsi="Unesa" w:cs="Times New Roman"/>
          <w:sz w:val="24"/>
          <w:szCs w:val="24"/>
        </w:rPr>
        <w:fldChar w:fldCharType="separate"/>
      </w:r>
      <w:r w:rsidRPr="00A13750">
        <w:rPr>
          <w:rFonts w:ascii="Unesa" w:hAnsi="Unesa" w:cs="Times New Roman"/>
          <w:noProof/>
          <w:sz w:val="24"/>
          <w:szCs w:val="24"/>
        </w:rPr>
        <w:t>Yuliana (2025)</w:t>
      </w:r>
      <w:r w:rsidRPr="00A13750">
        <w:rPr>
          <w:rFonts w:ascii="Unesa" w:hAnsi="Unesa" w:cs="Times New Roman"/>
          <w:sz w:val="24"/>
          <w:szCs w:val="24"/>
        </w:rPr>
        <w:fldChar w:fldCharType="end"/>
      </w:r>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struktur</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praktik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di mana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mendominasi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menindas</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mengeksploitasi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dianggap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pemimpin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pengambil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keputusan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pusat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otoritas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sementara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diposisikan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subordinat</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tugas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utamanya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berkaitan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ranah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domestik</w:t>
      </w:r>
      <w:proofErr w:type="spellEnd"/>
      <w:r w:rsidRPr="00A13750">
        <w:rPr>
          <w:rFonts w:ascii="Unesa" w:hAnsi="Unesa" w:cs="Times New Roman"/>
          <w:sz w:val="24"/>
          <w:szCs w:val="24"/>
        </w:rPr>
        <w:t xml:space="preserve"> seperti </w:t>
      </w:r>
      <w:proofErr w:type="spellStart"/>
      <w:r w:rsidRPr="00A13750">
        <w:rPr>
          <w:rFonts w:ascii="Unesa" w:hAnsi="Unesa" w:cs="Times New Roman"/>
          <w:sz w:val="24"/>
          <w:szCs w:val="24"/>
        </w:rPr>
        <w:t>mengurus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tangga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mengasuh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anak</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melayani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suami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Sejak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awal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penggunaan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istilah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perjuangan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melawan</w:t>
      </w:r>
      <w:proofErr w:type="spellEnd"/>
      <w:r w:rsidRPr="00A13750">
        <w:rPr>
          <w:rFonts w:ascii="Unesa" w:hAnsi="Unesa" w:cs="Times New Roman"/>
          <w:sz w:val="24"/>
          <w:szCs w:val="24"/>
        </w:rPr>
        <w:t xml:space="preserve"> batas-batas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berlanjut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Menurut</w:t>
      </w:r>
      <w:proofErr w:type="spellEnd"/>
      <w:r w:rsidRPr="00A13750">
        <w:rPr>
          <w:rFonts w:ascii="Unesa" w:hAnsi="Unesa" w:cs="Times New Roman"/>
          <w:sz w:val="24"/>
          <w:szCs w:val="24"/>
        </w:rPr>
        <w:t xml:space="preserve">    </w:t>
      </w:r>
      <w:r w:rsidRPr="00A13750">
        <w:rPr>
          <w:rFonts w:ascii="Unesa" w:hAnsi="Unesa" w:cs="Times New Roman"/>
          <w:sz w:val="24"/>
          <w:szCs w:val="24"/>
        </w:rPr>
        <w:fldChar w:fldCharType="begin" w:fldLock="1"/>
      </w:r>
      <w:r w:rsidRPr="00A13750">
        <w:rPr>
          <w:rFonts w:ascii="Unesa" w:hAnsi="Unesa" w:cs="Times New Roman"/>
          <w:sz w:val="24"/>
          <w:szCs w:val="24"/>
        </w:rPr>
        <w:instrText>ADDIN CSL_CITATION {"citationItems":[{"id":"ITEM-1","itemData":{"author":[{"dropping-particle":"","family":"Naila","given":"Elsa","non-dropping-particle":"","parse-names":false,"suffix":""},{"dropping-particle":"","family":"Chynta","given":"Nazwa Archika","non-dropping-particle":"","parse-names":false,"suffix":""},{"dropping-particle":"","family":"Supena","given":"Ahmad","non-dropping-particle":"","parse-names":false,"suffix":""},{"dropping-particle":"","family":"Sultan","given":"Universitas","non-dropping-particle":"","parse-names":false,"suffix":""},{"dropping-particle":"","family":"Tirtayasa","given":"Ageng","non-dropping-particle":"","parse-names":false,"suffix":""},{"dropping-particle":"","family":"Sultan","given":"Universitas","non-dropping-particle":"","parse-names":false,"suffix":""},{"dropping-particle":"","family":"Tirtayasa","given":"Ageng","non-dropping-particle":"","parse-names":false,"suffix":""},{"dropping-particle":"","family":"Sultan","given":"Universitas","non-dropping-particle":"","parse-names":false,"suffix":""},{"dropping-particle":"","family":"Tirtayasa","given":"Ageng","non-dropping-particle":"","parse-names":false,"suffix":""}],"id":"ITEM-1","issued":{"date-parts":[["2018"]]},"page":"564-572","title":"DOMINASI PATRIARKI DAN PERLAWANAN PEREMPUAN : STUDI FEMINISME TERHADAP NOVEL YUNI","type":"article-journal"},"uris":["http://www.mendeley.com/documents/?uuid=9503e797-15c8-434f-b10b-7cd9228cf486"]}],"mendeley":{"formattedCitation":"(Naila et al., 2018)","manualFormatting":"(Naila, 2018)","plainTextFormattedCitation":"(Naila et al., 2018)","previouslyFormattedCitation":"(Naila et al., 2018)"},"properties":{"noteIndex":0},"schema":"https://github.com/citation-style-language/schema/raw/master/csl-citation.json"}</w:instrText>
      </w:r>
      <w:r w:rsidRPr="00A13750">
        <w:rPr>
          <w:rFonts w:ascii="Unesa" w:hAnsi="Unesa" w:cs="Times New Roman"/>
          <w:sz w:val="24"/>
          <w:szCs w:val="24"/>
        </w:rPr>
        <w:fldChar w:fldCharType="separate"/>
      </w:r>
      <w:r w:rsidRPr="00A13750">
        <w:rPr>
          <w:rFonts w:ascii="Unesa" w:hAnsi="Unesa" w:cs="Times New Roman"/>
          <w:noProof/>
          <w:sz w:val="24"/>
          <w:szCs w:val="24"/>
        </w:rPr>
        <w:t>(Naila, 2018)</w:t>
      </w:r>
      <w:r w:rsidRPr="00A13750">
        <w:rPr>
          <w:rFonts w:ascii="Unesa" w:hAnsi="Unesa" w:cs="Times New Roman"/>
          <w:sz w:val="24"/>
          <w:szCs w:val="24"/>
        </w:rPr>
        <w:fldChar w:fldCharType="end"/>
      </w:r>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memperjuangkan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kesetaraan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hak</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kepentingan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antara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bidang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politik</w:t>
      </w:r>
      <w:proofErr w:type="spellEnd"/>
      <w:r w:rsidRPr="00A13750">
        <w:rPr>
          <w:rFonts w:ascii="Unesa" w:hAnsi="Unesa" w:cs="Times New Roman"/>
          <w:sz w:val="24"/>
          <w:szCs w:val="24"/>
        </w:rPr>
        <w:t>,</w:t>
      </w:r>
      <w:r w:rsidRPr="00A13750">
        <w:rPr>
          <w:rFonts w:ascii="Unesa" w:hAnsi="Unesa" w:cs="Times New Roman"/>
          <w:sz w:val="24"/>
          <w:szCs w:val="24"/>
          <w:shd w:val="clear" w:color="auto" w:fill="FFFFFF"/>
        </w:rPr>
        <w:t xml:space="preserve"> </w:t>
      </w:r>
      <w:proofErr w:type="spellStart"/>
      <w:r w:rsidRPr="00A13750">
        <w:rPr>
          <w:rFonts w:ascii="Unesa" w:hAnsi="Unesa" w:cs="Times New Roman"/>
          <w:sz w:val="24"/>
          <w:szCs w:val="24"/>
        </w:rPr>
        <w:t>ekonomi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pendidikan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kegiatan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organisasi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lainnya</w:t>
      </w:r>
      <w:proofErr w:type="spellEnd"/>
      <w:r w:rsidRPr="00A13750">
        <w:rPr>
          <w:rFonts w:ascii="Unesa" w:hAnsi="Unesa" w:cs="Times New Roman"/>
          <w:sz w:val="24"/>
          <w:szCs w:val="24"/>
        </w:rPr>
        <w:t xml:space="preserve">. Salah </w:t>
      </w:r>
      <w:proofErr w:type="spellStart"/>
      <w:r w:rsidRPr="00A13750">
        <w:rPr>
          <w:rFonts w:ascii="Unesa" w:hAnsi="Unesa" w:cs="Times New Roman"/>
          <w:sz w:val="24"/>
          <w:szCs w:val="24"/>
        </w:rPr>
        <w:t>satu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eksistensialis</w:t>
      </w:r>
      <w:proofErr w:type="spellEnd"/>
      <w:r w:rsidRPr="00A13750">
        <w:rPr>
          <w:rFonts w:ascii="Unesa" w:hAnsi="Unesa" w:cs="Times New Roman"/>
          <w:sz w:val="24"/>
          <w:szCs w:val="24"/>
        </w:rPr>
        <w:t xml:space="preserve">, Simone de Beauvoir, </w:t>
      </w:r>
      <w:proofErr w:type="spellStart"/>
      <w:r w:rsidRPr="00A13750">
        <w:rPr>
          <w:rFonts w:ascii="Unesa" w:hAnsi="Unesa" w:cs="Times New Roman"/>
          <w:sz w:val="24"/>
          <w:szCs w:val="24"/>
        </w:rPr>
        <w:t>menyatakan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dijadikan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r w:rsidRPr="00A13750">
        <w:rPr>
          <w:rFonts w:ascii="Unesa" w:hAnsi="Unesa" w:cs="Times New Roman"/>
          <w:i/>
          <w:iCs/>
          <w:sz w:val="24"/>
          <w:szCs w:val="24"/>
        </w:rPr>
        <w:t>the Other</w:t>
      </w:r>
      <w:r w:rsidRPr="00A13750">
        <w:rPr>
          <w:rFonts w:ascii="Unesa" w:hAnsi="Unesa" w:cs="Times New Roman"/>
          <w:sz w:val="24"/>
          <w:szCs w:val="24"/>
        </w:rPr>
        <w:t xml:space="preserve"> </w:t>
      </w:r>
      <w:proofErr w:type="spellStart"/>
      <w:r w:rsidRPr="00A13750">
        <w:rPr>
          <w:rFonts w:ascii="Unesa" w:hAnsi="Unesa" w:cs="Times New Roman"/>
          <w:sz w:val="24"/>
          <w:szCs w:val="24"/>
        </w:rPr>
        <w:t>yaitu</w:t>
      </w:r>
      <w:proofErr w:type="spellEnd"/>
      <w:r w:rsidRPr="00A13750">
        <w:rPr>
          <w:rFonts w:ascii="Unesa" w:hAnsi="Unesa" w:cs="Times New Roman"/>
          <w:sz w:val="24"/>
          <w:szCs w:val="24"/>
        </w:rPr>
        <w:t xml:space="preserve"> pihak yang </w:t>
      </w:r>
      <w:proofErr w:type="spellStart"/>
      <w:r w:rsidRPr="00A13750">
        <w:rPr>
          <w:rFonts w:ascii="Unesa" w:hAnsi="Unesa" w:cs="Times New Roman"/>
          <w:sz w:val="24"/>
          <w:szCs w:val="24"/>
        </w:rPr>
        <w:t>didefinisikan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berdasarkan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memiliki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otonom</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dilahirkan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makna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dibentuk</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struktur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patriarkal</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karena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perjuangan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proofErr w:type="gram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melawan</w:t>
      </w:r>
      <w:proofErr w:type="spellEnd"/>
      <w:proofErr w:type="gram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membatasi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mengekang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kebebasan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merampas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asasi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mereka</w:t>
      </w:r>
      <w:proofErr w:type="spellEnd"/>
      <w:r w:rsidRPr="00A13750">
        <w:rPr>
          <w:rFonts w:ascii="Unesa" w:hAnsi="Unesa" w:cs="Times New Roman"/>
          <w:sz w:val="24"/>
          <w:szCs w:val="24"/>
        </w:rPr>
        <w:t>.</w:t>
      </w:r>
    </w:p>
    <w:p w14:paraId="171B253E" w14:textId="16F20DD0" w:rsidR="00155356" w:rsidRPr="00A13750" w:rsidRDefault="00217D22" w:rsidP="00A13750">
      <w:pPr>
        <w:pStyle w:val="ListParagraph"/>
        <w:spacing w:line="240" w:lineRule="auto"/>
        <w:ind w:left="0" w:firstLine="360"/>
        <w:jc w:val="both"/>
        <w:rPr>
          <w:rFonts w:ascii="Unesa" w:hAnsi="Unesa" w:cs="Times New Roman"/>
          <w:sz w:val="24"/>
          <w:szCs w:val="24"/>
        </w:rPr>
      </w:pPr>
      <w:r w:rsidRPr="00A13750">
        <w:rPr>
          <w:rFonts w:ascii="Unesa" w:hAnsi="Unesa" w:cs="Times New Roman"/>
          <w:sz w:val="24"/>
          <w:szCs w:val="24"/>
        </w:rPr>
        <w:t xml:space="preserve">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salah </w:t>
      </w:r>
      <w:proofErr w:type="spellStart"/>
      <w:r w:rsidRPr="00A13750">
        <w:rPr>
          <w:rFonts w:ascii="Unesa" w:hAnsi="Unesa" w:cs="Times New Roman"/>
          <w:sz w:val="24"/>
          <w:szCs w:val="24"/>
        </w:rPr>
        <w:t>satu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sastra yang </w:t>
      </w:r>
      <w:proofErr w:type="spellStart"/>
      <w:r w:rsidRPr="00A13750">
        <w:rPr>
          <w:rFonts w:ascii="Unesa" w:hAnsi="Unesa" w:cs="Times New Roman"/>
          <w:sz w:val="24"/>
          <w:szCs w:val="24"/>
        </w:rPr>
        <w:t>merepresentasikan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pengalaman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menghadapi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tekanan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ini,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utama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digambarkan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sosok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mengalami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penindasan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struktural</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kultural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ranah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domestik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maupun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akibat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dominasi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nilai-nilai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mengakar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lingkungan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hidupnya</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cerita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dibungkam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suaranya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tetapi</w:t>
      </w:r>
      <w:proofErr w:type="spellEnd"/>
      <w:r w:rsidRPr="00A13750">
        <w:rPr>
          <w:rFonts w:ascii="Unesa" w:hAnsi="Unesa" w:cs="Times New Roman"/>
          <w:sz w:val="24"/>
          <w:szCs w:val="24"/>
        </w:rPr>
        <w:t xml:space="preserve"> juga </w:t>
      </w:r>
      <w:proofErr w:type="spellStart"/>
      <w:r w:rsidRPr="00A13750">
        <w:rPr>
          <w:rFonts w:ascii="Unesa" w:hAnsi="Unesa" w:cs="Times New Roman"/>
          <w:sz w:val="24"/>
          <w:szCs w:val="24"/>
        </w:rPr>
        <w:t>dikekang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hak</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kebebasannya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menentukan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arah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hidupnya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sendiri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ini </w:t>
      </w:r>
      <w:proofErr w:type="spellStart"/>
      <w:r w:rsidRPr="00A13750">
        <w:rPr>
          <w:rFonts w:ascii="Unesa" w:hAnsi="Unesa" w:cs="Times New Roman"/>
          <w:sz w:val="24"/>
          <w:szCs w:val="24"/>
        </w:rPr>
        <w:t>dimunculkan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internal </w:t>
      </w:r>
      <w:proofErr w:type="spellStart"/>
      <w:r w:rsidRPr="00A13750">
        <w:rPr>
          <w:rFonts w:ascii="Unesa" w:hAnsi="Unesa" w:cs="Times New Roman"/>
          <w:sz w:val="24"/>
          <w:szCs w:val="24"/>
        </w:rPr>
        <w:t>maupun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eksternal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internal,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mengalami</w:t>
      </w:r>
      <w:proofErr w:type="spellEnd"/>
      <w:r w:rsidRPr="00A13750">
        <w:rPr>
          <w:rFonts w:ascii="Unesa" w:hAnsi="Unesa" w:cs="Times New Roman"/>
          <w:sz w:val="24"/>
          <w:szCs w:val="24"/>
        </w:rPr>
        <w:t xml:space="preserve"> proses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mulai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mempertanyakan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perannya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ditentukan</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konstruksi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maskulin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eksternal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ditunjukkan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sikap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penolakan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tradisional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dipaksakan</w:t>
      </w:r>
      <w:proofErr w:type="spellEnd"/>
      <w:r w:rsidRPr="00A13750">
        <w:rPr>
          <w:rFonts w:ascii="Unesa" w:hAnsi="Unesa" w:cs="Times New Roman"/>
          <w:sz w:val="24"/>
          <w:szCs w:val="24"/>
        </w:rPr>
        <w:t xml:space="preserve">, seperti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istri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patuh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mengabdi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anak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harus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tunduk</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kehendak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keluarga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w:t>
      </w:r>
      <w:r w:rsidR="00155356" w:rsidRPr="00A13750">
        <w:rPr>
          <w:rFonts w:ascii="Unesa" w:hAnsi="Unesa" w:cs="Times New Roman"/>
          <w:sz w:val="24"/>
          <w:szCs w:val="24"/>
        </w:rPr>
        <w:t xml:space="preserve"> Selain </w:t>
      </w:r>
      <w:proofErr w:type="spellStart"/>
      <w:r w:rsidR="00155356" w:rsidRPr="00A13750">
        <w:rPr>
          <w:rFonts w:ascii="Unesa" w:hAnsi="Unesa" w:cs="Times New Roman"/>
          <w:sz w:val="24"/>
          <w:szCs w:val="24"/>
        </w:rPr>
        <w:t>itu</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kajian</w:t>
      </w:r>
      <w:proofErr w:type="spellEnd"/>
      <w:r w:rsidR="00155356" w:rsidRPr="00A13750">
        <w:rPr>
          <w:rFonts w:ascii="Unesa" w:hAnsi="Unesa" w:cs="Times New Roman"/>
          <w:sz w:val="24"/>
          <w:szCs w:val="24"/>
        </w:rPr>
        <w:t xml:space="preserve"> ini </w:t>
      </w:r>
      <w:proofErr w:type="spellStart"/>
      <w:r w:rsidR="00155356" w:rsidRPr="00A13750">
        <w:rPr>
          <w:rFonts w:ascii="Unesa" w:hAnsi="Unesa" w:cs="Times New Roman"/>
          <w:sz w:val="24"/>
          <w:szCs w:val="24"/>
        </w:rPr>
        <w:t>menjadi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penting</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dalam</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konteks</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akademik</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karena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menggabungkan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analisis</w:t>
      </w:r>
      <w:proofErr w:type="spellEnd"/>
      <w:r w:rsidR="00155356" w:rsidRPr="00A13750">
        <w:rPr>
          <w:rFonts w:ascii="Unesa" w:hAnsi="Unesa" w:cs="Times New Roman"/>
          <w:sz w:val="24"/>
          <w:szCs w:val="24"/>
        </w:rPr>
        <w:t xml:space="preserve"> sastra </w:t>
      </w:r>
      <w:proofErr w:type="spellStart"/>
      <w:r w:rsidR="00155356" w:rsidRPr="00A13750">
        <w:rPr>
          <w:rFonts w:ascii="Unesa" w:hAnsi="Unesa" w:cs="Times New Roman"/>
          <w:sz w:val="24"/>
          <w:szCs w:val="24"/>
        </w:rPr>
        <w:t>dengan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pendekatan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teoritis</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dari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feminisme</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eksistensialis</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lastRenderedPageBreak/>
        <w:t>Pendekatan</w:t>
      </w:r>
      <w:proofErr w:type="spellEnd"/>
      <w:r w:rsidR="00155356" w:rsidRPr="00A13750">
        <w:rPr>
          <w:rFonts w:ascii="Unesa" w:hAnsi="Unesa" w:cs="Times New Roman"/>
          <w:sz w:val="24"/>
          <w:szCs w:val="24"/>
        </w:rPr>
        <w:t xml:space="preserve"> ini </w:t>
      </w:r>
      <w:proofErr w:type="spellStart"/>
      <w:r w:rsidR="00155356" w:rsidRPr="00A13750">
        <w:rPr>
          <w:rFonts w:ascii="Unesa" w:hAnsi="Unesa" w:cs="Times New Roman"/>
          <w:sz w:val="24"/>
          <w:szCs w:val="24"/>
        </w:rPr>
        <w:t>membuka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ruang</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untuk</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membaca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karya</w:t>
      </w:r>
      <w:proofErr w:type="spellEnd"/>
      <w:r w:rsidR="00155356" w:rsidRPr="00A13750">
        <w:rPr>
          <w:rFonts w:ascii="Unesa" w:hAnsi="Unesa" w:cs="Times New Roman"/>
          <w:sz w:val="24"/>
          <w:szCs w:val="24"/>
        </w:rPr>
        <w:t xml:space="preserve"> sastra </w:t>
      </w:r>
      <w:proofErr w:type="spellStart"/>
      <w:r w:rsidR="00155356" w:rsidRPr="00A13750">
        <w:rPr>
          <w:rFonts w:ascii="Unesa" w:hAnsi="Unesa" w:cs="Times New Roman"/>
          <w:sz w:val="24"/>
          <w:szCs w:val="24"/>
        </w:rPr>
        <w:t>secara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lebih</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mendalam</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tidak</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hanya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dari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segi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struktur</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cerita</w:t>
      </w:r>
      <w:proofErr w:type="spellEnd"/>
      <w:r w:rsidR="00155356" w:rsidRPr="00A13750">
        <w:rPr>
          <w:rFonts w:ascii="Unesa" w:hAnsi="Unesa" w:cs="Times New Roman"/>
          <w:sz w:val="24"/>
          <w:szCs w:val="24"/>
        </w:rPr>
        <w:t xml:space="preserve"> dan </w:t>
      </w:r>
      <w:proofErr w:type="spellStart"/>
      <w:r w:rsidR="00155356" w:rsidRPr="00A13750">
        <w:rPr>
          <w:rFonts w:ascii="Unesa" w:hAnsi="Unesa" w:cs="Times New Roman"/>
          <w:sz w:val="24"/>
          <w:szCs w:val="24"/>
        </w:rPr>
        <w:t>karakter</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tetapi</w:t>
      </w:r>
      <w:proofErr w:type="spellEnd"/>
      <w:r w:rsidR="00155356" w:rsidRPr="00A13750">
        <w:rPr>
          <w:rFonts w:ascii="Unesa" w:hAnsi="Unesa" w:cs="Times New Roman"/>
          <w:sz w:val="24"/>
          <w:szCs w:val="24"/>
        </w:rPr>
        <w:t xml:space="preserve"> juga </w:t>
      </w:r>
      <w:proofErr w:type="spellStart"/>
      <w:r w:rsidR="00155356" w:rsidRPr="00A13750">
        <w:rPr>
          <w:rFonts w:ascii="Unesa" w:hAnsi="Unesa" w:cs="Times New Roman"/>
          <w:sz w:val="24"/>
          <w:szCs w:val="24"/>
        </w:rPr>
        <w:t>dari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makna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ideologis</w:t>
      </w:r>
      <w:proofErr w:type="spellEnd"/>
      <w:r w:rsidR="00155356" w:rsidRPr="00A13750">
        <w:rPr>
          <w:rFonts w:ascii="Unesa" w:hAnsi="Unesa" w:cs="Times New Roman"/>
          <w:sz w:val="24"/>
          <w:szCs w:val="24"/>
        </w:rPr>
        <w:t xml:space="preserve"> dan </w:t>
      </w:r>
      <w:proofErr w:type="spellStart"/>
      <w:r w:rsidR="00155356" w:rsidRPr="00A13750">
        <w:rPr>
          <w:rFonts w:ascii="Unesa" w:hAnsi="Unesa" w:cs="Times New Roman"/>
          <w:sz w:val="24"/>
          <w:szCs w:val="24"/>
        </w:rPr>
        <w:t>eksistensial</w:t>
      </w:r>
      <w:proofErr w:type="spellEnd"/>
      <w:r w:rsidR="00155356" w:rsidRPr="00A13750">
        <w:rPr>
          <w:rFonts w:ascii="Unesa" w:hAnsi="Unesa" w:cs="Times New Roman"/>
          <w:sz w:val="24"/>
          <w:szCs w:val="24"/>
        </w:rPr>
        <w:t xml:space="preserve"> yang </w:t>
      </w:r>
      <w:proofErr w:type="spellStart"/>
      <w:r w:rsidR="00155356" w:rsidRPr="00A13750">
        <w:rPr>
          <w:rFonts w:ascii="Unesa" w:hAnsi="Unesa" w:cs="Times New Roman"/>
          <w:sz w:val="24"/>
          <w:szCs w:val="24"/>
        </w:rPr>
        <w:t>terkandung</w:t>
      </w:r>
      <w:proofErr w:type="spellEnd"/>
      <w:r w:rsidR="00155356" w:rsidRPr="00A13750">
        <w:rPr>
          <w:rFonts w:ascii="Unesa" w:hAnsi="Unesa" w:cs="Times New Roman"/>
          <w:sz w:val="24"/>
          <w:szCs w:val="24"/>
        </w:rPr>
        <w:t xml:space="preserve"> di </w:t>
      </w:r>
      <w:proofErr w:type="spellStart"/>
      <w:r w:rsidR="00155356" w:rsidRPr="00A13750">
        <w:rPr>
          <w:rFonts w:ascii="Unesa" w:hAnsi="Unesa" w:cs="Times New Roman"/>
          <w:sz w:val="24"/>
          <w:szCs w:val="24"/>
        </w:rPr>
        <w:t>dalamnya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Melalui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pendekatan</w:t>
      </w:r>
      <w:proofErr w:type="spellEnd"/>
      <w:r w:rsidR="00155356" w:rsidRPr="00A13750">
        <w:rPr>
          <w:rFonts w:ascii="Unesa" w:hAnsi="Unesa" w:cs="Times New Roman"/>
          <w:sz w:val="24"/>
          <w:szCs w:val="24"/>
        </w:rPr>
        <w:t xml:space="preserve"> ini, </w:t>
      </w:r>
      <w:proofErr w:type="spellStart"/>
      <w:r w:rsidR="00155356" w:rsidRPr="00A13750">
        <w:rPr>
          <w:rFonts w:ascii="Unesa" w:hAnsi="Unesa" w:cs="Times New Roman"/>
          <w:sz w:val="24"/>
          <w:szCs w:val="24"/>
        </w:rPr>
        <w:t>analisis</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tidak</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hanya</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berhenti</w:t>
      </w:r>
      <w:proofErr w:type="spellEnd"/>
      <w:r w:rsidR="00155356" w:rsidRPr="00A13750">
        <w:rPr>
          <w:rFonts w:ascii="Unesa" w:hAnsi="Unesa" w:cs="Times New Roman"/>
          <w:sz w:val="24"/>
          <w:szCs w:val="24"/>
        </w:rPr>
        <w:t xml:space="preserve"> pada </w:t>
      </w:r>
      <w:proofErr w:type="spellStart"/>
      <w:r w:rsidR="00155356" w:rsidRPr="00A13750">
        <w:rPr>
          <w:rFonts w:ascii="Unesa" w:hAnsi="Unesa" w:cs="Times New Roman"/>
          <w:sz w:val="24"/>
          <w:szCs w:val="24"/>
        </w:rPr>
        <w:t>penggambaran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tokoh</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perempuan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tetapi</w:t>
      </w:r>
      <w:proofErr w:type="spellEnd"/>
      <w:r w:rsidR="00155356" w:rsidRPr="00A13750">
        <w:rPr>
          <w:rFonts w:ascii="Unesa" w:hAnsi="Unesa" w:cs="Times New Roman"/>
          <w:sz w:val="24"/>
          <w:szCs w:val="24"/>
        </w:rPr>
        <w:t xml:space="preserve"> juga </w:t>
      </w:r>
      <w:proofErr w:type="spellStart"/>
      <w:r w:rsidR="00155356" w:rsidRPr="00A13750">
        <w:rPr>
          <w:rFonts w:ascii="Unesa" w:hAnsi="Unesa" w:cs="Times New Roman"/>
          <w:sz w:val="24"/>
          <w:szCs w:val="24"/>
        </w:rPr>
        <w:t>membongkar</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struktur</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nilai</w:t>
      </w:r>
      <w:proofErr w:type="spellEnd"/>
      <w:r w:rsidR="00155356" w:rsidRPr="00A13750">
        <w:rPr>
          <w:rFonts w:ascii="Unesa" w:hAnsi="Unesa" w:cs="Times New Roman"/>
          <w:sz w:val="24"/>
          <w:szCs w:val="24"/>
        </w:rPr>
        <w:t xml:space="preserve"> yang </w:t>
      </w:r>
      <w:proofErr w:type="spellStart"/>
      <w:r w:rsidR="00155356" w:rsidRPr="00A13750">
        <w:rPr>
          <w:rFonts w:ascii="Unesa" w:hAnsi="Unesa" w:cs="Times New Roman"/>
          <w:sz w:val="24"/>
          <w:szCs w:val="24"/>
        </w:rPr>
        <w:t>melandasi</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tindakan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pilihan</w:t>
      </w:r>
      <w:proofErr w:type="spellEnd"/>
      <w:r w:rsidR="00155356" w:rsidRPr="00A13750">
        <w:rPr>
          <w:rFonts w:ascii="Unesa" w:hAnsi="Unesa" w:cs="Times New Roman"/>
          <w:sz w:val="24"/>
          <w:szCs w:val="24"/>
        </w:rPr>
        <w:t xml:space="preserve">, dan </w:t>
      </w:r>
      <w:proofErr w:type="spellStart"/>
      <w:r w:rsidR="00155356" w:rsidRPr="00A13750">
        <w:rPr>
          <w:rFonts w:ascii="Unesa" w:hAnsi="Unesa" w:cs="Times New Roman"/>
          <w:sz w:val="24"/>
          <w:szCs w:val="24"/>
        </w:rPr>
        <w:t>perlawanan</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tokoh</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terhadap</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sistem</w:t>
      </w:r>
      <w:proofErr w:type="spellEnd"/>
      <w:r w:rsidR="00155356" w:rsidRPr="00A13750">
        <w:rPr>
          <w:rFonts w:ascii="Unesa" w:hAnsi="Unesa" w:cs="Times New Roman"/>
          <w:sz w:val="24"/>
          <w:szCs w:val="24"/>
        </w:rPr>
        <w:t xml:space="preserve"> </w:t>
      </w:r>
      <w:proofErr w:type="spellStart"/>
      <w:r w:rsidR="00155356" w:rsidRPr="00A13750">
        <w:rPr>
          <w:rFonts w:ascii="Unesa" w:hAnsi="Unesa" w:cs="Times New Roman"/>
          <w:sz w:val="24"/>
          <w:szCs w:val="24"/>
        </w:rPr>
        <w:t>patriarki</w:t>
      </w:r>
      <w:proofErr w:type="spellEnd"/>
      <w:r w:rsidR="00155356" w:rsidRPr="00A13750">
        <w:rPr>
          <w:rFonts w:ascii="Unesa" w:hAnsi="Unesa" w:cs="Times New Roman"/>
          <w:sz w:val="24"/>
          <w:szCs w:val="24"/>
        </w:rPr>
        <w:t xml:space="preserve"> yang </w:t>
      </w:r>
      <w:proofErr w:type="spellStart"/>
      <w:r w:rsidR="00155356" w:rsidRPr="00A13750">
        <w:rPr>
          <w:rFonts w:ascii="Unesa" w:hAnsi="Unesa" w:cs="Times New Roman"/>
          <w:sz w:val="24"/>
          <w:szCs w:val="24"/>
        </w:rPr>
        <w:t>menindas</w:t>
      </w:r>
      <w:proofErr w:type="spellEnd"/>
      <w:r w:rsidR="00155356" w:rsidRPr="00A13750">
        <w:rPr>
          <w:rFonts w:ascii="Unesa" w:hAnsi="Unesa" w:cs="Times New Roman"/>
          <w:sz w:val="24"/>
          <w:szCs w:val="24"/>
        </w:rPr>
        <w:t>.</w:t>
      </w:r>
    </w:p>
    <w:p w14:paraId="43AF0FA3" w14:textId="07708807" w:rsidR="00217D22" w:rsidRPr="00A13750" w:rsidRDefault="00217D22" w:rsidP="00A13750">
      <w:pPr>
        <w:pStyle w:val="ListParagraph"/>
        <w:spacing w:line="240" w:lineRule="auto"/>
        <w:ind w:left="0" w:firstLine="360"/>
        <w:jc w:val="both"/>
        <w:rPr>
          <w:rFonts w:ascii="Unesa" w:hAnsi="Unesa" w:cs="Times New Roman"/>
          <w:sz w:val="24"/>
          <w:szCs w:val="24"/>
        </w:rPr>
      </w:pPr>
    </w:p>
    <w:p w14:paraId="20BF5897" w14:textId="2994D008" w:rsidR="004F73AE" w:rsidRPr="00A13750" w:rsidRDefault="00217D22" w:rsidP="00A13750">
      <w:pPr>
        <w:spacing w:line="240" w:lineRule="auto"/>
        <w:ind w:firstLine="720"/>
        <w:jc w:val="both"/>
        <w:rPr>
          <w:rFonts w:ascii="Unesa" w:hAnsi="Unesa" w:cs="Times New Roman"/>
          <w:sz w:val="24"/>
          <w:szCs w:val="24"/>
        </w:rPr>
      </w:pPr>
      <w:proofErr w:type="spellStart"/>
      <w:r w:rsidRPr="00A13750">
        <w:rPr>
          <w:rFonts w:ascii="Unesa" w:hAnsi="Unesa" w:cs="Times New Roman"/>
          <w:sz w:val="24"/>
          <w:szCs w:val="24"/>
        </w:rPr>
        <w:t>Berdasarkan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latar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belakang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tersebut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mengkaji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Sulaiman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menggunakan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perspektif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eksistensialis</w:t>
      </w:r>
      <w:proofErr w:type="spellEnd"/>
      <w:r w:rsidRPr="00A13750">
        <w:rPr>
          <w:rFonts w:ascii="Unesa" w:hAnsi="Unesa" w:cs="Times New Roman"/>
          <w:sz w:val="24"/>
          <w:szCs w:val="24"/>
        </w:rPr>
        <w:t xml:space="preserve"> Simone de Beauvoir. Tujuan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ini adalah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1. </w:t>
      </w:r>
      <w:proofErr w:type="spellStart"/>
      <w:r w:rsidRPr="00A13750">
        <w:rPr>
          <w:rFonts w:ascii="Unesa" w:hAnsi="Unesa" w:cs="Times New Roman"/>
          <w:sz w:val="24"/>
          <w:szCs w:val="24"/>
        </w:rPr>
        <w:t>Mendeskripsikan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bekerja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Sulaiman. 2. </w:t>
      </w:r>
      <w:proofErr w:type="spellStart"/>
      <w:r w:rsidRPr="00A13750">
        <w:rPr>
          <w:rFonts w:ascii="Unesa" w:hAnsi="Unesa" w:cs="Times New Roman"/>
          <w:sz w:val="24"/>
          <w:szCs w:val="24"/>
        </w:rPr>
        <w:t>Mendeskripsikan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penolakan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r w:rsidRPr="00A13750">
        <w:rPr>
          <w:rFonts w:ascii="Unesa" w:hAnsi="Unesa" w:cs="Times New Roman"/>
          <w:i/>
          <w:iCs/>
          <w:sz w:val="24"/>
          <w:szCs w:val="24"/>
        </w:rPr>
        <w:t>Liyan</w:t>
      </w:r>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Sulaiman. 3. </w:t>
      </w:r>
      <w:proofErr w:type="spellStart"/>
      <w:r w:rsidRPr="00A13750">
        <w:rPr>
          <w:rFonts w:ascii="Unesa" w:hAnsi="Unesa" w:cs="Times New Roman"/>
          <w:sz w:val="24"/>
          <w:szCs w:val="24"/>
        </w:rPr>
        <w:t>Mendeskripsikan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seorang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intelektual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Sulaiman. 4. </w:t>
      </w:r>
      <w:proofErr w:type="spellStart"/>
      <w:r w:rsidRPr="00A13750">
        <w:rPr>
          <w:rFonts w:ascii="Unesa" w:hAnsi="Unesa" w:cs="Times New Roman"/>
          <w:sz w:val="24"/>
          <w:szCs w:val="24"/>
        </w:rPr>
        <w:t>Mendeskripsikan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melakukan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w:t>
      </w:r>
      <w:proofErr w:type="spellStart"/>
      <w:r w:rsidRPr="00A13750">
        <w:rPr>
          <w:rFonts w:ascii="Unesa" w:hAnsi="Unesa" w:cs="Times New Roman"/>
          <w:sz w:val="24"/>
          <w:szCs w:val="24"/>
        </w:rPr>
        <w:t>Sulaiman.Melalui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diharapkan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memberikan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kontribusi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kajian</w:t>
      </w:r>
      <w:proofErr w:type="spellEnd"/>
      <w:r w:rsidRPr="00A13750">
        <w:rPr>
          <w:rFonts w:ascii="Unesa" w:hAnsi="Unesa" w:cs="Times New Roman"/>
          <w:sz w:val="24"/>
          <w:szCs w:val="24"/>
        </w:rPr>
        <w:t xml:space="preserve"> sastra Indonesia, </w:t>
      </w:r>
      <w:proofErr w:type="spellStart"/>
      <w:r w:rsidRPr="00A13750">
        <w:rPr>
          <w:rFonts w:ascii="Unesa" w:hAnsi="Unesa" w:cs="Times New Roman"/>
          <w:sz w:val="24"/>
          <w:szCs w:val="24"/>
        </w:rPr>
        <w:t>khususnya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berkaitan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isu-isu</w:t>
      </w:r>
      <w:proofErr w:type="spellEnd"/>
      <w:r w:rsidRPr="00A13750">
        <w:rPr>
          <w:rFonts w:ascii="Unesa" w:hAnsi="Unesa" w:cs="Times New Roman"/>
          <w:sz w:val="24"/>
          <w:szCs w:val="24"/>
        </w:rPr>
        <w:t xml:space="preserve"> gender dan </w:t>
      </w:r>
      <w:proofErr w:type="spellStart"/>
      <w:r w:rsidRPr="00A13750">
        <w:rPr>
          <w:rFonts w:ascii="Unesa" w:hAnsi="Unesa" w:cs="Times New Roman"/>
          <w:sz w:val="24"/>
          <w:szCs w:val="24"/>
        </w:rPr>
        <w:t>representasi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sastra. Selain </w:t>
      </w:r>
      <w:proofErr w:type="spellStart"/>
      <w:r w:rsidRPr="00A13750">
        <w:rPr>
          <w:rFonts w:ascii="Unesa" w:hAnsi="Unesa" w:cs="Times New Roman"/>
          <w:sz w:val="24"/>
          <w:szCs w:val="24"/>
        </w:rPr>
        <w:t>itu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kajian</w:t>
      </w:r>
      <w:proofErr w:type="spellEnd"/>
      <w:r w:rsidRPr="00A13750">
        <w:rPr>
          <w:rFonts w:ascii="Unesa" w:hAnsi="Unesa" w:cs="Times New Roman"/>
          <w:sz w:val="24"/>
          <w:szCs w:val="24"/>
        </w:rPr>
        <w:t xml:space="preserve"> ini juga </w:t>
      </w:r>
      <w:proofErr w:type="spellStart"/>
      <w:r w:rsidRPr="00A13750">
        <w:rPr>
          <w:rFonts w:ascii="Unesa" w:hAnsi="Unesa" w:cs="Times New Roman"/>
          <w:sz w:val="24"/>
          <w:szCs w:val="24"/>
        </w:rPr>
        <w:t>diharapkan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meningkatkan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pentingnya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membaca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sastra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hiburan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estetika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tetapi</w:t>
      </w:r>
      <w:proofErr w:type="spellEnd"/>
      <w:r w:rsidRPr="00A13750">
        <w:rPr>
          <w:rFonts w:ascii="Unesa" w:hAnsi="Unesa" w:cs="Times New Roman"/>
          <w:sz w:val="24"/>
          <w:szCs w:val="24"/>
        </w:rPr>
        <w:t xml:space="preserve"> juga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alat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kritik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dan media </w:t>
      </w:r>
      <w:proofErr w:type="spellStart"/>
      <w:r w:rsidRPr="00A13750">
        <w:rPr>
          <w:rFonts w:ascii="Unesa" w:hAnsi="Unesa" w:cs="Times New Roman"/>
          <w:sz w:val="24"/>
          <w:szCs w:val="24"/>
        </w:rPr>
        <w:t>refleksi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ketimpangan</w:t>
      </w:r>
      <w:proofErr w:type="spellEnd"/>
      <w:r w:rsidRPr="00A13750">
        <w:rPr>
          <w:rFonts w:ascii="Unesa" w:hAnsi="Unesa" w:cs="Times New Roman"/>
          <w:sz w:val="24"/>
          <w:szCs w:val="24"/>
        </w:rPr>
        <w:t xml:space="preserve"> gender yang </w:t>
      </w:r>
      <w:proofErr w:type="spellStart"/>
      <w:r w:rsidRPr="00A13750">
        <w:rPr>
          <w:rFonts w:ascii="Unesa" w:hAnsi="Unesa" w:cs="Times New Roman"/>
          <w:sz w:val="24"/>
          <w:szCs w:val="24"/>
        </w:rPr>
        <w:t>masih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kehidupan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nyata</w:t>
      </w:r>
      <w:proofErr w:type="spellEnd"/>
      <w:r w:rsidRPr="00A13750">
        <w:rPr>
          <w:rFonts w:ascii="Unesa" w:hAnsi="Unesa" w:cs="Times New Roman"/>
          <w:sz w:val="24"/>
          <w:szCs w:val="24"/>
        </w:rPr>
        <w:t>.</w:t>
      </w:r>
    </w:p>
    <w:p w14:paraId="67B6497B" w14:textId="77777777" w:rsidR="004F73AE" w:rsidRPr="00A13750" w:rsidRDefault="009431DA" w:rsidP="00A13750">
      <w:pPr>
        <w:spacing w:line="240" w:lineRule="auto"/>
        <w:rPr>
          <w:rFonts w:ascii="Unesa" w:hAnsi="Unesa"/>
          <w:sz w:val="24"/>
          <w:szCs w:val="24"/>
        </w:rPr>
      </w:pPr>
      <w:r w:rsidRPr="00A13750">
        <w:rPr>
          <w:rFonts w:ascii="Unesa" w:hAnsi="Unesa"/>
          <w:b/>
          <w:sz w:val="24"/>
          <w:szCs w:val="24"/>
        </w:rPr>
        <w:t>METODE PENELITIAN</w:t>
      </w:r>
    </w:p>
    <w:p w14:paraId="371FEC52" w14:textId="262A05D7" w:rsidR="00155356" w:rsidRDefault="00155356" w:rsidP="00A13750">
      <w:pPr>
        <w:pStyle w:val="ListParagraph"/>
        <w:spacing w:line="240" w:lineRule="auto"/>
        <w:ind w:left="0"/>
        <w:jc w:val="both"/>
        <w:rPr>
          <w:rFonts w:ascii="Unesa" w:hAnsi="Unesa" w:cs="Times New Roman"/>
          <w:sz w:val="24"/>
          <w:szCs w:val="24"/>
        </w:rPr>
      </w:pPr>
      <w:r w:rsidRPr="00A13750">
        <w:rPr>
          <w:rFonts w:ascii="Unesa" w:hAnsi="Unesa"/>
          <w:sz w:val="24"/>
          <w:szCs w:val="24"/>
        </w:rPr>
        <w:t xml:space="preserve">    </w:t>
      </w:r>
      <w:r w:rsidR="00231EB1" w:rsidRPr="00A13750">
        <w:rPr>
          <w:rFonts w:ascii="Unesa" w:hAnsi="Unesa"/>
          <w:sz w:val="24"/>
          <w:szCs w:val="24"/>
        </w:rPr>
        <w:t xml:space="preserve">Metode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menggunakan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deskriptif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kualitatif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pendekatan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Menurut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Sugiyono</w:t>
      </w:r>
      <w:proofErr w:type="spellEnd"/>
      <w:r w:rsidRPr="00A13750">
        <w:rPr>
          <w:rFonts w:ascii="Unesa" w:hAnsi="Unesa" w:cs="Times New Roman"/>
          <w:sz w:val="24"/>
          <w:szCs w:val="24"/>
        </w:rPr>
        <w:t xml:space="preserve"> (2018, </w:t>
      </w:r>
      <w:proofErr w:type="spellStart"/>
      <w:r w:rsidRPr="00A13750">
        <w:rPr>
          <w:rFonts w:ascii="Unesa" w:hAnsi="Unesa" w:cs="Times New Roman"/>
          <w:sz w:val="24"/>
          <w:szCs w:val="24"/>
        </w:rPr>
        <w:t>hlm</w:t>
      </w:r>
      <w:proofErr w:type="spellEnd"/>
      <w:r w:rsidRPr="00A13750">
        <w:rPr>
          <w:rFonts w:ascii="Unesa" w:hAnsi="Unesa" w:cs="Times New Roman"/>
          <w:sz w:val="24"/>
          <w:szCs w:val="24"/>
        </w:rPr>
        <w:t xml:space="preserve">. 7)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kualitatif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lebih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bersifat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deskriptif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karena</w:t>
      </w:r>
      <w:proofErr w:type="spellEnd"/>
      <w:r w:rsidRPr="00A13750">
        <w:rPr>
          <w:rFonts w:ascii="Unesa" w:hAnsi="Unesa" w:cs="Times New Roman"/>
          <w:sz w:val="24"/>
          <w:szCs w:val="24"/>
        </w:rPr>
        <w:t xml:space="preserve"> data yang </w:t>
      </w:r>
      <w:proofErr w:type="spellStart"/>
      <w:r w:rsidRPr="00A13750">
        <w:rPr>
          <w:rFonts w:ascii="Unesa" w:hAnsi="Unesa" w:cs="Times New Roman"/>
          <w:sz w:val="24"/>
          <w:szCs w:val="24"/>
        </w:rPr>
        <w:t>terkumpul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berbentuk</w:t>
      </w:r>
      <w:proofErr w:type="spellEnd"/>
      <w:r w:rsidRPr="00A13750">
        <w:rPr>
          <w:rFonts w:ascii="Unesa" w:hAnsi="Unesa" w:cs="Times New Roman"/>
          <w:sz w:val="24"/>
          <w:szCs w:val="24"/>
        </w:rPr>
        <w:t xml:space="preserve"> kata-kata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gambar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sehingga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menekankan</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angka</w:t>
      </w:r>
      <w:proofErr w:type="spellEnd"/>
      <w:r w:rsidRPr="00A13750">
        <w:rPr>
          <w:rFonts w:ascii="Unesa" w:hAnsi="Unesa" w:cs="Times New Roman"/>
          <w:sz w:val="24"/>
          <w:szCs w:val="24"/>
        </w:rPr>
        <w:t xml:space="preserve"> dan data yang </w:t>
      </w:r>
      <w:proofErr w:type="spellStart"/>
      <w:r w:rsidRPr="00A13750">
        <w:rPr>
          <w:rFonts w:ascii="Unesa" w:hAnsi="Unesa" w:cs="Times New Roman"/>
          <w:sz w:val="24"/>
          <w:szCs w:val="24"/>
        </w:rPr>
        <w:t>terkumpul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setelah</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analisis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selanjutnya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dideskripsikan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sehingga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mudah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dipahami</w:t>
      </w:r>
      <w:proofErr w:type="spellEnd"/>
      <w:r w:rsidRPr="00A13750">
        <w:rPr>
          <w:rFonts w:ascii="Unesa" w:hAnsi="Unesa" w:cs="Times New Roman"/>
          <w:sz w:val="24"/>
          <w:szCs w:val="24"/>
        </w:rPr>
        <w:t xml:space="preserve"> oleh orang lain. </w:t>
      </w:r>
      <w:proofErr w:type="spellStart"/>
      <w:r w:rsidRPr="00A13750">
        <w:rPr>
          <w:rFonts w:ascii="Unesa" w:hAnsi="Unesa" w:cs="Times New Roman"/>
          <w:sz w:val="24"/>
          <w:szCs w:val="24"/>
        </w:rPr>
        <w:t>Berdasarkan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uraian</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atas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dijelaskan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deskriptif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kualitatif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meneliti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suatu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rangkaian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kegiatan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memperoleh</w:t>
      </w:r>
      <w:proofErr w:type="spellEnd"/>
      <w:r w:rsidRPr="00A13750">
        <w:rPr>
          <w:rFonts w:ascii="Unesa" w:hAnsi="Unesa" w:cs="Times New Roman"/>
          <w:sz w:val="24"/>
          <w:szCs w:val="24"/>
        </w:rPr>
        <w:t xml:space="preserve"> data yang </w:t>
      </w:r>
      <w:proofErr w:type="spellStart"/>
      <w:r w:rsidRPr="00A13750">
        <w:rPr>
          <w:rFonts w:ascii="Unesa" w:hAnsi="Unesa" w:cs="Times New Roman"/>
          <w:sz w:val="24"/>
          <w:szCs w:val="24"/>
        </w:rPr>
        <w:t>bersifat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menggambarkan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keadaan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kejadian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adanya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hasilnya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lebih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menekankan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makna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diuraikan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kata-kata </w:t>
      </w:r>
      <w:proofErr w:type="spellStart"/>
      <w:r w:rsidRPr="00A13750">
        <w:rPr>
          <w:rFonts w:ascii="Unesa" w:hAnsi="Unesa" w:cs="Times New Roman"/>
          <w:sz w:val="24"/>
          <w:szCs w:val="24"/>
        </w:rPr>
        <w:t>bukan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angka</w:t>
      </w:r>
      <w:proofErr w:type="spellEnd"/>
      <w:r w:rsidRPr="00A13750">
        <w:rPr>
          <w:rFonts w:ascii="Unesa" w:hAnsi="Unesa" w:cs="Times New Roman"/>
          <w:sz w:val="24"/>
          <w:szCs w:val="24"/>
        </w:rPr>
        <w:t>.</w:t>
      </w:r>
    </w:p>
    <w:p w14:paraId="6CC02A3B" w14:textId="77777777" w:rsidR="008C6324" w:rsidRDefault="008C6324" w:rsidP="00A13750">
      <w:pPr>
        <w:pStyle w:val="ListParagraph"/>
        <w:spacing w:line="240" w:lineRule="auto"/>
        <w:ind w:left="0"/>
        <w:jc w:val="both"/>
        <w:rPr>
          <w:rFonts w:ascii="Unesa" w:hAnsi="Unesa" w:cs="Times New Roman"/>
          <w:sz w:val="24"/>
          <w:szCs w:val="24"/>
        </w:rPr>
      </w:pPr>
    </w:p>
    <w:p w14:paraId="3EB2AAFD" w14:textId="54704929" w:rsidR="008C6324" w:rsidRPr="008C6324" w:rsidRDefault="008C6324" w:rsidP="00A13750">
      <w:pPr>
        <w:pStyle w:val="ListParagraph"/>
        <w:spacing w:line="240" w:lineRule="auto"/>
        <w:ind w:left="0"/>
        <w:jc w:val="both"/>
        <w:rPr>
          <w:rFonts w:ascii="Unesa" w:hAnsi="Unesa" w:cs="Times New Roman"/>
          <w:b/>
          <w:bCs/>
          <w:sz w:val="24"/>
          <w:szCs w:val="24"/>
        </w:rPr>
      </w:pPr>
      <w:proofErr w:type="spellStart"/>
      <w:r w:rsidRPr="008C6324">
        <w:rPr>
          <w:rFonts w:ascii="Unesa" w:hAnsi="Unesa" w:cs="Times New Roman"/>
          <w:b/>
          <w:bCs/>
          <w:sz w:val="24"/>
          <w:szCs w:val="24"/>
        </w:rPr>
        <w:t>Sumber</w:t>
      </w:r>
      <w:proofErr w:type="spellEnd"/>
      <w:r w:rsidRPr="008C6324">
        <w:rPr>
          <w:rFonts w:ascii="Unesa" w:hAnsi="Unesa" w:cs="Times New Roman"/>
          <w:b/>
          <w:bCs/>
          <w:sz w:val="24"/>
          <w:szCs w:val="24"/>
        </w:rPr>
        <w:t xml:space="preserve"> Data </w:t>
      </w:r>
    </w:p>
    <w:p w14:paraId="72AF9439" w14:textId="54D64D56" w:rsidR="00281D16" w:rsidRDefault="00155356" w:rsidP="00A13750">
      <w:pPr>
        <w:pStyle w:val="ListParagraph"/>
        <w:spacing w:line="240" w:lineRule="auto"/>
        <w:ind w:left="0"/>
        <w:jc w:val="both"/>
        <w:rPr>
          <w:rFonts w:ascii="Unesa" w:hAnsi="Unesa" w:cs="Times New Roman"/>
          <w:sz w:val="24"/>
          <w:szCs w:val="24"/>
        </w:rPr>
      </w:pPr>
      <w:r w:rsidRPr="00A13750">
        <w:rPr>
          <w:rFonts w:ascii="Unesa" w:hAnsi="Unesa" w:cs="Times New Roman"/>
          <w:sz w:val="24"/>
          <w:szCs w:val="24"/>
        </w:rPr>
        <w:t xml:space="preserve">     </w:t>
      </w:r>
      <w:proofErr w:type="spellStart"/>
      <w:r w:rsidRPr="00A13750">
        <w:rPr>
          <w:rFonts w:ascii="Unesa" w:hAnsi="Unesa" w:cs="Times New Roman"/>
          <w:sz w:val="24"/>
          <w:szCs w:val="24"/>
        </w:rPr>
        <w:t>Sumber</w:t>
      </w:r>
      <w:proofErr w:type="spellEnd"/>
      <w:r w:rsidRPr="00A13750">
        <w:rPr>
          <w:rFonts w:ascii="Unesa" w:hAnsi="Unesa" w:cs="Times New Roman"/>
          <w:sz w:val="24"/>
          <w:szCs w:val="24"/>
        </w:rPr>
        <w:t xml:space="preserve"> data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ini adalah novel </w:t>
      </w:r>
      <w:proofErr w:type="spellStart"/>
      <w:r w:rsidRPr="00A13750">
        <w:rPr>
          <w:rFonts w:ascii="Unesa" w:hAnsi="Unesa" w:cs="Times New Roman"/>
          <w:sz w:val="24"/>
          <w:szCs w:val="24"/>
        </w:rPr>
        <w:t>berjudul</w:t>
      </w:r>
      <w:proofErr w:type="spellEnd"/>
      <w:r w:rsidRPr="00A13750">
        <w:rPr>
          <w:rFonts w:ascii="Unesa" w:hAnsi="Unesa" w:cs="Times New Roman"/>
          <w:sz w:val="24"/>
          <w:szCs w:val="24"/>
        </w:rPr>
        <w:t xml:space="preserve">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Sulaiman. Novel ini </w:t>
      </w:r>
      <w:proofErr w:type="spellStart"/>
      <w:r w:rsidRPr="00A13750">
        <w:rPr>
          <w:rFonts w:ascii="Unesa" w:hAnsi="Unesa" w:cs="Times New Roman"/>
          <w:sz w:val="24"/>
          <w:szCs w:val="24"/>
        </w:rPr>
        <w:t>diterbitkan</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Bukune</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tahun</w:t>
      </w:r>
      <w:proofErr w:type="spellEnd"/>
      <w:r w:rsidRPr="00A13750">
        <w:rPr>
          <w:rFonts w:ascii="Unesa" w:hAnsi="Unesa" w:cs="Times New Roman"/>
          <w:sz w:val="24"/>
          <w:szCs w:val="24"/>
        </w:rPr>
        <w:t xml:space="preserve"> 2023 (</w:t>
      </w:r>
      <w:proofErr w:type="spellStart"/>
      <w:r w:rsidRPr="00A13750">
        <w:rPr>
          <w:rFonts w:ascii="Unesa" w:hAnsi="Unesa" w:cs="Times New Roman"/>
          <w:sz w:val="24"/>
          <w:szCs w:val="24"/>
        </w:rPr>
        <w:t>cetakan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pertama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ISBN 978-602-220-485-5. Data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Data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penelitian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berupa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kutipan-kutipan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teks</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terdapat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Fajar Sulaiman. Data yang </w:t>
      </w:r>
      <w:proofErr w:type="spellStart"/>
      <w:r w:rsidRPr="00A13750">
        <w:rPr>
          <w:rFonts w:ascii="Unesa" w:hAnsi="Unesa" w:cs="Times New Roman"/>
          <w:sz w:val="24"/>
          <w:szCs w:val="24"/>
        </w:rPr>
        <w:t>dianalisis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meliputi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Kutipan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narasi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menggambarkan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pengalaman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ketertindasan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akibat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relasi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patriarkal</w:t>
      </w:r>
      <w:proofErr w:type="spellEnd"/>
      <w:r w:rsidRPr="00A13750">
        <w:rPr>
          <w:rFonts w:ascii="Unesa" w:hAnsi="Unesa" w:cs="Times New Roman"/>
          <w:sz w:val="24"/>
          <w:szCs w:val="24"/>
        </w:rPr>
        <w:t xml:space="preserve">. Dialog </w:t>
      </w:r>
      <w:proofErr w:type="spellStart"/>
      <w:r w:rsidRPr="00A13750">
        <w:rPr>
          <w:rFonts w:ascii="Unesa" w:hAnsi="Unesa" w:cs="Times New Roman"/>
          <w:sz w:val="24"/>
          <w:szCs w:val="24"/>
        </w:rPr>
        <w:t>antartokoh</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praktik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seperti </w:t>
      </w:r>
      <w:proofErr w:type="spellStart"/>
      <w:r w:rsidRPr="00A13750">
        <w:rPr>
          <w:rFonts w:ascii="Unesa" w:hAnsi="Unesa" w:cs="Times New Roman"/>
          <w:sz w:val="24"/>
          <w:szCs w:val="24"/>
        </w:rPr>
        <w:t>manipulasi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emosional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dominasi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objektifikasi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proofErr w:type="gramStart"/>
      <w:r w:rsidRPr="00A13750">
        <w:rPr>
          <w:rFonts w:ascii="Unesa" w:hAnsi="Unesa" w:cs="Times New Roman"/>
          <w:sz w:val="24"/>
          <w:szCs w:val="24"/>
        </w:rPr>
        <w:t>perempuan.penggambaran</w:t>
      </w:r>
      <w:proofErr w:type="spellEnd"/>
      <w:proofErr w:type="gramEnd"/>
      <w:r w:rsidRPr="00A13750">
        <w:rPr>
          <w:rFonts w:ascii="Unesa" w:hAnsi="Unesa" w:cs="Times New Roman"/>
          <w:sz w:val="24"/>
          <w:szCs w:val="24"/>
        </w:rPr>
        <w:t xml:space="preserve"> </w:t>
      </w:r>
      <w:proofErr w:type="spellStart"/>
      <w:r w:rsidRPr="00A13750">
        <w:rPr>
          <w:rFonts w:ascii="Unesa" w:hAnsi="Unesa" w:cs="Times New Roman"/>
          <w:sz w:val="24"/>
          <w:szCs w:val="24"/>
        </w:rPr>
        <w:t>sikap</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merepresentasikan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penolakan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keberanian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mengambil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keputusan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maupun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usaha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membebaskan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relasi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menindas</w:t>
      </w:r>
      <w:proofErr w:type="spellEnd"/>
      <w:r w:rsidRPr="00A13750">
        <w:rPr>
          <w:rFonts w:ascii="Unesa" w:hAnsi="Unesa" w:cs="Times New Roman"/>
          <w:sz w:val="24"/>
          <w:szCs w:val="24"/>
        </w:rPr>
        <w:t xml:space="preserve"> </w:t>
      </w:r>
    </w:p>
    <w:p w14:paraId="0B7096DB" w14:textId="77777777" w:rsidR="00281D16" w:rsidRDefault="00281D16" w:rsidP="00A13750">
      <w:pPr>
        <w:pStyle w:val="ListParagraph"/>
        <w:spacing w:line="240" w:lineRule="auto"/>
        <w:ind w:left="0"/>
        <w:jc w:val="both"/>
        <w:rPr>
          <w:rFonts w:ascii="Unesa" w:hAnsi="Unesa" w:cs="Times New Roman"/>
          <w:sz w:val="24"/>
          <w:szCs w:val="24"/>
        </w:rPr>
      </w:pPr>
    </w:p>
    <w:p w14:paraId="3803CF92" w14:textId="57E87D0D" w:rsidR="00281D16" w:rsidRPr="00281D16" w:rsidRDefault="00281D16" w:rsidP="00A13750">
      <w:pPr>
        <w:pStyle w:val="ListParagraph"/>
        <w:spacing w:line="240" w:lineRule="auto"/>
        <w:ind w:left="0"/>
        <w:jc w:val="both"/>
        <w:rPr>
          <w:rFonts w:ascii="Unesa" w:hAnsi="Unesa" w:cs="Times New Roman"/>
          <w:b/>
          <w:bCs/>
          <w:sz w:val="24"/>
          <w:szCs w:val="24"/>
        </w:rPr>
      </w:pPr>
      <w:r w:rsidRPr="00281D16">
        <w:rPr>
          <w:rFonts w:ascii="Unesa" w:hAnsi="Unesa" w:cs="Times New Roman"/>
          <w:b/>
          <w:bCs/>
          <w:sz w:val="24"/>
          <w:szCs w:val="24"/>
        </w:rPr>
        <w:lastRenderedPageBreak/>
        <w:t xml:space="preserve">Teknik </w:t>
      </w:r>
      <w:proofErr w:type="spellStart"/>
      <w:r w:rsidRPr="00281D16">
        <w:rPr>
          <w:rFonts w:ascii="Unesa" w:hAnsi="Unesa" w:cs="Times New Roman"/>
          <w:b/>
          <w:bCs/>
          <w:sz w:val="24"/>
          <w:szCs w:val="24"/>
        </w:rPr>
        <w:t>Pengumpulan</w:t>
      </w:r>
      <w:proofErr w:type="spellEnd"/>
      <w:r w:rsidRPr="00281D16">
        <w:rPr>
          <w:rFonts w:ascii="Unesa" w:hAnsi="Unesa" w:cs="Times New Roman"/>
          <w:b/>
          <w:bCs/>
          <w:sz w:val="24"/>
          <w:szCs w:val="24"/>
        </w:rPr>
        <w:t xml:space="preserve"> Data </w:t>
      </w:r>
    </w:p>
    <w:p w14:paraId="184884C5" w14:textId="7163B8B2" w:rsidR="004F73AE" w:rsidRDefault="00281D16" w:rsidP="004223A6">
      <w:pPr>
        <w:pStyle w:val="ListParagraph"/>
        <w:spacing w:line="240" w:lineRule="auto"/>
        <w:ind w:left="0"/>
        <w:jc w:val="both"/>
        <w:rPr>
          <w:rFonts w:ascii="Unesa" w:hAnsi="Unesa" w:cs="Times New Roman"/>
          <w:sz w:val="24"/>
          <w:szCs w:val="24"/>
        </w:rPr>
      </w:pPr>
      <w:r>
        <w:rPr>
          <w:rFonts w:ascii="Unesa" w:hAnsi="Unesa" w:cs="Times New Roman"/>
          <w:sz w:val="24"/>
          <w:szCs w:val="24"/>
        </w:rPr>
        <w:t xml:space="preserve">       </w:t>
      </w:r>
      <w:proofErr w:type="spellStart"/>
      <w:r>
        <w:rPr>
          <w:rFonts w:ascii="Unesa" w:hAnsi="Unesa" w:cs="Times New Roman"/>
          <w:sz w:val="24"/>
          <w:szCs w:val="24"/>
        </w:rPr>
        <w:t>Penelitian</w:t>
      </w:r>
      <w:proofErr w:type="spellEnd"/>
      <w:r>
        <w:rPr>
          <w:rFonts w:ascii="Unesa" w:hAnsi="Unesa" w:cs="Times New Roman"/>
          <w:sz w:val="24"/>
          <w:szCs w:val="24"/>
        </w:rPr>
        <w:t xml:space="preserve"> ini</w:t>
      </w:r>
      <w:r w:rsidRPr="00281D16">
        <w:rPr>
          <w:rFonts w:ascii="Unesa" w:hAnsi="Unesa" w:cs="Times New Roman"/>
          <w:sz w:val="24"/>
          <w:szCs w:val="24"/>
        </w:rPr>
        <w:t xml:space="preserve"> </w:t>
      </w:r>
      <w:proofErr w:type="spellStart"/>
      <w:r w:rsidRPr="00281D16">
        <w:rPr>
          <w:rFonts w:ascii="Unesa" w:hAnsi="Unesa" w:cs="Times New Roman"/>
          <w:sz w:val="24"/>
          <w:szCs w:val="24"/>
        </w:rPr>
        <w:t>menggunakan</w:t>
      </w:r>
      <w:proofErr w:type="spellEnd"/>
      <w:r w:rsidRPr="00281D16">
        <w:rPr>
          <w:rFonts w:ascii="Unesa" w:hAnsi="Unesa" w:cs="Times New Roman"/>
          <w:sz w:val="24"/>
          <w:szCs w:val="24"/>
        </w:rPr>
        <w:t xml:space="preserve"> metode </w:t>
      </w:r>
      <w:proofErr w:type="spellStart"/>
      <w:r w:rsidRPr="00281D16">
        <w:rPr>
          <w:rFonts w:ascii="Unesa" w:hAnsi="Unesa" w:cs="Times New Roman"/>
          <w:sz w:val="24"/>
          <w:szCs w:val="24"/>
        </w:rPr>
        <w:t>pengumpulan</w:t>
      </w:r>
      <w:proofErr w:type="spellEnd"/>
      <w:r w:rsidRPr="00281D16">
        <w:rPr>
          <w:rFonts w:ascii="Unesa" w:hAnsi="Unesa" w:cs="Times New Roman"/>
          <w:sz w:val="24"/>
          <w:szCs w:val="24"/>
        </w:rPr>
        <w:t xml:space="preserve"> data </w:t>
      </w:r>
      <w:proofErr w:type="spellStart"/>
      <w:r w:rsidRPr="00281D16">
        <w:rPr>
          <w:rFonts w:ascii="Unesa" w:hAnsi="Unesa" w:cs="Times New Roman"/>
          <w:sz w:val="24"/>
          <w:szCs w:val="24"/>
        </w:rPr>
        <w:t>melalui</w:t>
      </w:r>
      <w:proofErr w:type="spellEnd"/>
      <w:r w:rsidRPr="00281D16">
        <w:rPr>
          <w:rFonts w:ascii="Unesa" w:hAnsi="Unesa" w:cs="Times New Roman"/>
          <w:sz w:val="24"/>
          <w:szCs w:val="24"/>
        </w:rPr>
        <w:t xml:space="preserve"> metode </w:t>
      </w:r>
      <w:proofErr w:type="spellStart"/>
      <w:r w:rsidRPr="00281D16">
        <w:rPr>
          <w:rFonts w:ascii="Unesa" w:hAnsi="Unesa" w:cs="Times New Roman"/>
          <w:sz w:val="24"/>
          <w:szCs w:val="24"/>
        </w:rPr>
        <w:t>studi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pustaka</w:t>
      </w:r>
      <w:proofErr w:type="spellEnd"/>
      <w:r w:rsidRPr="00281D16">
        <w:rPr>
          <w:rFonts w:ascii="Unesa" w:hAnsi="Unesa" w:cs="Times New Roman"/>
          <w:sz w:val="24"/>
          <w:szCs w:val="24"/>
        </w:rPr>
        <w:t xml:space="preserve">. Metode </w:t>
      </w:r>
      <w:proofErr w:type="spellStart"/>
      <w:r w:rsidRPr="00281D16">
        <w:rPr>
          <w:rFonts w:ascii="Unesa" w:hAnsi="Unesa" w:cs="Times New Roman"/>
          <w:sz w:val="24"/>
          <w:szCs w:val="24"/>
        </w:rPr>
        <w:t>pengumpulan</w:t>
      </w:r>
      <w:proofErr w:type="spellEnd"/>
      <w:r w:rsidRPr="00281D16">
        <w:rPr>
          <w:rFonts w:ascii="Unesa" w:hAnsi="Unesa" w:cs="Times New Roman"/>
          <w:sz w:val="24"/>
          <w:szCs w:val="24"/>
        </w:rPr>
        <w:t xml:space="preserve"> data yang </w:t>
      </w:r>
      <w:proofErr w:type="spellStart"/>
      <w:r w:rsidRPr="00281D16">
        <w:rPr>
          <w:rFonts w:ascii="Unesa" w:hAnsi="Unesa" w:cs="Times New Roman"/>
          <w:sz w:val="24"/>
          <w:szCs w:val="24"/>
        </w:rPr>
        <w:t>dipakai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untuk</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mendapatkan</w:t>
      </w:r>
      <w:proofErr w:type="spellEnd"/>
      <w:r w:rsidRPr="00281D16">
        <w:rPr>
          <w:rFonts w:ascii="Unesa" w:hAnsi="Unesa" w:cs="Times New Roman"/>
          <w:sz w:val="24"/>
          <w:szCs w:val="24"/>
        </w:rPr>
        <w:t xml:space="preserve"> data pada Novel </w:t>
      </w:r>
      <w:proofErr w:type="spellStart"/>
      <w:r w:rsidRPr="00281D16">
        <w:rPr>
          <w:rFonts w:ascii="Unesa" w:hAnsi="Unesa" w:cs="Times New Roman"/>
          <w:i/>
          <w:iCs/>
          <w:sz w:val="24"/>
          <w:szCs w:val="24"/>
        </w:rPr>
        <w:t>Sunyi</w:t>
      </w:r>
      <w:proofErr w:type="spellEnd"/>
      <w:r w:rsidRPr="00281D16">
        <w:rPr>
          <w:rFonts w:ascii="Unesa" w:hAnsi="Unesa" w:cs="Times New Roman"/>
          <w:i/>
          <w:iCs/>
          <w:sz w:val="24"/>
          <w:szCs w:val="24"/>
        </w:rPr>
        <w:t xml:space="preserve"> Paling </w:t>
      </w:r>
      <w:proofErr w:type="spellStart"/>
      <w:r w:rsidRPr="00281D16">
        <w:rPr>
          <w:rFonts w:ascii="Unesa" w:hAnsi="Unesa" w:cs="Times New Roman"/>
          <w:i/>
          <w:iCs/>
          <w:sz w:val="24"/>
          <w:szCs w:val="24"/>
        </w:rPr>
        <w:t>Riuh</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buku-buku</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referensi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artikel</w:t>
      </w:r>
      <w:proofErr w:type="spellEnd"/>
      <w:r w:rsidRPr="00281D16">
        <w:rPr>
          <w:rFonts w:ascii="Unesa" w:hAnsi="Unesa" w:cs="Times New Roman"/>
          <w:sz w:val="24"/>
          <w:szCs w:val="24"/>
        </w:rPr>
        <w:t xml:space="preserve">, dan tulisan-tulisan yang </w:t>
      </w:r>
      <w:proofErr w:type="spellStart"/>
      <w:r w:rsidRPr="00281D16">
        <w:rPr>
          <w:rFonts w:ascii="Unesa" w:hAnsi="Unesa" w:cs="Times New Roman"/>
          <w:sz w:val="24"/>
          <w:szCs w:val="24"/>
        </w:rPr>
        <w:t>berkaitan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dengan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objek</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penelitian</w:t>
      </w:r>
      <w:proofErr w:type="spellEnd"/>
      <w:r w:rsidRPr="00281D16">
        <w:rPr>
          <w:rFonts w:ascii="Unesa" w:hAnsi="Unesa" w:cs="Times New Roman"/>
          <w:sz w:val="24"/>
          <w:szCs w:val="24"/>
        </w:rPr>
        <w:t xml:space="preserve">. Teknik yang </w:t>
      </w:r>
      <w:proofErr w:type="spellStart"/>
      <w:r w:rsidRPr="00281D16">
        <w:rPr>
          <w:rFonts w:ascii="Unesa" w:hAnsi="Unesa" w:cs="Times New Roman"/>
          <w:sz w:val="24"/>
          <w:szCs w:val="24"/>
        </w:rPr>
        <w:t>digunakan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dalam</w:t>
      </w:r>
      <w:proofErr w:type="spellEnd"/>
      <w:r w:rsidRPr="00281D16">
        <w:rPr>
          <w:rFonts w:ascii="Unesa" w:hAnsi="Unesa" w:cs="Times New Roman"/>
          <w:sz w:val="24"/>
          <w:szCs w:val="24"/>
        </w:rPr>
        <w:t xml:space="preserve"> metode </w:t>
      </w:r>
      <w:proofErr w:type="spellStart"/>
      <w:r w:rsidRPr="00281D16">
        <w:rPr>
          <w:rFonts w:ascii="Unesa" w:hAnsi="Unesa" w:cs="Times New Roman"/>
          <w:sz w:val="24"/>
          <w:szCs w:val="24"/>
        </w:rPr>
        <w:t>pengumpulan</w:t>
      </w:r>
      <w:proofErr w:type="spellEnd"/>
      <w:r w:rsidRPr="00281D16">
        <w:rPr>
          <w:rFonts w:ascii="Unesa" w:hAnsi="Unesa" w:cs="Times New Roman"/>
          <w:sz w:val="24"/>
          <w:szCs w:val="24"/>
        </w:rPr>
        <w:t xml:space="preserve"> data adalah Teknik </w:t>
      </w:r>
      <w:proofErr w:type="spellStart"/>
      <w:r w:rsidRPr="00281D16">
        <w:rPr>
          <w:rFonts w:ascii="Unesa" w:hAnsi="Unesa" w:cs="Times New Roman"/>
          <w:sz w:val="24"/>
          <w:szCs w:val="24"/>
        </w:rPr>
        <w:t>baca</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yakni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teknik</w:t>
      </w:r>
      <w:proofErr w:type="spellEnd"/>
      <w:r w:rsidRPr="00281D16">
        <w:rPr>
          <w:rFonts w:ascii="Unesa" w:hAnsi="Unesa" w:cs="Times New Roman"/>
          <w:sz w:val="24"/>
          <w:szCs w:val="24"/>
        </w:rPr>
        <w:t xml:space="preserve"> yang </w:t>
      </w:r>
      <w:proofErr w:type="spellStart"/>
      <w:r w:rsidRPr="00281D16">
        <w:rPr>
          <w:rFonts w:ascii="Unesa" w:hAnsi="Unesa" w:cs="Times New Roman"/>
          <w:sz w:val="24"/>
          <w:szCs w:val="24"/>
        </w:rPr>
        <w:t>dilakukan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dengan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cara</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membaca</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keseluruhan</w:t>
      </w:r>
      <w:proofErr w:type="spellEnd"/>
      <w:r w:rsidRPr="00281D16">
        <w:rPr>
          <w:rFonts w:ascii="Unesa" w:hAnsi="Unesa" w:cs="Times New Roman"/>
          <w:sz w:val="24"/>
          <w:szCs w:val="24"/>
        </w:rPr>
        <w:t xml:space="preserve"> novel </w:t>
      </w:r>
      <w:proofErr w:type="spellStart"/>
      <w:r w:rsidRPr="00281D16">
        <w:rPr>
          <w:rFonts w:ascii="Unesa" w:hAnsi="Unesa" w:cs="Times New Roman"/>
          <w:sz w:val="24"/>
          <w:szCs w:val="24"/>
        </w:rPr>
        <w:t>secara</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seksama</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teknik</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catat</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yakni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peneliti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mencatat</w:t>
      </w:r>
      <w:proofErr w:type="spellEnd"/>
      <w:r w:rsidRPr="00281D16">
        <w:rPr>
          <w:rFonts w:ascii="Unesa" w:hAnsi="Unesa" w:cs="Times New Roman"/>
          <w:sz w:val="24"/>
          <w:szCs w:val="24"/>
        </w:rPr>
        <w:t xml:space="preserve"> data yang </w:t>
      </w:r>
      <w:proofErr w:type="spellStart"/>
      <w:r w:rsidRPr="00281D16">
        <w:rPr>
          <w:rFonts w:ascii="Unesa" w:hAnsi="Unesa" w:cs="Times New Roman"/>
          <w:sz w:val="24"/>
          <w:szCs w:val="24"/>
        </w:rPr>
        <w:t>ditemukan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dari</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hasil</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bacaan</w:t>
      </w:r>
      <w:proofErr w:type="spellEnd"/>
      <w:r w:rsidRPr="00281D16">
        <w:rPr>
          <w:rFonts w:ascii="Unesa" w:hAnsi="Unesa" w:cs="Times New Roman"/>
          <w:sz w:val="24"/>
          <w:szCs w:val="24"/>
        </w:rPr>
        <w:t>.</w:t>
      </w:r>
    </w:p>
    <w:p w14:paraId="42116F94" w14:textId="77777777" w:rsidR="00281D16" w:rsidRDefault="00281D16" w:rsidP="00A13750">
      <w:pPr>
        <w:pStyle w:val="ListParagraph"/>
        <w:spacing w:line="240" w:lineRule="auto"/>
        <w:ind w:left="0"/>
        <w:jc w:val="both"/>
        <w:rPr>
          <w:rFonts w:ascii="Unesa" w:hAnsi="Unesa" w:cs="Times New Roman"/>
          <w:sz w:val="24"/>
          <w:szCs w:val="24"/>
        </w:rPr>
      </w:pPr>
    </w:p>
    <w:p w14:paraId="7CF39393" w14:textId="77777777" w:rsidR="00281D16" w:rsidRDefault="00281D16" w:rsidP="00281D16">
      <w:pPr>
        <w:pStyle w:val="ListParagraph"/>
        <w:spacing w:line="240" w:lineRule="auto"/>
        <w:ind w:left="0"/>
        <w:jc w:val="both"/>
        <w:rPr>
          <w:rFonts w:ascii="Unesa" w:hAnsi="Unesa" w:cs="Times New Roman"/>
          <w:b/>
          <w:bCs/>
          <w:sz w:val="24"/>
          <w:szCs w:val="24"/>
        </w:rPr>
      </w:pPr>
      <w:r w:rsidRPr="00281D16">
        <w:rPr>
          <w:rFonts w:ascii="Unesa" w:hAnsi="Unesa" w:cs="Times New Roman"/>
          <w:b/>
          <w:bCs/>
          <w:sz w:val="24"/>
          <w:szCs w:val="24"/>
        </w:rPr>
        <w:t xml:space="preserve">Teknik </w:t>
      </w:r>
      <w:proofErr w:type="spellStart"/>
      <w:r w:rsidRPr="00281D16">
        <w:rPr>
          <w:rFonts w:ascii="Unesa" w:hAnsi="Unesa" w:cs="Times New Roman"/>
          <w:b/>
          <w:bCs/>
          <w:sz w:val="24"/>
          <w:szCs w:val="24"/>
        </w:rPr>
        <w:t>Analisis</w:t>
      </w:r>
      <w:proofErr w:type="spellEnd"/>
      <w:r w:rsidRPr="00281D16">
        <w:rPr>
          <w:rFonts w:ascii="Unesa" w:hAnsi="Unesa" w:cs="Times New Roman"/>
          <w:b/>
          <w:bCs/>
          <w:sz w:val="24"/>
          <w:szCs w:val="24"/>
        </w:rPr>
        <w:t xml:space="preserve"> Data</w:t>
      </w:r>
    </w:p>
    <w:p w14:paraId="22FECD97" w14:textId="6F973B70" w:rsidR="00281D16" w:rsidRPr="004223A6" w:rsidRDefault="00281D16" w:rsidP="004223A6">
      <w:pPr>
        <w:spacing w:after="160" w:line="240" w:lineRule="auto"/>
        <w:jc w:val="both"/>
        <w:rPr>
          <w:rFonts w:ascii="Book Antiqua" w:hAnsi="Book Antiqua" w:cs="Times New Roman"/>
          <w:sz w:val="24"/>
          <w:szCs w:val="24"/>
        </w:rPr>
      </w:pPr>
      <w:r>
        <w:rPr>
          <w:rFonts w:ascii="Unesa" w:hAnsi="Unesa" w:cs="Times New Roman"/>
          <w:sz w:val="24"/>
          <w:szCs w:val="24"/>
        </w:rPr>
        <w:t xml:space="preserve">   </w:t>
      </w:r>
      <w:r w:rsidR="004223A6">
        <w:rPr>
          <w:rFonts w:ascii="Unesa" w:hAnsi="Unesa" w:cs="Times New Roman"/>
          <w:sz w:val="24"/>
          <w:szCs w:val="24"/>
        </w:rPr>
        <w:t xml:space="preserve">  </w:t>
      </w:r>
      <w:r>
        <w:rPr>
          <w:rFonts w:ascii="Unesa" w:hAnsi="Unesa" w:cs="Times New Roman"/>
          <w:sz w:val="24"/>
          <w:szCs w:val="24"/>
        </w:rPr>
        <w:t xml:space="preserve"> </w:t>
      </w:r>
      <w:r w:rsidRPr="00281D16">
        <w:rPr>
          <w:rFonts w:ascii="Unesa" w:hAnsi="Unesa" w:cs="Times New Roman"/>
          <w:sz w:val="24"/>
          <w:szCs w:val="24"/>
        </w:rPr>
        <w:t xml:space="preserve">Teknik </w:t>
      </w:r>
      <w:proofErr w:type="spellStart"/>
      <w:r w:rsidRPr="00281D16">
        <w:rPr>
          <w:rFonts w:ascii="Unesa" w:hAnsi="Unesa" w:cs="Times New Roman"/>
          <w:sz w:val="24"/>
          <w:szCs w:val="24"/>
        </w:rPr>
        <w:t>analisis</w:t>
      </w:r>
      <w:proofErr w:type="spellEnd"/>
      <w:r w:rsidRPr="00281D16">
        <w:rPr>
          <w:rFonts w:ascii="Unesa" w:hAnsi="Unesa" w:cs="Times New Roman"/>
          <w:sz w:val="24"/>
          <w:szCs w:val="24"/>
        </w:rPr>
        <w:t xml:space="preserve"> data Teknik </w:t>
      </w:r>
      <w:proofErr w:type="spellStart"/>
      <w:r w:rsidRPr="00281D16">
        <w:rPr>
          <w:rFonts w:ascii="Unesa" w:hAnsi="Unesa" w:cs="Times New Roman"/>
          <w:sz w:val="24"/>
          <w:szCs w:val="24"/>
        </w:rPr>
        <w:t>analisis</w:t>
      </w:r>
      <w:proofErr w:type="spellEnd"/>
      <w:r w:rsidRPr="00281D16">
        <w:rPr>
          <w:rFonts w:ascii="Unesa" w:hAnsi="Unesa" w:cs="Times New Roman"/>
          <w:sz w:val="24"/>
          <w:szCs w:val="24"/>
        </w:rPr>
        <w:t xml:space="preserve"> data yang </w:t>
      </w:r>
      <w:proofErr w:type="spellStart"/>
      <w:r w:rsidRPr="00281D16">
        <w:rPr>
          <w:rFonts w:ascii="Unesa" w:hAnsi="Unesa" w:cs="Times New Roman"/>
          <w:sz w:val="24"/>
          <w:szCs w:val="24"/>
        </w:rPr>
        <w:t>digunakan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dalam</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penelitian</w:t>
      </w:r>
      <w:proofErr w:type="spellEnd"/>
      <w:r w:rsidRPr="00281D16">
        <w:rPr>
          <w:rFonts w:ascii="Unesa" w:hAnsi="Unesa" w:cs="Times New Roman"/>
          <w:sz w:val="24"/>
          <w:szCs w:val="24"/>
        </w:rPr>
        <w:t xml:space="preserve"> ini adalah Teknik </w:t>
      </w:r>
      <w:proofErr w:type="spellStart"/>
      <w:r w:rsidRPr="00281D16">
        <w:rPr>
          <w:rFonts w:ascii="Unesa" w:hAnsi="Unesa" w:cs="Times New Roman"/>
          <w:sz w:val="24"/>
          <w:szCs w:val="24"/>
        </w:rPr>
        <w:t>analisis</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deskriptif</w:t>
      </w:r>
      <w:proofErr w:type="spellEnd"/>
      <w:r w:rsidRPr="00281D16">
        <w:rPr>
          <w:rFonts w:ascii="Unesa" w:hAnsi="Unesa" w:cs="Times New Roman"/>
          <w:sz w:val="24"/>
          <w:szCs w:val="24"/>
        </w:rPr>
        <w:t xml:space="preserve">. Teknik </w:t>
      </w:r>
      <w:proofErr w:type="spellStart"/>
      <w:r w:rsidRPr="00281D16">
        <w:rPr>
          <w:rFonts w:ascii="Unesa" w:hAnsi="Unesa" w:cs="Times New Roman"/>
          <w:sz w:val="24"/>
          <w:szCs w:val="24"/>
        </w:rPr>
        <w:t>Deskripitif</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digunakan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untuk</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menganalisis</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dengan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menggunakan</w:t>
      </w:r>
      <w:proofErr w:type="spellEnd"/>
      <w:r w:rsidRPr="00281D16">
        <w:rPr>
          <w:rFonts w:ascii="Unesa" w:hAnsi="Unesa" w:cs="Times New Roman"/>
          <w:sz w:val="24"/>
          <w:szCs w:val="24"/>
        </w:rPr>
        <w:t xml:space="preserve"> </w:t>
      </w:r>
      <w:proofErr w:type="spellStart"/>
      <w:r w:rsidRPr="00281D16">
        <w:rPr>
          <w:rFonts w:ascii="Unesa" w:hAnsi="Unesa" w:cs="Times New Roman"/>
          <w:sz w:val="24"/>
          <w:szCs w:val="24"/>
        </w:rPr>
        <w:t>t</w:t>
      </w:r>
      <w:r w:rsidRPr="00281D16">
        <w:rPr>
          <w:rFonts w:ascii="Unesa" w:eastAsia="Times New Roman" w:hAnsi="Unesa" w:cs="Times New Roman"/>
          <w:sz w:val="24"/>
          <w:szCs w:val="24"/>
        </w:rPr>
        <w:t>eori</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dari</w:t>
      </w:r>
      <w:proofErr w:type="spellEnd"/>
      <w:r w:rsidRPr="00281D16">
        <w:rPr>
          <w:rFonts w:ascii="Unesa" w:eastAsia="Times New Roman" w:hAnsi="Unesa" w:cs="Times New Roman"/>
          <w:sz w:val="24"/>
          <w:szCs w:val="24"/>
        </w:rPr>
        <w:t xml:space="preserve"> Simone de Beauvoir yang </w:t>
      </w:r>
      <w:proofErr w:type="spellStart"/>
      <w:r w:rsidRPr="00281D16">
        <w:rPr>
          <w:rFonts w:ascii="Unesa" w:eastAsia="Times New Roman" w:hAnsi="Unesa" w:cs="Times New Roman"/>
          <w:sz w:val="24"/>
          <w:szCs w:val="24"/>
        </w:rPr>
        <w:t>terbagi</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menjadi</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empat</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upaya</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Transendensi</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yaitu</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Intelektual</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Dapat</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bekerja</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Melakukan</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transformasi</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sosial</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Menolak</w:t>
      </w:r>
      <w:proofErr w:type="spellEnd"/>
      <w:r w:rsidRPr="00281D16">
        <w:rPr>
          <w:rFonts w:ascii="Unesa" w:eastAsia="Times New Roman" w:hAnsi="Unesa" w:cs="Times New Roman"/>
          <w:sz w:val="24"/>
          <w:szCs w:val="24"/>
        </w:rPr>
        <w:t xml:space="preserve"> </w:t>
      </w:r>
      <w:proofErr w:type="spellStart"/>
      <w:r w:rsidRPr="00281D16">
        <w:rPr>
          <w:rFonts w:ascii="Unesa" w:eastAsia="Times New Roman" w:hAnsi="Unesa" w:cs="Times New Roman"/>
          <w:sz w:val="24"/>
          <w:szCs w:val="24"/>
        </w:rPr>
        <w:t>menjadi</w:t>
      </w:r>
      <w:proofErr w:type="spellEnd"/>
      <w:r w:rsidRPr="00281D16">
        <w:rPr>
          <w:rFonts w:ascii="Unesa" w:eastAsia="Times New Roman" w:hAnsi="Unesa" w:cs="Times New Roman"/>
          <w:sz w:val="24"/>
          <w:szCs w:val="24"/>
        </w:rPr>
        <w:t xml:space="preserve"> Liyan. </w:t>
      </w:r>
      <w:r w:rsidRPr="00281D16">
        <w:rPr>
          <w:rFonts w:ascii="Unesa" w:hAnsi="Unesa" w:cs="Times New Roman"/>
          <w:sz w:val="24"/>
          <w:szCs w:val="24"/>
        </w:rPr>
        <w:t xml:space="preserve"> </w:t>
      </w:r>
      <w:proofErr w:type="spellStart"/>
      <w:r w:rsidRPr="00281D16">
        <w:rPr>
          <w:rFonts w:ascii="Book Antiqua" w:hAnsi="Book Antiqua" w:cs="Times New Roman"/>
          <w:sz w:val="24"/>
          <w:szCs w:val="24"/>
        </w:rPr>
        <w:t>langkah-langkah</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dalam</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menganalisis</w:t>
      </w:r>
      <w:proofErr w:type="spellEnd"/>
      <w:r w:rsidRPr="00281D16">
        <w:rPr>
          <w:rFonts w:ascii="Book Antiqua" w:hAnsi="Book Antiqua" w:cs="Times New Roman"/>
          <w:sz w:val="24"/>
          <w:szCs w:val="24"/>
        </w:rPr>
        <w:t xml:space="preserve"> Novel </w:t>
      </w:r>
      <w:proofErr w:type="spellStart"/>
      <w:r w:rsidRPr="00281D16">
        <w:rPr>
          <w:rFonts w:ascii="Book Antiqua" w:hAnsi="Book Antiqua" w:cs="Times New Roman"/>
          <w:i/>
          <w:iCs/>
          <w:sz w:val="24"/>
          <w:szCs w:val="24"/>
        </w:rPr>
        <w:t>Sunyi</w:t>
      </w:r>
      <w:proofErr w:type="spellEnd"/>
      <w:r w:rsidRPr="00281D16">
        <w:rPr>
          <w:rFonts w:ascii="Book Antiqua" w:hAnsi="Book Antiqua" w:cs="Times New Roman"/>
          <w:i/>
          <w:iCs/>
          <w:sz w:val="24"/>
          <w:szCs w:val="24"/>
        </w:rPr>
        <w:t xml:space="preserve"> Paling </w:t>
      </w:r>
      <w:proofErr w:type="spellStart"/>
      <w:r w:rsidRPr="00281D16">
        <w:rPr>
          <w:rFonts w:ascii="Book Antiqua" w:hAnsi="Book Antiqua" w:cs="Times New Roman"/>
          <w:i/>
          <w:iCs/>
          <w:sz w:val="24"/>
          <w:szCs w:val="24"/>
        </w:rPr>
        <w:t>riuh</w:t>
      </w:r>
      <w:proofErr w:type="spellEnd"/>
      <w:r w:rsidRPr="00281D16">
        <w:rPr>
          <w:rFonts w:ascii="Book Antiqua" w:hAnsi="Book Antiqua" w:cs="Times New Roman"/>
          <w:i/>
          <w:iCs/>
          <w:sz w:val="24"/>
          <w:szCs w:val="24"/>
        </w:rPr>
        <w:t xml:space="preserve"> </w:t>
      </w:r>
      <w:proofErr w:type="spellStart"/>
      <w:r w:rsidRPr="00281D16">
        <w:rPr>
          <w:rFonts w:ascii="Book Antiqua" w:hAnsi="Book Antiqua" w:cs="Times New Roman"/>
          <w:sz w:val="24"/>
          <w:szCs w:val="24"/>
        </w:rPr>
        <w:t>karya</w:t>
      </w:r>
      <w:proofErr w:type="spellEnd"/>
      <w:r w:rsidRPr="00281D16">
        <w:rPr>
          <w:rFonts w:ascii="Book Antiqua" w:hAnsi="Book Antiqua" w:cs="Times New Roman"/>
          <w:sz w:val="24"/>
          <w:szCs w:val="24"/>
        </w:rPr>
        <w:t xml:space="preserve"> Fajar </w:t>
      </w:r>
      <w:proofErr w:type="spellStart"/>
      <w:r w:rsidRPr="00281D16">
        <w:rPr>
          <w:rFonts w:ascii="Book Antiqua" w:hAnsi="Book Antiqua" w:cs="Times New Roman"/>
          <w:sz w:val="24"/>
          <w:szCs w:val="24"/>
        </w:rPr>
        <w:t>sulaiman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dengan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cara</w:t>
      </w:r>
      <w:proofErr w:type="spellEnd"/>
      <w:r w:rsidRPr="00281D16">
        <w:rPr>
          <w:rFonts w:ascii="Book Antiqua" w:hAnsi="Book Antiqua" w:cs="Times New Roman"/>
          <w:sz w:val="24"/>
          <w:szCs w:val="24"/>
        </w:rPr>
        <w:t xml:space="preserve">, 1. </w:t>
      </w:r>
      <w:proofErr w:type="spellStart"/>
      <w:r w:rsidRPr="00281D16">
        <w:rPr>
          <w:rFonts w:ascii="Book Antiqua" w:hAnsi="Book Antiqua" w:cs="Times New Roman"/>
          <w:sz w:val="24"/>
          <w:szCs w:val="24"/>
        </w:rPr>
        <w:t>Reduksi</w:t>
      </w:r>
      <w:proofErr w:type="spellEnd"/>
      <w:r w:rsidRPr="00281D16">
        <w:rPr>
          <w:rFonts w:ascii="Book Antiqua" w:hAnsi="Book Antiqua" w:cs="Times New Roman"/>
          <w:sz w:val="24"/>
          <w:szCs w:val="24"/>
        </w:rPr>
        <w:t xml:space="preserve"> data, </w:t>
      </w:r>
      <w:proofErr w:type="spellStart"/>
      <w:r w:rsidRPr="00281D16">
        <w:rPr>
          <w:rFonts w:ascii="Book Antiqua" w:hAnsi="Book Antiqua" w:cs="Times New Roman"/>
          <w:sz w:val="24"/>
          <w:szCs w:val="24"/>
        </w:rPr>
        <w:t>yakni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dengan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cara</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mengelompokkan</w:t>
      </w:r>
      <w:proofErr w:type="spellEnd"/>
      <w:r w:rsidRPr="00281D16">
        <w:rPr>
          <w:rFonts w:ascii="Book Antiqua" w:hAnsi="Book Antiqua" w:cs="Times New Roman"/>
          <w:sz w:val="24"/>
          <w:szCs w:val="24"/>
        </w:rPr>
        <w:t xml:space="preserve"> data </w:t>
      </w:r>
      <w:proofErr w:type="spellStart"/>
      <w:r w:rsidRPr="00281D16">
        <w:rPr>
          <w:rFonts w:ascii="Book Antiqua" w:hAnsi="Book Antiqua" w:cs="Times New Roman"/>
          <w:sz w:val="24"/>
          <w:szCs w:val="24"/>
        </w:rPr>
        <w:t>sesuai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dengan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ciri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tertentu</w:t>
      </w:r>
      <w:proofErr w:type="spellEnd"/>
      <w:r w:rsidRPr="00281D16">
        <w:rPr>
          <w:rFonts w:ascii="Book Antiqua" w:hAnsi="Book Antiqua" w:cs="Times New Roman"/>
          <w:sz w:val="24"/>
          <w:szCs w:val="24"/>
        </w:rPr>
        <w:t xml:space="preserve">. 2. </w:t>
      </w:r>
      <w:proofErr w:type="spellStart"/>
      <w:r w:rsidRPr="00281D16">
        <w:rPr>
          <w:rFonts w:ascii="Book Antiqua" w:hAnsi="Book Antiqua" w:cs="Times New Roman"/>
          <w:sz w:val="24"/>
          <w:szCs w:val="24"/>
        </w:rPr>
        <w:t>Penyajian</w:t>
      </w:r>
      <w:proofErr w:type="spellEnd"/>
      <w:r w:rsidRPr="00281D16">
        <w:rPr>
          <w:rFonts w:ascii="Book Antiqua" w:hAnsi="Book Antiqua" w:cs="Times New Roman"/>
          <w:sz w:val="24"/>
          <w:szCs w:val="24"/>
        </w:rPr>
        <w:t xml:space="preserve"> data, </w:t>
      </w:r>
      <w:proofErr w:type="spellStart"/>
      <w:r w:rsidRPr="00281D16">
        <w:rPr>
          <w:rFonts w:ascii="Book Antiqua" w:hAnsi="Book Antiqua" w:cs="Times New Roman"/>
          <w:sz w:val="24"/>
          <w:szCs w:val="24"/>
        </w:rPr>
        <w:t>yakni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teknik</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dalam</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penyajian</w:t>
      </w:r>
      <w:proofErr w:type="spellEnd"/>
      <w:r w:rsidRPr="00281D16">
        <w:rPr>
          <w:rFonts w:ascii="Book Antiqua" w:hAnsi="Book Antiqua" w:cs="Times New Roman"/>
          <w:sz w:val="24"/>
          <w:szCs w:val="24"/>
        </w:rPr>
        <w:t xml:space="preserve"> data </w:t>
      </w:r>
      <w:proofErr w:type="spellStart"/>
      <w:r w:rsidRPr="00281D16">
        <w:rPr>
          <w:rFonts w:ascii="Book Antiqua" w:hAnsi="Book Antiqua" w:cs="Times New Roman"/>
          <w:sz w:val="24"/>
          <w:szCs w:val="24"/>
        </w:rPr>
        <w:t>dengan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bentuk</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grafik</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tabel</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ataupun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sejenisnya</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dimana</w:t>
      </w:r>
      <w:proofErr w:type="spellEnd"/>
      <w:r w:rsidRPr="00281D16">
        <w:rPr>
          <w:rFonts w:ascii="Book Antiqua" w:hAnsi="Book Antiqua" w:cs="Times New Roman"/>
          <w:sz w:val="24"/>
          <w:szCs w:val="24"/>
        </w:rPr>
        <w:t xml:space="preserve"> di </w:t>
      </w:r>
      <w:proofErr w:type="spellStart"/>
      <w:r w:rsidRPr="00281D16">
        <w:rPr>
          <w:rFonts w:ascii="Book Antiqua" w:hAnsi="Book Antiqua" w:cs="Times New Roman"/>
          <w:sz w:val="24"/>
          <w:szCs w:val="24"/>
        </w:rPr>
        <w:t>dalamnya</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tersaji</w:t>
      </w:r>
      <w:proofErr w:type="spellEnd"/>
      <w:r w:rsidRPr="00281D16">
        <w:rPr>
          <w:rFonts w:ascii="Book Antiqua" w:hAnsi="Book Antiqua" w:cs="Times New Roman"/>
          <w:sz w:val="24"/>
          <w:szCs w:val="24"/>
        </w:rPr>
        <w:t xml:space="preserve"> data-data </w:t>
      </w:r>
      <w:proofErr w:type="spellStart"/>
      <w:r w:rsidRPr="00281D16">
        <w:rPr>
          <w:rFonts w:ascii="Book Antiqua" w:hAnsi="Book Antiqua" w:cs="Times New Roman"/>
          <w:sz w:val="24"/>
          <w:szCs w:val="24"/>
        </w:rPr>
        <w:t>kategorisasi</w:t>
      </w:r>
      <w:proofErr w:type="spellEnd"/>
      <w:r w:rsidRPr="00281D16">
        <w:rPr>
          <w:rFonts w:ascii="Book Antiqua" w:hAnsi="Book Antiqua" w:cs="Times New Roman"/>
          <w:sz w:val="24"/>
          <w:szCs w:val="24"/>
        </w:rPr>
        <w:t>.</w:t>
      </w:r>
      <w:r>
        <w:rPr>
          <w:rFonts w:ascii="Book Antiqua" w:hAnsi="Book Antiqua" w:cs="Times New Roman"/>
          <w:sz w:val="24"/>
          <w:szCs w:val="24"/>
        </w:rPr>
        <w:t xml:space="preserve"> 3. </w:t>
      </w:r>
      <w:proofErr w:type="spellStart"/>
      <w:r w:rsidRPr="00281D16">
        <w:rPr>
          <w:rFonts w:ascii="Book Antiqua" w:hAnsi="Book Antiqua" w:cs="Times New Roman"/>
          <w:sz w:val="24"/>
          <w:szCs w:val="24"/>
        </w:rPr>
        <w:t>Penarikan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simpulan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yakni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memaknai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menyimpulkan</w:t>
      </w:r>
      <w:proofErr w:type="spellEnd"/>
      <w:r w:rsidRPr="00281D16">
        <w:rPr>
          <w:rFonts w:ascii="Book Antiqua" w:hAnsi="Book Antiqua" w:cs="Times New Roman"/>
          <w:sz w:val="24"/>
          <w:szCs w:val="24"/>
        </w:rPr>
        <w:t xml:space="preserve">, dan </w:t>
      </w:r>
      <w:proofErr w:type="spellStart"/>
      <w:r w:rsidRPr="00281D16">
        <w:rPr>
          <w:rFonts w:ascii="Book Antiqua" w:hAnsi="Book Antiqua" w:cs="Times New Roman"/>
          <w:sz w:val="24"/>
          <w:szCs w:val="24"/>
        </w:rPr>
        <w:t>membandingkan</w:t>
      </w:r>
      <w:proofErr w:type="spellEnd"/>
      <w:r w:rsidRPr="00281D16">
        <w:rPr>
          <w:rFonts w:ascii="Book Antiqua" w:hAnsi="Book Antiqua" w:cs="Times New Roman"/>
          <w:sz w:val="24"/>
          <w:szCs w:val="24"/>
        </w:rPr>
        <w:t xml:space="preserve"> data-data yang </w:t>
      </w:r>
      <w:proofErr w:type="spellStart"/>
      <w:r w:rsidRPr="00281D16">
        <w:rPr>
          <w:rFonts w:ascii="Book Antiqua" w:hAnsi="Book Antiqua" w:cs="Times New Roman"/>
          <w:sz w:val="24"/>
          <w:szCs w:val="24"/>
        </w:rPr>
        <w:t>telah</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dikategorikan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sebelumnya</w:t>
      </w:r>
      <w:proofErr w:type="spellEnd"/>
      <w:r w:rsidRPr="00281D16">
        <w:rPr>
          <w:rFonts w:ascii="Book Antiqua" w:hAnsi="Book Antiqua" w:cs="Times New Roman"/>
          <w:sz w:val="24"/>
          <w:szCs w:val="24"/>
        </w:rPr>
        <w:t xml:space="preserve"> dan </w:t>
      </w:r>
      <w:proofErr w:type="spellStart"/>
      <w:r w:rsidRPr="00281D16">
        <w:rPr>
          <w:rFonts w:ascii="Book Antiqua" w:hAnsi="Book Antiqua" w:cs="Times New Roman"/>
          <w:sz w:val="24"/>
          <w:szCs w:val="24"/>
        </w:rPr>
        <w:t>ditemukan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dalam</w:t>
      </w:r>
      <w:proofErr w:type="spellEnd"/>
      <w:r w:rsidRPr="00281D16">
        <w:rPr>
          <w:rFonts w:ascii="Book Antiqua" w:hAnsi="Book Antiqua" w:cs="Times New Roman"/>
          <w:sz w:val="24"/>
          <w:szCs w:val="24"/>
        </w:rPr>
        <w:t xml:space="preserve"> novel </w:t>
      </w:r>
      <w:proofErr w:type="spellStart"/>
      <w:r w:rsidRPr="00281D16">
        <w:rPr>
          <w:rFonts w:ascii="Book Antiqua" w:hAnsi="Book Antiqua" w:cs="Times New Roman"/>
          <w:sz w:val="24"/>
          <w:szCs w:val="24"/>
        </w:rPr>
        <w:t>dengan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menggunakan</w:t>
      </w:r>
      <w:proofErr w:type="spellEnd"/>
      <w:r w:rsidRPr="00281D16">
        <w:rPr>
          <w:rFonts w:ascii="Book Antiqua" w:hAnsi="Book Antiqua" w:cs="Times New Roman"/>
          <w:sz w:val="24"/>
          <w:szCs w:val="24"/>
        </w:rPr>
        <w:t xml:space="preserve"> data yang </w:t>
      </w:r>
      <w:proofErr w:type="spellStart"/>
      <w:r w:rsidRPr="00281D16">
        <w:rPr>
          <w:rFonts w:ascii="Book Antiqua" w:hAnsi="Book Antiqua" w:cs="Times New Roman"/>
          <w:sz w:val="24"/>
          <w:szCs w:val="24"/>
        </w:rPr>
        <w:t>membahas</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tentang</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perlawanan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tokoh</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perempuan</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terhadap</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budaya</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patriarki</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dalam</w:t>
      </w:r>
      <w:proofErr w:type="spellEnd"/>
      <w:r w:rsidRPr="00281D16">
        <w:rPr>
          <w:rFonts w:ascii="Book Antiqua" w:hAnsi="Book Antiqua" w:cs="Times New Roman"/>
          <w:sz w:val="24"/>
          <w:szCs w:val="24"/>
        </w:rPr>
        <w:t xml:space="preserve"> Novel </w:t>
      </w:r>
      <w:proofErr w:type="spellStart"/>
      <w:r w:rsidRPr="00281D16">
        <w:rPr>
          <w:rFonts w:ascii="Book Antiqua" w:hAnsi="Book Antiqua" w:cs="Times New Roman"/>
          <w:i/>
          <w:iCs/>
          <w:sz w:val="24"/>
          <w:szCs w:val="24"/>
        </w:rPr>
        <w:t>Sunyi</w:t>
      </w:r>
      <w:proofErr w:type="spellEnd"/>
      <w:r w:rsidRPr="00281D16">
        <w:rPr>
          <w:rFonts w:ascii="Book Antiqua" w:hAnsi="Book Antiqua" w:cs="Times New Roman"/>
          <w:i/>
          <w:iCs/>
          <w:sz w:val="24"/>
          <w:szCs w:val="24"/>
        </w:rPr>
        <w:t xml:space="preserve"> Paling </w:t>
      </w:r>
      <w:proofErr w:type="spellStart"/>
      <w:r w:rsidRPr="00281D16">
        <w:rPr>
          <w:rFonts w:ascii="Book Antiqua" w:hAnsi="Book Antiqua" w:cs="Times New Roman"/>
          <w:i/>
          <w:iCs/>
          <w:sz w:val="24"/>
          <w:szCs w:val="24"/>
        </w:rPr>
        <w:t>Riuh</w:t>
      </w:r>
      <w:proofErr w:type="spellEnd"/>
      <w:r w:rsidRPr="00281D16">
        <w:rPr>
          <w:rFonts w:ascii="Book Antiqua" w:hAnsi="Book Antiqua" w:cs="Times New Roman"/>
          <w:sz w:val="24"/>
          <w:szCs w:val="24"/>
        </w:rPr>
        <w:t xml:space="preserve"> </w:t>
      </w:r>
      <w:proofErr w:type="spellStart"/>
      <w:r w:rsidRPr="00281D16">
        <w:rPr>
          <w:rFonts w:ascii="Book Antiqua" w:hAnsi="Book Antiqua" w:cs="Times New Roman"/>
          <w:sz w:val="24"/>
          <w:szCs w:val="24"/>
        </w:rPr>
        <w:t>karya</w:t>
      </w:r>
      <w:proofErr w:type="spellEnd"/>
      <w:r w:rsidRPr="00281D16">
        <w:rPr>
          <w:rFonts w:ascii="Book Antiqua" w:hAnsi="Book Antiqua" w:cs="Times New Roman"/>
          <w:sz w:val="24"/>
          <w:szCs w:val="24"/>
        </w:rPr>
        <w:t xml:space="preserve"> Fajar Sulaiman </w:t>
      </w:r>
    </w:p>
    <w:p w14:paraId="311A398E" w14:textId="77777777" w:rsidR="004F73AE" w:rsidRPr="00A13750" w:rsidRDefault="009431DA" w:rsidP="00A13750">
      <w:pPr>
        <w:spacing w:line="240" w:lineRule="auto"/>
        <w:rPr>
          <w:rFonts w:ascii="Unesa" w:hAnsi="Unesa"/>
          <w:sz w:val="24"/>
          <w:szCs w:val="24"/>
        </w:rPr>
      </w:pPr>
      <w:r w:rsidRPr="00A13750">
        <w:rPr>
          <w:rFonts w:ascii="Unesa" w:hAnsi="Unesa"/>
          <w:b/>
          <w:sz w:val="24"/>
          <w:szCs w:val="24"/>
        </w:rPr>
        <w:t>HASIL DAN PEMBAHASAN</w:t>
      </w:r>
    </w:p>
    <w:p w14:paraId="64EF2272" w14:textId="65802A55" w:rsidR="00231EB1" w:rsidRPr="00A13750" w:rsidRDefault="00BD591A" w:rsidP="00A13750">
      <w:pPr>
        <w:spacing w:line="240" w:lineRule="auto"/>
        <w:ind w:firstLine="720"/>
        <w:jc w:val="both"/>
        <w:rPr>
          <w:rFonts w:ascii="Unesa" w:hAnsi="Unesa"/>
          <w:w w:val="105"/>
          <w:sz w:val="24"/>
          <w:szCs w:val="24"/>
        </w:rPr>
      </w:pPr>
      <w:r w:rsidRPr="00A13750">
        <w:rPr>
          <w:rFonts w:ascii="Unesa" w:hAnsi="Unesa"/>
          <w:w w:val="105"/>
          <w:sz w:val="24"/>
          <w:szCs w:val="24"/>
        </w:rPr>
        <w:t xml:space="preserve">Hasil </w:t>
      </w:r>
      <w:proofErr w:type="spellStart"/>
      <w:r w:rsidRPr="00A13750">
        <w:rPr>
          <w:rFonts w:ascii="Unesa" w:hAnsi="Unesa"/>
          <w:w w:val="105"/>
          <w:sz w:val="24"/>
          <w:szCs w:val="24"/>
        </w:rPr>
        <w:t>penelitian</w:t>
      </w:r>
      <w:proofErr w:type="spellEnd"/>
      <w:r w:rsidRPr="00A13750">
        <w:rPr>
          <w:rFonts w:ascii="Unesa" w:hAnsi="Unesa"/>
          <w:w w:val="105"/>
          <w:sz w:val="24"/>
          <w:szCs w:val="24"/>
        </w:rPr>
        <w:t xml:space="preserve"> yang </w:t>
      </w:r>
      <w:proofErr w:type="spellStart"/>
      <w:r w:rsidRPr="00A13750">
        <w:rPr>
          <w:rFonts w:ascii="Unesa" w:hAnsi="Unesa"/>
          <w:w w:val="105"/>
          <w:sz w:val="24"/>
          <w:szCs w:val="24"/>
        </w:rPr>
        <w:t>diperoleh</w:t>
      </w:r>
      <w:proofErr w:type="spellEnd"/>
      <w:r w:rsidRPr="00A13750">
        <w:rPr>
          <w:rFonts w:ascii="Unesa" w:hAnsi="Unesa"/>
          <w:w w:val="105"/>
          <w:sz w:val="24"/>
          <w:szCs w:val="24"/>
        </w:rPr>
        <w:t xml:space="preserve"> </w:t>
      </w:r>
      <w:proofErr w:type="spellStart"/>
      <w:r w:rsidRPr="00A13750">
        <w:rPr>
          <w:rFonts w:ascii="Unesa" w:hAnsi="Unesa"/>
          <w:w w:val="105"/>
          <w:sz w:val="24"/>
          <w:szCs w:val="24"/>
        </w:rPr>
        <w:t>dari</w:t>
      </w:r>
      <w:proofErr w:type="spellEnd"/>
      <w:r w:rsidRPr="00A13750">
        <w:rPr>
          <w:rFonts w:ascii="Unesa" w:hAnsi="Unesa"/>
          <w:w w:val="105"/>
          <w:sz w:val="24"/>
          <w:szCs w:val="24"/>
        </w:rPr>
        <w:t xml:space="preserve"> </w:t>
      </w:r>
      <w:proofErr w:type="spellStart"/>
      <w:r w:rsidRPr="00A13750">
        <w:rPr>
          <w:rFonts w:ascii="Unesa" w:hAnsi="Unesa"/>
          <w:w w:val="105"/>
          <w:sz w:val="24"/>
          <w:szCs w:val="24"/>
        </w:rPr>
        <w:t>analisis</w:t>
      </w:r>
      <w:proofErr w:type="spellEnd"/>
      <w:r w:rsidRPr="00A13750">
        <w:rPr>
          <w:rFonts w:ascii="Unesa" w:hAnsi="Unesa"/>
          <w:w w:val="105"/>
          <w:sz w:val="24"/>
          <w:szCs w:val="24"/>
        </w:rPr>
        <w:t xml:space="preserve"> </w:t>
      </w:r>
      <w:proofErr w:type="spellStart"/>
      <w:r w:rsidRPr="00A13750">
        <w:rPr>
          <w:rFonts w:ascii="Unesa" w:hAnsi="Unesa"/>
          <w:w w:val="105"/>
          <w:sz w:val="24"/>
          <w:szCs w:val="24"/>
        </w:rPr>
        <w:t>Sunyi</w:t>
      </w:r>
      <w:proofErr w:type="spellEnd"/>
      <w:r w:rsidRPr="00A13750">
        <w:rPr>
          <w:rFonts w:ascii="Unesa" w:hAnsi="Unesa"/>
          <w:w w:val="105"/>
          <w:sz w:val="24"/>
          <w:szCs w:val="24"/>
        </w:rPr>
        <w:t xml:space="preserve"> paling </w:t>
      </w:r>
      <w:proofErr w:type="spellStart"/>
      <w:r w:rsidRPr="00A13750">
        <w:rPr>
          <w:rFonts w:ascii="Unesa" w:hAnsi="Unesa"/>
          <w:w w:val="105"/>
          <w:sz w:val="24"/>
          <w:szCs w:val="24"/>
        </w:rPr>
        <w:t>riuh</w:t>
      </w:r>
      <w:proofErr w:type="spellEnd"/>
      <w:r w:rsidRPr="00A13750">
        <w:rPr>
          <w:rFonts w:ascii="Unesa" w:hAnsi="Unesa"/>
          <w:w w:val="105"/>
          <w:sz w:val="24"/>
          <w:szCs w:val="24"/>
        </w:rPr>
        <w:t xml:space="preserve"> </w:t>
      </w:r>
      <w:proofErr w:type="spellStart"/>
      <w:r w:rsidRPr="00A13750">
        <w:rPr>
          <w:rFonts w:ascii="Unesa" w:hAnsi="Unesa"/>
          <w:w w:val="105"/>
          <w:sz w:val="24"/>
          <w:szCs w:val="24"/>
        </w:rPr>
        <w:t>karya</w:t>
      </w:r>
      <w:proofErr w:type="spellEnd"/>
      <w:r w:rsidRPr="00A13750">
        <w:rPr>
          <w:rFonts w:ascii="Unesa" w:hAnsi="Unesa"/>
          <w:w w:val="105"/>
          <w:sz w:val="24"/>
          <w:szCs w:val="24"/>
        </w:rPr>
        <w:t xml:space="preserve"> Fajar </w:t>
      </w:r>
      <w:proofErr w:type="spellStart"/>
      <w:r w:rsidRPr="00A13750">
        <w:rPr>
          <w:rFonts w:ascii="Unesa" w:hAnsi="Unesa"/>
          <w:w w:val="105"/>
          <w:sz w:val="24"/>
          <w:szCs w:val="24"/>
        </w:rPr>
        <w:t>sulaiman</w:t>
      </w:r>
      <w:proofErr w:type="spellEnd"/>
      <w:r w:rsidRPr="00A13750">
        <w:rPr>
          <w:rFonts w:ascii="Unesa" w:hAnsi="Unesa"/>
          <w:w w:val="105"/>
          <w:sz w:val="24"/>
          <w:szCs w:val="24"/>
        </w:rPr>
        <w:t xml:space="preserve"> </w:t>
      </w:r>
      <w:r w:rsidRPr="00A13750">
        <w:rPr>
          <w:rFonts w:ascii="Unesa" w:hAnsi="Unesa"/>
          <w:sz w:val="24"/>
          <w:szCs w:val="24"/>
        </w:rPr>
        <w:t>adalah</w:t>
      </w:r>
      <w:r w:rsidRPr="00A13750">
        <w:rPr>
          <w:rFonts w:ascii="Unesa" w:hAnsi="Unesa"/>
          <w:spacing w:val="11"/>
          <w:sz w:val="24"/>
          <w:szCs w:val="24"/>
        </w:rPr>
        <w:t xml:space="preserve"> </w:t>
      </w:r>
      <w:proofErr w:type="spellStart"/>
      <w:r w:rsidRPr="00A13750">
        <w:rPr>
          <w:rFonts w:ascii="Unesa" w:hAnsi="Unesa"/>
          <w:sz w:val="24"/>
          <w:szCs w:val="24"/>
        </w:rPr>
        <w:t>berdasarkan</w:t>
      </w:r>
      <w:proofErr w:type="spellEnd"/>
      <w:r w:rsidRPr="00A13750">
        <w:rPr>
          <w:rFonts w:ascii="Unesa" w:hAnsi="Unesa"/>
          <w:spacing w:val="10"/>
          <w:sz w:val="24"/>
          <w:szCs w:val="24"/>
        </w:rPr>
        <w:t xml:space="preserve"> </w:t>
      </w:r>
      <w:proofErr w:type="spellStart"/>
      <w:r w:rsidRPr="00A13750">
        <w:rPr>
          <w:rFonts w:ascii="Unesa" w:hAnsi="Unesa"/>
          <w:sz w:val="24"/>
          <w:szCs w:val="24"/>
        </w:rPr>
        <w:t>fokus</w:t>
      </w:r>
      <w:proofErr w:type="spellEnd"/>
      <w:r w:rsidRPr="00A13750">
        <w:rPr>
          <w:rFonts w:ascii="Unesa" w:hAnsi="Unesa"/>
          <w:spacing w:val="10"/>
          <w:sz w:val="24"/>
          <w:szCs w:val="24"/>
        </w:rPr>
        <w:t xml:space="preserve"> </w:t>
      </w:r>
      <w:proofErr w:type="spellStart"/>
      <w:r w:rsidRPr="00A13750">
        <w:rPr>
          <w:rFonts w:ascii="Unesa" w:hAnsi="Unesa"/>
          <w:sz w:val="24"/>
          <w:szCs w:val="24"/>
        </w:rPr>
        <w:t>penelitian</w:t>
      </w:r>
      <w:proofErr w:type="spellEnd"/>
      <w:r w:rsidRPr="00A13750">
        <w:rPr>
          <w:rFonts w:ascii="Unesa" w:hAnsi="Unesa"/>
          <w:spacing w:val="9"/>
          <w:sz w:val="24"/>
          <w:szCs w:val="24"/>
        </w:rPr>
        <w:t xml:space="preserve"> </w:t>
      </w:r>
      <w:r w:rsidRPr="00A13750">
        <w:rPr>
          <w:rFonts w:ascii="Unesa" w:hAnsi="Unesa"/>
          <w:spacing w:val="-4"/>
          <w:sz w:val="24"/>
          <w:szCs w:val="24"/>
        </w:rPr>
        <w:t xml:space="preserve">yang </w:t>
      </w:r>
      <w:proofErr w:type="spellStart"/>
      <w:r w:rsidRPr="00A13750">
        <w:rPr>
          <w:rFonts w:ascii="Unesa" w:hAnsi="Unesa"/>
          <w:w w:val="105"/>
          <w:sz w:val="24"/>
          <w:szCs w:val="24"/>
        </w:rPr>
        <w:t>telah</w:t>
      </w:r>
      <w:proofErr w:type="spellEnd"/>
      <w:r w:rsidRPr="00A13750">
        <w:rPr>
          <w:rFonts w:ascii="Unesa" w:hAnsi="Unesa"/>
          <w:w w:val="105"/>
          <w:sz w:val="24"/>
          <w:szCs w:val="24"/>
        </w:rPr>
        <w:t xml:space="preserve"> </w:t>
      </w:r>
      <w:proofErr w:type="spellStart"/>
      <w:r w:rsidRPr="00A13750">
        <w:rPr>
          <w:rFonts w:ascii="Unesa" w:hAnsi="Unesa"/>
          <w:w w:val="105"/>
          <w:sz w:val="24"/>
          <w:szCs w:val="24"/>
        </w:rPr>
        <w:t>ditetapkan</w:t>
      </w:r>
      <w:proofErr w:type="spellEnd"/>
      <w:r w:rsidRPr="00A13750">
        <w:rPr>
          <w:rFonts w:ascii="Unesa" w:hAnsi="Unesa"/>
          <w:w w:val="105"/>
          <w:sz w:val="24"/>
          <w:szCs w:val="24"/>
        </w:rPr>
        <w:t>.</w:t>
      </w:r>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sz w:val="24"/>
          <w:szCs w:val="24"/>
        </w:rPr>
        <w:t>Sunyi</w:t>
      </w:r>
      <w:proofErr w:type="spellEnd"/>
      <w:r w:rsidRPr="00A13750">
        <w:rPr>
          <w:rFonts w:ascii="Unesa" w:hAnsi="Unesa" w:cs="Times New Roman"/>
          <w:sz w:val="24"/>
          <w:szCs w:val="24"/>
        </w:rPr>
        <w:t xml:space="preserve"> Paling </w:t>
      </w:r>
      <w:proofErr w:type="spellStart"/>
      <w:r w:rsidRPr="00A13750">
        <w:rPr>
          <w:rFonts w:ascii="Unesa" w:hAnsi="Unesa" w:cs="Times New Roman"/>
          <w:sz w:val="24"/>
          <w:szCs w:val="24"/>
        </w:rPr>
        <w:t>Riuh</w:t>
      </w:r>
      <w:proofErr w:type="spellEnd"/>
      <w:r w:rsidRPr="00A13750">
        <w:rPr>
          <w:rFonts w:ascii="Unesa" w:hAnsi="Unesa" w:cs="Times New Roman"/>
          <w:sz w:val="24"/>
          <w:szCs w:val="24"/>
        </w:rPr>
        <w:t xml:space="preserve"> Karya Fajar Sulaiman yang </w:t>
      </w:r>
      <w:proofErr w:type="spellStart"/>
      <w:r w:rsidRPr="00A13750">
        <w:rPr>
          <w:rFonts w:ascii="Unesa" w:hAnsi="Unesa" w:cs="Times New Roman"/>
          <w:sz w:val="24"/>
          <w:szCs w:val="24"/>
        </w:rPr>
        <w:t>mencakup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upaya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kajian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eksistensialis</w:t>
      </w:r>
      <w:proofErr w:type="spellEnd"/>
      <w:r w:rsidRPr="00A13750">
        <w:rPr>
          <w:rFonts w:ascii="Unesa" w:hAnsi="Unesa" w:cs="Times New Roman"/>
          <w:sz w:val="24"/>
          <w:szCs w:val="24"/>
        </w:rPr>
        <w:t xml:space="preserve"> Simone de </w:t>
      </w:r>
      <w:proofErr w:type="spellStart"/>
      <w:r w:rsidRPr="00A13750">
        <w:rPr>
          <w:rFonts w:ascii="Unesa" w:hAnsi="Unesa" w:cs="Times New Roman"/>
          <w:sz w:val="24"/>
          <w:szCs w:val="24"/>
        </w:rPr>
        <w:t>Beavoir</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antaranya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yaitu</w:t>
      </w:r>
      <w:proofErr w:type="spellEnd"/>
      <w:r w:rsidRPr="00A13750">
        <w:rPr>
          <w:rFonts w:ascii="Unesa" w:hAnsi="Unesa" w:cs="Times New Roman"/>
          <w:sz w:val="24"/>
          <w:szCs w:val="24"/>
        </w:rPr>
        <w:t xml:space="preserve">, 1.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Bekerja</w:t>
      </w:r>
      <w:proofErr w:type="spellEnd"/>
      <w:r w:rsidRPr="00A13750">
        <w:rPr>
          <w:rFonts w:ascii="Unesa" w:hAnsi="Unesa" w:cs="Times New Roman"/>
          <w:sz w:val="24"/>
          <w:szCs w:val="24"/>
        </w:rPr>
        <w:t xml:space="preserve"> 2. </w:t>
      </w:r>
      <w:proofErr w:type="spellStart"/>
      <w:r w:rsidRPr="00A13750">
        <w:rPr>
          <w:rFonts w:ascii="Unesa" w:hAnsi="Unesa" w:cs="Times New Roman"/>
          <w:sz w:val="24"/>
          <w:szCs w:val="24"/>
        </w:rPr>
        <w:t>Menolak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Liyan 3.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4. </w:t>
      </w:r>
      <w:proofErr w:type="spellStart"/>
      <w:r w:rsidRPr="00A13750">
        <w:rPr>
          <w:rFonts w:ascii="Unesa" w:hAnsi="Unesa" w:cs="Times New Roman"/>
          <w:sz w:val="24"/>
          <w:szCs w:val="24"/>
        </w:rPr>
        <w:t>Menolak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Liyan. </w:t>
      </w:r>
      <w:r w:rsidRPr="00A13750">
        <w:rPr>
          <w:rFonts w:ascii="Unesa" w:hAnsi="Unesa"/>
          <w:w w:val="105"/>
          <w:sz w:val="24"/>
          <w:szCs w:val="24"/>
        </w:rPr>
        <w:t xml:space="preserve">Data </w:t>
      </w:r>
      <w:proofErr w:type="spellStart"/>
      <w:r w:rsidRPr="00A13750">
        <w:rPr>
          <w:rFonts w:ascii="Unesa" w:hAnsi="Unesa"/>
          <w:w w:val="105"/>
          <w:sz w:val="24"/>
          <w:szCs w:val="24"/>
        </w:rPr>
        <w:t>disajikan</w:t>
      </w:r>
      <w:proofErr w:type="spellEnd"/>
      <w:r w:rsidRPr="00A13750">
        <w:rPr>
          <w:rFonts w:ascii="Unesa" w:hAnsi="Unesa"/>
          <w:w w:val="105"/>
          <w:sz w:val="24"/>
          <w:szCs w:val="24"/>
        </w:rPr>
        <w:t xml:space="preserve"> </w:t>
      </w:r>
      <w:proofErr w:type="spellStart"/>
      <w:r w:rsidRPr="00A13750">
        <w:rPr>
          <w:rFonts w:ascii="Unesa" w:hAnsi="Unesa"/>
          <w:w w:val="105"/>
          <w:sz w:val="24"/>
          <w:szCs w:val="24"/>
        </w:rPr>
        <w:t>melalui</w:t>
      </w:r>
      <w:proofErr w:type="spellEnd"/>
      <w:r w:rsidRPr="00A13750">
        <w:rPr>
          <w:rFonts w:ascii="Unesa" w:hAnsi="Unesa"/>
          <w:w w:val="105"/>
          <w:sz w:val="24"/>
          <w:szCs w:val="24"/>
        </w:rPr>
        <w:t xml:space="preserve"> </w:t>
      </w:r>
      <w:proofErr w:type="spellStart"/>
      <w:r w:rsidRPr="00A13750">
        <w:rPr>
          <w:rFonts w:ascii="Unesa" w:hAnsi="Unesa"/>
          <w:w w:val="105"/>
          <w:sz w:val="24"/>
          <w:szCs w:val="24"/>
        </w:rPr>
        <w:t>kutipan</w:t>
      </w:r>
      <w:proofErr w:type="spellEnd"/>
      <w:r w:rsidRPr="00A13750">
        <w:rPr>
          <w:rFonts w:ascii="Unesa" w:hAnsi="Unesa"/>
          <w:w w:val="105"/>
          <w:sz w:val="24"/>
          <w:szCs w:val="24"/>
        </w:rPr>
        <w:t xml:space="preserve"> </w:t>
      </w:r>
      <w:proofErr w:type="spellStart"/>
      <w:r w:rsidRPr="00A13750">
        <w:rPr>
          <w:rFonts w:ascii="Unesa" w:hAnsi="Unesa"/>
          <w:w w:val="105"/>
          <w:sz w:val="24"/>
          <w:szCs w:val="24"/>
        </w:rPr>
        <w:t>naratif</w:t>
      </w:r>
      <w:proofErr w:type="spellEnd"/>
      <w:r w:rsidRPr="00A13750">
        <w:rPr>
          <w:rFonts w:ascii="Unesa" w:hAnsi="Unesa"/>
          <w:w w:val="105"/>
          <w:sz w:val="24"/>
          <w:szCs w:val="24"/>
        </w:rPr>
        <w:t xml:space="preserve"> dan dialog </w:t>
      </w:r>
      <w:proofErr w:type="spellStart"/>
      <w:r w:rsidRPr="00A13750">
        <w:rPr>
          <w:rFonts w:ascii="Unesa" w:hAnsi="Unesa"/>
          <w:w w:val="105"/>
          <w:sz w:val="24"/>
          <w:szCs w:val="24"/>
        </w:rPr>
        <w:t>tokoh</w:t>
      </w:r>
      <w:proofErr w:type="spellEnd"/>
      <w:r w:rsidRPr="00A13750">
        <w:rPr>
          <w:rFonts w:ascii="Unesa" w:hAnsi="Unesa"/>
          <w:w w:val="105"/>
          <w:sz w:val="24"/>
          <w:szCs w:val="24"/>
        </w:rPr>
        <w:t xml:space="preserve"> yang </w:t>
      </w:r>
      <w:proofErr w:type="spellStart"/>
      <w:r w:rsidRPr="00A13750">
        <w:rPr>
          <w:rFonts w:ascii="Unesa" w:hAnsi="Unesa"/>
          <w:w w:val="105"/>
          <w:sz w:val="24"/>
          <w:szCs w:val="24"/>
        </w:rPr>
        <w:t>relevan</w:t>
      </w:r>
      <w:proofErr w:type="spellEnd"/>
      <w:r w:rsidRPr="00A13750">
        <w:rPr>
          <w:rFonts w:ascii="Unesa" w:hAnsi="Unesa"/>
          <w:w w:val="105"/>
          <w:sz w:val="24"/>
          <w:szCs w:val="24"/>
        </w:rPr>
        <w:t xml:space="preserve">, </w:t>
      </w:r>
      <w:proofErr w:type="spellStart"/>
      <w:r w:rsidRPr="00A13750">
        <w:rPr>
          <w:rFonts w:ascii="Unesa" w:hAnsi="Unesa"/>
          <w:w w:val="105"/>
          <w:sz w:val="24"/>
          <w:szCs w:val="24"/>
        </w:rPr>
        <w:t>disertai</w:t>
      </w:r>
      <w:proofErr w:type="spellEnd"/>
      <w:r w:rsidRPr="00A13750">
        <w:rPr>
          <w:rFonts w:ascii="Unesa" w:hAnsi="Unesa"/>
          <w:w w:val="105"/>
          <w:sz w:val="24"/>
          <w:szCs w:val="24"/>
        </w:rPr>
        <w:t xml:space="preserve"> </w:t>
      </w:r>
      <w:proofErr w:type="spellStart"/>
      <w:r w:rsidRPr="00A13750">
        <w:rPr>
          <w:rFonts w:ascii="Unesa" w:hAnsi="Unesa"/>
          <w:w w:val="105"/>
          <w:sz w:val="24"/>
          <w:szCs w:val="24"/>
        </w:rPr>
        <w:t>dengan</w:t>
      </w:r>
      <w:proofErr w:type="spellEnd"/>
      <w:r w:rsidRPr="00A13750">
        <w:rPr>
          <w:rFonts w:ascii="Unesa" w:hAnsi="Unesa"/>
          <w:w w:val="105"/>
          <w:sz w:val="24"/>
          <w:szCs w:val="24"/>
        </w:rPr>
        <w:t xml:space="preserve"> </w:t>
      </w:r>
      <w:proofErr w:type="spellStart"/>
      <w:r w:rsidRPr="00A13750">
        <w:rPr>
          <w:rFonts w:ascii="Unesa" w:hAnsi="Unesa"/>
          <w:w w:val="105"/>
          <w:sz w:val="24"/>
          <w:szCs w:val="24"/>
        </w:rPr>
        <w:t>intepretasi</w:t>
      </w:r>
      <w:proofErr w:type="spellEnd"/>
      <w:r w:rsidRPr="00A13750">
        <w:rPr>
          <w:rFonts w:ascii="Unesa" w:hAnsi="Unesa"/>
          <w:w w:val="105"/>
          <w:sz w:val="24"/>
          <w:szCs w:val="24"/>
        </w:rPr>
        <w:t xml:space="preserve"> </w:t>
      </w:r>
      <w:proofErr w:type="spellStart"/>
      <w:r w:rsidRPr="00A13750">
        <w:rPr>
          <w:rFonts w:ascii="Unesa" w:hAnsi="Unesa"/>
          <w:w w:val="105"/>
          <w:sz w:val="24"/>
          <w:szCs w:val="24"/>
        </w:rPr>
        <w:t>peneliti</w:t>
      </w:r>
      <w:proofErr w:type="spellEnd"/>
      <w:r w:rsidRPr="00A13750">
        <w:rPr>
          <w:rFonts w:ascii="Unesa" w:hAnsi="Unesa"/>
          <w:w w:val="105"/>
          <w:sz w:val="24"/>
          <w:szCs w:val="24"/>
        </w:rPr>
        <w:t xml:space="preserve"> </w:t>
      </w:r>
      <w:proofErr w:type="spellStart"/>
      <w:r w:rsidRPr="00A13750">
        <w:rPr>
          <w:rFonts w:ascii="Unesa" w:hAnsi="Unesa"/>
          <w:w w:val="105"/>
          <w:sz w:val="24"/>
          <w:szCs w:val="24"/>
        </w:rPr>
        <w:t>terhadap</w:t>
      </w:r>
      <w:proofErr w:type="spellEnd"/>
      <w:r w:rsidRPr="00A13750">
        <w:rPr>
          <w:rFonts w:ascii="Unesa" w:hAnsi="Unesa"/>
          <w:w w:val="105"/>
          <w:sz w:val="24"/>
          <w:szCs w:val="24"/>
        </w:rPr>
        <w:t xml:space="preserve"> </w:t>
      </w:r>
      <w:proofErr w:type="spellStart"/>
      <w:r w:rsidRPr="00A13750">
        <w:rPr>
          <w:rFonts w:ascii="Unesa" w:hAnsi="Unesa"/>
          <w:w w:val="105"/>
          <w:sz w:val="24"/>
          <w:szCs w:val="24"/>
        </w:rPr>
        <w:t>makna</w:t>
      </w:r>
      <w:proofErr w:type="spellEnd"/>
      <w:r w:rsidRPr="00A13750">
        <w:rPr>
          <w:rFonts w:ascii="Unesa" w:hAnsi="Unesa"/>
          <w:w w:val="105"/>
          <w:sz w:val="24"/>
          <w:szCs w:val="24"/>
        </w:rPr>
        <w:t xml:space="preserve"> yang </w:t>
      </w:r>
      <w:proofErr w:type="spellStart"/>
      <w:r w:rsidRPr="00A13750">
        <w:rPr>
          <w:rFonts w:ascii="Unesa" w:hAnsi="Unesa"/>
          <w:w w:val="105"/>
          <w:sz w:val="24"/>
          <w:szCs w:val="24"/>
        </w:rPr>
        <w:t>terkandung</w:t>
      </w:r>
      <w:proofErr w:type="spellEnd"/>
      <w:r w:rsidRPr="00A13750">
        <w:rPr>
          <w:rFonts w:ascii="Unesa" w:hAnsi="Unesa"/>
          <w:w w:val="105"/>
          <w:sz w:val="24"/>
          <w:szCs w:val="24"/>
        </w:rPr>
        <w:t xml:space="preserve"> di </w:t>
      </w:r>
      <w:proofErr w:type="spellStart"/>
      <w:r w:rsidRPr="00A13750">
        <w:rPr>
          <w:rFonts w:ascii="Unesa" w:hAnsi="Unesa"/>
          <w:w w:val="105"/>
          <w:sz w:val="24"/>
          <w:szCs w:val="24"/>
        </w:rPr>
        <w:t>dalamnya</w:t>
      </w:r>
      <w:proofErr w:type="spellEnd"/>
      <w:r w:rsidRPr="00A13750">
        <w:rPr>
          <w:rFonts w:ascii="Unesa" w:hAnsi="Unesa"/>
          <w:w w:val="105"/>
          <w:sz w:val="24"/>
          <w:szCs w:val="24"/>
        </w:rPr>
        <w:t>.</w:t>
      </w:r>
    </w:p>
    <w:p w14:paraId="7B42CB2F" w14:textId="211F15B2" w:rsidR="00BD591A" w:rsidRPr="00121D63" w:rsidRDefault="00BD591A" w:rsidP="00121D63">
      <w:pPr>
        <w:spacing w:line="240" w:lineRule="auto"/>
        <w:jc w:val="both"/>
        <w:rPr>
          <w:rFonts w:ascii="Unesa" w:hAnsi="Unesa"/>
          <w:b/>
          <w:bCs/>
          <w:i/>
          <w:iCs/>
          <w:sz w:val="24"/>
          <w:szCs w:val="24"/>
          <w:lang w:val="id-ID"/>
        </w:rPr>
      </w:pPr>
      <w:r w:rsidRPr="00121D63">
        <w:rPr>
          <w:rFonts w:ascii="Unesa" w:hAnsi="Unesa"/>
          <w:b/>
          <w:bCs/>
          <w:sz w:val="24"/>
          <w:szCs w:val="24"/>
          <w:lang w:val="id-ID"/>
        </w:rPr>
        <w:t>Dapat Bekerja</w:t>
      </w:r>
    </w:p>
    <w:p w14:paraId="2C4A02FA" w14:textId="5753BB92" w:rsidR="00BD591A" w:rsidRPr="00A13750" w:rsidRDefault="00BD591A" w:rsidP="00A13750">
      <w:pPr>
        <w:spacing w:line="240" w:lineRule="auto"/>
        <w:jc w:val="both"/>
        <w:rPr>
          <w:rFonts w:ascii="Unesa" w:hAnsi="Unesa" w:cs="Times New Roman"/>
          <w:sz w:val="24"/>
          <w:szCs w:val="24"/>
        </w:rPr>
      </w:pPr>
      <w:r w:rsidRPr="00A13750">
        <w:rPr>
          <w:rFonts w:ascii="Unesa" w:hAnsi="Unesa" w:cs="Times New Roman"/>
          <w:sz w:val="24"/>
          <w:szCs w:val="24"/>
        </w:rPr>
        <w:t xml:space="preserve">     </w:t>
      </w:r>
      <w:proofErr w:type="spellStart"/>
      <w:r w:rsidRPr="00A13750">
        <w:rPr>
          <w:rFonts w:ascii="Unesa" w:hAnsi="Unesa" w:cs="Times New Roman"/>
          <w:sz w:val="24"/>
          <w:szCs w:val="24"/>
        </w:rPr>
        <w:t>Bekerja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upaya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utama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karena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berkaitan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langsung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kemandirian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ekonomi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kebebasan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Simone de Beauvoir </w:t>
      </w:r>
      <w:proofErr w:type="spellStart"/>
      <w:r w:rsidRPr="00A13750">
        <w:rPr>
          <w:rFonts w:ascii="Unesa" w:hAnsi="Unesa" w:cs="Times New Roman"/>
          <w:sz w:val="24"/>
          <w:szCs w:val="24"/>
        </w:rPr>
        <w:t>menegaskan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bergantung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ekonomi</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bekerja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karya</w:t>
      </w:r>
      <w:proofErr w:type="spellEnd"/>
      <w:r w:rsidRPr="00A13750">
        <w:rPr>
          <w:rFonts w:ascii="Unesa" w:hAnsi="Unesa" w:cs="Times New Roman"/>
          <w:sz w:val="24"/>
          <w:szCs w:val="24"/>
        </w:rPr>
        <w:t xml:space="preserve"> sastra </w:t>
      </w:r>
      <w:proofErr w:type="spellStart"/>
      <w:r w:rsidRPr="00A13750">
        <w:rPr>
          <w:rFonts w:ascii="Unesa" w:hAnsi="Unesa" w:cs="Times New Roman"/>
          <w:sz w:val="24"/>
          <w:szCs w:val="24"/>
        </w:rPr>
        <w:t>menunjukkan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membatasi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geraknya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ranah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domestik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Kerja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memberi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identitas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otonomi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kemampuan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mengambil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keputusan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hidupnya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sendiri</w:t>
      </w:r>
      <w:proofErr w:type="spellEnd"/>
      <w:r w:rsidRPr="00A13750">
        <w:rPr>
          <w:rFonts w:ascii="Unesa" w:hAnsi="Unesa" w:cs="Times New Roman"/>
          <w:sz w:val="24"/>
          <w:szCs w:val="24"/>
        </w:rPr>
        <w:t xml:space="preserve">. </w:t>
      </w:r>
    </w:p>
    <w:p w14:paraId="4180AA02" w14:textId="671EE48D" w:rsidR="00BD591A" w:rsidRPr="00A13750" w:rsidRDefault="00BD591A" w:rsidP="00A13750">
      <w:pPr>
        <w:pStyle w:val="BodyText"/>
        <w:spacing w:before="161" w:line="240" w:lineRule="auto"/>
        <w:ind w:left="1276" w:right="266"/>
        <w:jc w:val="both"/>
        <w:rPr>
          <w:rFonts w:ascii="Unesa" w:hAnsi="Unesa" w:cs="Times New Roman"/>
          <w:sz w:val="24"/>
          <w:szCs w:val="24"/>
        </w:rPr>
      </w:pPr>
      <w:r w:rsidRPr="00A13750">
        <w:rPr>
          <w:rFonts w:ascii="Unesa" w:hAnsi="Unesa"/>
          <w:spacing w:val="80"/>
          <w:w w:val="105"/>
          <w:sz w:val="24"/>
          <w:szCs w:val="24"/>
        </w:rPr>
        <w:t>“</w:t>
      </w:r>
      <w:r w:rsidRPr="00A13750">
        <w:rPr>
          <w:rFonts w:ascii="Unesa" w:hAnsi="Unesa" w:cs="Times New Roman"/>
          <w:sz w:val="24"/>
          <w:szCs w:val="24"/>
        </w:rPr>
        <w:t xml:space="preserve">Aku </w:t>
      </w:r>
      <w:proofErr w:type="spellStart"/>
      <w:r w:rsidRPr="00A13750">
        <w:rPr>
          <w:rFonts w:ascii="Unesa" w:hAnsi="Unesa" w:cs="Times New Roman"/>
          <w:sz w:val="24"/>
          <w:szCs w:val="24"/>
        </w:rPr>
        <w:t>perlu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pemasukan</w:t>
      </w:r>
      <w:proofErr w:type="spellEnd"/>
      <w:r w:rsidRPr="00A13750">
        <w:rPr>
          <w:rFonts w:ascii="Unesa" w:hAnsi="Unesa" w:cs="Times New Roman"/>
          <w:sz w:val="24"/>
          <w:szCs w:val="24"/>
        </w:rPr>
        <w:t xml:space="preserve">. Jika aku </w:t>
      </w:r>
      <w:proofErr w:type="spellStart"/>
      <w:r w:rsidRPr="00A13750">
        <w:rPr>
          <w:rFonts w:ascii="Unesa" w:hAnsi="Unesa" w:cs="Times New Roman"/>
          <w:sz w:val="24"/>
          <w:szCs w:val="24"/>
        </w:rPr>
        <w:t>mau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menghilang</w:t>
      </w:r>
      <w:proofErr w:type="spellEnd"/>
      <w:r w:rsidRPr="00A13750">
        <w:rPr>
          <w:rFonts w:ascii="Unesa" w:hAnsi="Unesa" w:cs="Times New Roman"/>
          <w:sz w:val="24"/>
          <w:szCs w:val="24"/>
        </w:rPr>
        <w:t xml:space="preserve"> seperti ini aku </w:t>
      </w:r>
      <w:proofErr w:type="spellStart"/>
      <w:r w:rsidRPr="00A13750">
        <w:rPr>
          <w:rFonts w:ascii="Unesa" w:hAnsi="Unesa" w:cs="Times New Roman"/>
          <w:sz w:val="24"/>
          <w:szCs w:val="24"/>
        </w:rPr>
        <w:t>harus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mandiri</w:t>
      </w:r>
      <w:proofErr w:type="spellEnd"/>
      <w:r w:rsidRPr="00A13750">
        <w:rPr>
          <w:rFonts w:ascii="Unesa" w:hAnsi="Unesa" w:cs="Times New Roman"/>
          <w:sz w:val="24"/>
          <w:szCs w:val="24"/>
        </w:rPr>
        <w:t xml:space="preserve">. Tidak </w:t>
      </w:r>
      <w:proofErr w:type="spellStart"/>
      <w:r w:rsidRPr="00A13750">
        <w:rPr>
          <w:rFonts w:ascii="Unesa" w:hAnsi="Unesa" w:cs="Times New Roman"/>
          <w:sz w:val="24"/>
          <w:szCs w:val="24"/>
        </w:rPr>
        <w:t>lagi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bisa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mengharapkan</w:t>
      </w:r>
      <w:proofErr w:type="spellEnd"/>
      <w:r w:rsidRPr="00A13750">
        <w:rPr>
          <w:rFonts w:ascii="Unesa" w:hAnsi="Unesa" w:cs="Times New Roman"/>
          <w:sz w:val="24"/>
          <w:szCs w:val="24"/>
        </w:rPr>
        <w:t xml:space="preserve"> uang </w:t>
      </w:r>
      <w:proofErr w:type="spellStart"/>
      <w:r w:rsidRPr="00A13750">
        <w:rPr>
          <w:rFonts w:ascii="Unesa" w:hAnsi="Unesa" w:cs="Times New Roman"/>
          <w:sz w:val="24"/>
          <w:szCs w:val="24"/>
        </w:rPr>
        <w:t>saku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Toh Bapak </w:t>
      </w:r>
      <w:proofErr w:type="spellStart"/>
      <w:r w:rsidRPr="00A13750">
        <w:rPr>
          <w:rFonts w:ascii="Unesa" w:hAnsi="Unesa" w:cs="Times New Roman"/>
          <w:sz w:val="24"/>
          <w:szCs w:val="24"/>
        </w:rPr>
        <w:t>Sudah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Bangkrut</w:t>
      </w:r>
      <w:proofErr w:type="spellEnd"/>
      <w:r w:rsidRPr="00A13750">
        <w:rPr>
          <w:rFonts w:ascii="Unesa" w:hAnsi="Unesa" w:cs="Times New Roman"/>
          <w:sz w:val="24"/>
          <w:szCs w:val="24"/>
        </w:rPr>
        <w:t xml:space="preserve"> </w:t>
      </w:r>
      <w:r w:rsidRPr="00A13750">
        <w:rPr>
          <w:rFonts w:ascii="Unesa" w:hAnsi="Unesa" w:cs="Times New Roman"/>
          <w:sz w:val="24"/>
          <w:szCs w:val="24"/>
        </w:rPr>
        <w:lastRenderedPageBreak/>
        <w:t xml:space="preserve">Aku </w:t>
      </w:r>
      <w:proofErr w:type="spellStart"/>
      <w:r w:rsidRPr="00A13750">
        <w:rPr>
          <w:rFonts w:ascii="Unesa" w:hAnsi="Unesa" w:cs="Times New Roman"/>
          <w:sz w:val="24"/>
          <w:szCs w:val="24"/>
        </w:rPr>
        <w:t>harus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cari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kerja</w:t>
      </w:r>
      <w:proofErr w:type="spellEnd"/>
      <w:r w:rsidRPr="00A13750">
        <w:rPr>
          <w:rFonts w:ascii="Unesa" w:hAnsi="Unesa" w:cs="Times New Roman"/>
          <w:sz w:val="24"/>
          <w:szCs w:val="24"/>
        </w:rPr>
        <w:t xml:space="preserve">. Aku </w:t>
      </w:r>
      <w:proofErr w:type="spellStart"/>
      <w:r w:rsidRPr="00A13750">
        <w:rPr>
          <w:rFonts w:ascii="Unesa" w:hAnsi="Unesa" w:cs="Times New Roman"/>
          <w:sz w:val="24"/>
          <w:szCs w:val="24"/>
        </w:rPr>
        <w:t>merencanakan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menginap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ditempat</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beberapa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kedepan</w:t>
      </w:r>
      <w:proofErr w:type="spellEnd"/>
      <w:r w:rsidRPr="00A13750">
        <w:rPr>
          <w:rFonts w:ascii="Unesa" w:hAnsi="Unesa" w:cs="Times New Roman"/>
          <w:sz w:val="24"/>
          <w:szCs w:val="24"/>
        </w:rPr>
        <w:t xml:space="preserve">. </w:t>
      </w:r>
      <w:proofErr w:type="gramStart"/>
      <w:r w:rsidRPr="00A13750">
        <w:rPr>
          <w:rFonts w:ascii="Unesa" w:hAnsi="Unesa" w:cs="Times New Roman"/>
          <w:sz w:val="24"/>
          <w:szCs w:val="24"/>
        </w:rPr>
        <w:t>”(</w:t>
      </w:r>
      <w:proofErr w:type="gramEnd"/>
      <w:r w:rsidRPr="00A13750">
        <w:rPr>
          <w:rFonts w:ascii="Unesa" w:hAnsi="Unesa" w:cs="Times New Roman"/>
          <w:sz w:val="24"/>
          <w:szCs w:val="24"/>
        </w:rPr>
        <w:t>Sulaiman, 2023:58)</w:t>
      </w:r>
    </w:p>
    <w:p w14:paraId="187F751E" w14:textId="77777777" w:rsidR="00BD591A" w:rsidRPr="00A13750" w:rsidRDefault="00BD591A" w:rsidP="00A13750">
      <w:pPr>
        <w:pStyle w:val="BodyText"/>
        <w:spacing w:before="161" w:line="240" w:lineRule="auto"/>
        <w:ind w:right="-18" w:firstLine="198"/>
        <w:rPr>
          <w:rFonts w:ascii="Unesa" w:hAnsi="Unesa" w:cs="Times New Roman"/>
          <w:sz w:val="24"/>
          <w:szCs w:val="24"/>
        </w:rPr>
      </w:pPr>
      <w:r w:rsidRPr="00A13750">
        <w:rPr>
          <w:rFonts w:ascii="Unesa" w:hAnsi="Unesa" w:cs="Times New Roman"/>
          <w:sz w:val="24"/>
          <w:szCs w:val="24"/>
        </w:rPr>
        <w:t xml:space="preserve">   </w:t>
      </w:r>
      <w:r w:rsidRPr="00A13750">
        <w:rPr>
          <w:rFonts w:ascii="Unesa" w:hAnsi="Unesa"/>
          <w:w w:val="105"/>
          <w:sz w:val="24"/>
          <w:szCs w:val="24"/>
        </w:rPr>
        <w:t xml:space="preserve">Data di </w:t>
      </w:r>
      <w:proofErr w:type="spellStart"/>
      <w:r w:rsidRPr="00A13750">
        <w:rPr>
          <w:rFonts w:ascii="Unesa" w:hAnsi="Unesa"/>
          <w:w w:val="105"/>
          <w:sz w:val="24"/>
          <w:szCs w:val="24"/>
        </w:rPr>
        <w:t>atas</w:t>
      </w:r>
      <w:proofErr w:type="spellEnd"/>
      <w:r w:rsidRPr="00A13750">
        <w:rPr>
          <w:rFonts w:ascii="Unesa" w:hAnsi="Unesa"/>
          <w:w w:val="105"/>
          <w:sz w:val="24"/>
          <w:szCs w:val="24"/>
        </w:rPr>
        <w:t xml:space="preserve"> </w:t>
      </w:r>
      <w:proofErr w:type="spellStart"/>
      <w:r w:rsidRPr="00A13750">
        <w:rPr>
          <w:rFonts w:ascii="Unesa" w:hAnsi="Unesa"/>
          <w:w w:val="105"/>
          <w:sz w:val="24"/>
          <w:szCs w:val="24"/>
        </w:rPr>
        <w:t>dapat</w:t>
      </w:r>
      <w:proofErr w:type="spellEnd"/>
      <w:r w:rsidRPr="00A13750">
        <w:rPr>
          <w:rFonts w:ascii="Unesa" w:hAnsi="Unesa"/>
          <w:w w:val="105"/>
          <w:sz w:val="24"/>
          <w:szCs w:val="24"/>
        </w:rPr>
        <w:t xml:space="preserve"> </w:t>
      </w:r>
      <w:proofErr w:type="spellStart"/>
      <w:r w:rsidRPr="00A13750">
        <w:rPr>
          <w:rFonts w:ascii="Unesa" w:hAnsi="Unesa"/>
          <w:w w:val="105"/>
          <w:sz w:val="24"/>
          <w:szCs w:val="24"/>
        </w:rPr>
        <w:t>diinterpretasikan</w:t>
      </w:r>
      <w:proofErr w:type="spellEnd"/>
      <w:r w:rsidRPr="00A13750">
        <w:rPr>
          <w:rFonts w:ascii="Unesa" w:hAnsi="Unesa"/>
          <w:w w:val="105"/>
          <w:sz w:val="24"/>
          <w:szCs w:val="24"/>
        </w:rPr>
        <w:t xml:space="preserve"> </w:t>
      </w:r>
      <w:proofErr w:type="spellStart"/>
      <w:r w:rsidRPr="00A13750">
        <w:rPr>
          <w:rFonts w:ascii="Unesa" w:hAnsi="Unesa"/>
          <w:w w:val="105"/>
          <w:sz w:val="24"/>
          <w:szCs w:val="24"/>
        </w:rPr>
        <w:t>sebagai</w:t>
      </w:r>
      <w:proofErr w:type="spellEnd"/>
      <w:r w:rsidRPr="00A13750">
        <w:rPr>
          <w:rFonts w:ascii="Unesa" w:hAnsi="Unesa"/>
          <w:w w:val="105"/>
          <w:sz w:val="24"/>
          <w:szCs w:val="24"/>
        </w:rPr>
        <w:t xml:space="preserve"> </w:t>
      </w:r>
      <w:proofErr w:type="spellStart"/>
      <w:r w:rsidRPr="00A13750">
        <w:rPr>
          <w:rFonts w:ascii="Unesa" w:hAnsi="Unesa" w:cs="Times New Roman"/>
          <w:sz w:val="24"/>
          <w:szCs w:val="24"/>
        </w:rPr>
        <w:t>munculnya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dirinya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berada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ketergantungan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ekonomi</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kalimat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tersebut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menandakan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adanya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kebutuhan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konkret</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bersifat</w:t>
      </w:r>
      <w:proofErr w:type="spellEnd"/>
      <w:r w:rsidRPr="00A13750">
        <w:rPr>
          <w:rFonts w:ascii="Unesa" w:hAnsi="Unesa" w:cs="Times New Roman"/>
          <w:sz w:val="24"/>
          <w:szCs w:val="24"/>
        </w:rPr>
        <w:t xml:space="preserve"> material, </w:t>
      </w:r>
      <w:proofErr w:type="spellStart"/>
      <w:r w:rsidRPr="00A13750">
        <w:rPr>
          <w:rFonts w:ascii="Unesa" w:hAnsi="Unesa" w:cs="Times New Roman"/>
          <w:sz w:val="24"/>
          <w:szCs w:val="24"/>
        </w:rPr>
        <w:t>namun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sekaligus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mencerminkan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ideologis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keberlangsungan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hidupnya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bergantung</w:t>
      </w:r>
      <w:proofErr w:type="spellEnd"/>
      <w:r w:rsidRPr="00A13750">
        <w:rPr>
          <w:rFonts w:ascii="Unesa" w:hAnsi="Unesa" w:cs="Times New Roman"/>
          <w:sz w:val="24"/>
          <w:szCs w:val="24"/>
        </w:rPr>
        <w:t xml:space="preserve"> pada pihak lain. </w:t>
      </w:r>
      <w:proofErr w:type="spellStart"/>
      <w:r w:rsidRPr="00A13750">
        <w:rPr>
          <w:rFonts w:ascii="Unesa" w:hAnsi="Unesa" w:cs="Times New Roman"/>
          <w:sz w:val="24"/>
          <w:szCs w:val="24"/>
        </w:rPr>
        <w:t>Ketergantungan</w:t>
      </w:r>
      <w:proofErr w:type="spellEnd"/>
      <w:r w:rsidRPr="00A13750">
        <w:rPr>
          <w:rFonts w:ascii="Unesa" w:hAnsi="Unesa" w:cs="Times New Roman"/>
          <w:sz w:val="24"/>
          <w:szCs w:val="24"/>
        </w:rPr>
        <w:t xml:space="preserve"> pada “uang </w:t>
      </w:r>
      <w:proofErr w:type="spellStart"/>
      <w:r w:rsidRPr="00A13750">
        <w:rPr>
          <w:rFonts w:ascii="Unesa" w:hAnsi="Unesa" w:cs="Times New Roman"/>
          <w:sz w:val="24"/>
          <w:szCs w:val="24"/>
        </w:rPr>
        <w:t>saku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merepresentasikan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relasi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patriarkal</w:t>
      </w:r>
      <w:proofErr w:type="spellEnd"/>
      <w:r w:rsidRPr="00A13750">
        <w:rPr>
          <w:rFonts w:ascii="Unesa" w:hAnsi="Unesa" w:cs="Times New Roman"/>
          <w:sz w:val="24"/>
          <w:szCs w:val="24"/>
        </w:rPr>
        <w:t xml:space="preserve">, di mana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diposisikan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pemberi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nafkah</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pemegang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kontrol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ekonomi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sementara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ditempatkan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pihak yang </w:t>
      </w:r>
      <w:proofErr w:type="spellStart"/>
      <w:r w:rsidRPr="00A13750">
        <w:rPr>
          <w:rFonts w:ascii="Unesa" w:hAnsi="Unesa" w:cs="Times New Roman"/>
          <w:sz w:val="24"/>
          <w:szCs w:val="24"/>
        </w:rPr>
        <w:t>menerima</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bergantung</w:t>
      </w:r>
      <w:proofErr w:type="spellEnd"/>
      <w:r w:rsidRPr="00A13750">
        <w:rPr>
          <w:rFonts w:ascii="Unesa" w:hAnsi="Unesa" w:cs="Times New Roman"/>
          <w:sz w:val="24"/>
          <w:szCs w:val="24"/>
        </w:rPr>
        <w:t>.</w:t>
      </w:r>
    </w:p>
    <w:p w14:paraId="6816A0D0" w14:textId="77777777" w:rsidR="00BD591A" w:rsidRPr="00A13750" w:rsidRDefault="00BD591A" w:rsidP="00A13750">
      <w:pPr>
        <w:pStyle w:val="BodyText"/>
        <w:spacing w:before="161" w:line="240" w:lineRule="auto"/>
        <w:ind w:right="237" w:firstLine="198"/>
        <w:jc w:val="both"/>
        <w:rPr>
          <w:rFonts w:ascii="Unesa" w:hAnsi="Unesa" w:cs="Times New Roman"/>
          <w:sz w:val="24"/>
          <w:szCs w:val="24"/>
        </w:rPr>
      </w:pP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menunjukkan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tahap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awal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yakni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ketika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mulai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merefleksikan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menyadari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kebebasan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dicapai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kemandirian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khususnya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aspek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ekonomi</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tahap</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belum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sepenuhnya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melakukan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nyata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tetapi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mencapai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kritis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ketergantungan</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pembatasan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bebas</w:t>
      </w:r>
      <w:proofErr w:type="spellEnd"/>
      <w:r w:rsidRPr="00A13750">
        <w:rPr>
          <w:rFonts w:ascii="Unesa" w:hAnsi="Unesa" w:cs="Times New Roman"/>
          <w:sz w:val="24"/>
          <w:szCs w:val="24"/>
        </w:rPr>
        <w:t>.</w:t>
      </w:r>
    </w:p>
    <w:p w14:paraId="5237E0F8" w14:textId="77777777" w:rsidR="00BD591A" w:rsidRPr="00121D63" w:rsidRDefault="00BD591A" w:rsidP="00121D63">
      <w:pPr>
        <w:pStyle w:val="BodyText"/>
        <w:spacing w:before="161" w:line="240" w:lineRule="auto"/>
        <w:ind w:right="237"/>
        <w:jc w:val="both"/>
        <w:rPr>
          <w:rFonts w:ascii="Unesa" w:hAnsi="Unesa" w:cs="Times New Roman"/>
          <w:b/>
          <w:bCs/>
          <w:sz w:val="24"/>
          <w:szCs w:val="24"/>
        </w:rPr>
      </w:pPr>
      <w:proofErr w:type="spellStart"/>
      <w:r w:rsidRPr="00121D63">
        <w:rPr>
          <w:rFonts w:ascii="Unesa" w:hAnsi="Unesa" w:cs="Times New Roman"/>
          <w:b/>
          <w:bCs/>
          <w:sz w:val="24"/>
          <w:szCs w:val="24"/>
        </w:rPr>
        <w:t>Menolak</w:t>
      </w:r>
      <w:proofErr w:type="spellEnd"/>
      <w:r w:rsidRPr="00121D63">
        <w:rPr>
          <w:rFonts w:ascii="Unesa" w:hAnsi="Unesa" w:cs="Times New Roman"/>
          <w:b/>
          <w:bCs/>
          <w:sz w:val="24"/>
          <w:szCs w:val="24"/>
        </w:rPr>
        <w:t xml:space="preserve"> Liyan</w:t>
      </w:r>
    </w:p>
    <w:p w14:paraId="42211036" w14:textId="56241E94" w:rsidR="00BD591A" w:rsidRPr="00A13750" w:rsidRDefault="00BD591A" w:rsidP="00A13750">
      <w:pPr>
        <w:pStyle w:val="BodyText"/>
        <w:spacing w:before="161" w:line="240" w:lineRule="auto"/>
        <w:ind w:right="333"/>
        <w:jc w:val="both"/>
        <w:rPr>
          <w:rFonts w:ascii="Unesa" w:hAnsi="Unesa" w:cs="Times New Roman"/>
          <w:sz w:val="24"/>
          <w:szCs w:val="24"/>
        </w:rPr>
      </w:pPr>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pemikiran</w:t>
      </w:r>
      <w:proofErr w:type="spellEnd"/>
      <w:r w:rsidRPr="00A13750">
        <w:rPr>
          <w:rFonts w:ascii="Unesa" w:hAnsi="Unesa" w:cs="Times New Roman"/>
          <w:sz w:val="24"/>
          <w:szCs w:val="24"/>
        </w:rPr>
        <w:t xml:space="preserve"> Simone de Beauvoir,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masyarakat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dikonstruksikan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i/>
          <w:iCs/>
          <w:sz w:val="24"/>
          <w:szCs w:val="24"/>
        </w:rPr>
        <w:t>liyan</w:t>
      </w:r>
      <w:proofErr w:type="spellEnd"/>
      <w:r w:rsidRPr="00A13750">
        <w:rPr>
          <w:rFonts w:ascii="Unesa" w:hAnsi="Unesa" w:cs="Times New Roman"/>
          <w:sz w:val="24"/>
          <w:szCs w:val="24"/>
        </w:rPr>
        <w:t xml:space="preserve"> (</w:t>
      </w:r>
      <w:r w:rsidRPr="00A13750">
        <w:rPr>
          <w:rFonts w:ascii="Unesa" w:hAnsi="Unesa" w:cs="Times New Roman"/>
          <w:i/>
          <w:iCs/>
          <w:sz w:val="24"/>
          <w:szCs w:val="24"/>
        </w:rPr>
        <w:t>the Other</w:t>
      </w:r>
      <w:r w:rsidRPr="00A13750">
        <w:rPr>
          <w:rFonts w:ascii="Unesa" w:hAnsi="Unesa" w:cs="Times New Roman"/>
          <w:sz w:val="24"/>
          <w:szCs w:val="24"/>
        </w:rPr>
        <w:t xml:space="preserve">), </w:t>
      </w:r>
      <w:proofErr w:type="spellStart"/>
      <w:r w:rsidRPr="00A13750">
        <w:rPr>
          <w:rFonts w:ascii="Unesa" w:hAnsi="Unesa" w:cs="Times New Roman"/>
          <w:sz w:val="24"/>
          <w:szCs w:val="24"/>
        </w:rPr>
        <w:t>yakni</w:t>
      </w:r>
      <w:proofErr w:type="spellEnd"/>
      <w:r w:rsidRPr="00A13750">
        <w:rPr>
          <w:rFonts w:ascii="Unesa" w:hAnsi="Unesa" w:cs="Times New Roman"/>
          <w:sz w:val="24"/>
          <w:szCs w:val="24"/>
        </w:rPr>
        <w:t xml:space="preserve"> pihak yang </w:t>
      </w:r>
      <w:proofErr w:type="spellStart"/>
      <w:r w:rsidRPr="00A13750">
        <w:rPr>
          <w:rFonts w:ascii="Unesa" w:hAnsi="Unesa" w:cs="Times New Roman"/>
          <w:sz w:val="24"/>
          <w:szCs w:val="24"/>
        </w:rPr>
        <w:t>keberadaannya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didefinisikan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dibatasi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dikendalikan</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utama</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dilihat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individu</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memiliki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kebebasan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pelengkap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struktur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keluarga</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karena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itu</w:t>
      </w:r>
      <w:proofErr w:type="spellEnd"/>
      <w:r w:rsidRPr="00A13750">
        <w:rPr>
          <w:rFonts w:ascii="Unesa" w:hAnsi="Unesa" w:cs="Times New Roman"/>
          <w:sz w:val="24"/>
          <w:szCs w:val="24"/>
        </w:rPr>
        <w:t xml:space="preserve">, Beauvoir </w:t>
      </w:r>
      <w:proofErr w:type="spellStart"/>
      <w:r w:rsidRPr="00A13750">
        <w:rPr>
          <w:rFonts w:ascii="Unesa" w:hAnsi="Unesa" w:cs="Times New Roman"/>
          <w:sz w:val="24"/>
          <w:szCs w:val="24"/>
        </w:rPr>
        <w:t>menegaskan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pembebasan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dicapai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yaitu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upaya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melampaui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batasan-batasan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diciptakan</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w:t>
      </w:r>
    </w:p>
    <w:p w14:paraId="7B24DFBA" w14:textId="45BA7601" w:rsidR="00BD591A" w:rsidRPr="00A13750" w:rsidRDefault="00BD591A" w:rsidP="00A13750">
      <w:pPr>
        <w:pStyle w:val="BodyText"/>
        <w:spacing w:before="161" w:line="240" w:lineRule="auto"/>
        <w:ind w:right="237"/>
        <w:jc w:val="both"/>
        <w:rPr>
          <w:rFonts w:ascii="Unesa" w:hAnsi="Unesa" w:cs="Times New Roman"/>
          <w:sz w:val="24"/>
          <w:szCs w:val="24"/>
        </w:rPr>
      </w:pPr>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novel </w:t>
      </w:r>
      <w:proofErr w:type="spellStart"/>
      <w:r w:rsidRPr="00A13750">
        <w:rPr>
          <w:rFonts w:ascii="Unesa" w:hAnsi="Unesa" w:cs="Times New Roman"/>
          <w:i/>
          <w:iCs/>
          <w:sz w:val="24"/>
          <w:szCs w:val="24"/>
        </w:rPr>
        <w:t>Sunyi</w:t>
      </w:r>
      <w:proofErr w:type="spellEnd"/>
      <w:r w:rsidRPr="00A13750">
        <w:rPr>
          <w:rFonts w:ascii="Unesa" w:hAnsi="Unesa" w:cs="Times New Roman"/>
          <w:i/>
          <w:iCs/>
          <w:sz w:val="24"/>
          <w:szCs w:val="24"/>
        </w:rPr>
        <w:t xml:space="preserve"> Paling </w:t>
      </w:r>
      <w:proofErr w:type="spellStart"/>
      <w:r w:rsidRPr="00A13750">
        <w:rPr>
          <w:rFonts w:ascii="Unesa" w:hAnsi="Unesa" w:cs="Times New Roman"/>
          <w:i/>
          <w:iCs/>
          <w:sz w:val="24"/>
          <w:szCs w:val="24"/>
        </w:rPr>
        <w:t>Riuh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upaya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menolak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liyan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tampak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jelas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pilihan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hidup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Penolakan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dilakukan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verbal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konfrontatif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tetapi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diwujudkan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keputusan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keberanian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meninggalkan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penindasan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usaha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membangun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kemandirian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
    <w:p w14:paraId="6AC25D8D" w14:textId="37732B96" w:rsidR="00BD591A" w:rsidRPr="00A13750" w:rsidRDefault="00BD591A" w:rsidP="00A13750">
      <w:pPr>
        <w:pStyle w:val="ListParagraph"/>
        <w:spacing w:line="240" w:lineRule="auto"/>
        <w:ind w:left="993" w:right="333"/>
        <w:jc w:val="both"/>
        <w:rPr>
          <w:rFonts w:ascii="Unesa" w:hAnsi="Unesa" w:cs="Times New Roman"/>
          <w:sz w:val="24"/>
          <w:szCs w:val="24"/>
        </w:rPr>
      </w:pPr>
      <w:r w:rsidRPr="00A13750">
        <w:rPr>
          <w:rFonts w:ascii="Unesa" w:hAnsi="Unesa" w:cs="Times New Roman"/>
          <w:sz w:val="24"/>
          <w:szCs w:val="24"/>
        </w:rPr>
        <w:t xml:space="preserve">“Ibu </w:t>
      </w:r>
      <w:proofErr w:type="spellStart"/>
      <w:r w:rsidRPr="00A13750">
        <w:rPr>
          <w:rFonts w:ascii="Unesa" w:hAnsi="Unesa" w:cs="Times New Roman"/>
          <w:sz w:val="24"/>
          <w:szCs w:val="24"/>
        </w:rPr>
        <w:t>pergi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pamit</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suatu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meninggalkan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kertas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berpesan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Jangan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cari</w:t>
      </w:r>
      <w:proofErr w:type="spellEnd"/>
      <w:r w:rsidRPr="00A13750">
        <w:rPr>
          <w:rFonts w:ascii="Unesa" w:hAnsi="Unesa" w:cs="Times New Roman"/>
          <w:sz w:val="24"/>
          <w:szCs w:val="24"/>
        </w:rPr>
        <w:t xml:space="preserve"> Ibu.</w:t>
      </w:r>
      <w:r w:rsidRPr="00A13750">
        <w:rPr>
          <w:rFonts w:ascii="Unesa" w:hAnsi="Unesa"/>
          <w:sz w:val="24"/>
          <w:szCs w:val="24"/>
        </w:rPr>
        <w:t xml:space="preserve"> </w:t>
      </w:r>
      <w:proofErr w:type="spellStart"/>
      <w:r w:rsidRPr="00A13750">
        <w:rPr>
          <w:rFonts w:ascii="Unesa" w:hAnsi="Unesa" w:cs="Times New Roman"/>
          <w:sz w:val="24"/>
          <w:szCs w:val="24"/>
        </w:rPr>
        <w:t>Tanpa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ada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janji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kembali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petunjuk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w:t>
      </w:r>
      <w:proofErr w:type="spellEnd"/>
      <w:r w:rsidRPr="00A13750">
        <w:rPr>
          <w:rFonts w:ascii="Unesa" w:hAnsi="Unesa" w:cs="Times New Roman"/>
          <w:sz w:val="24"/>
          <w:szCs w:val="24"/>
        </w:rPr>
        <w:t xml:space="preserve"> mana </w:t>
      </w:r>
      <w:proofErr w:type="spellStart"/>
      <w:r w:rsidRPr="00A13750">
        <w:rPr>
          <w:rFonts w:ascii="Unesa" w:hAnsi="Unesa" w:cs="Times New Roman"/>
          <w:sz w:val="24"/>
          <w:szCs w:val="24"/>
        </w:rPr>
        <w:t>ia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pergi</w:t>
      </w:r>
      <w:proofErr w:type="spellEnd"/>
      <w:r w:rsidRPr="00A13750">
        <w:rPr>
          <w:rFonts w:ascii="Unesa" w:hAnsi="Unesa" w:cs="Times New Roman"/>
          <w:sz w:val="24"/>
          <w:szCs w:val="24"/>
        </w:rPr>
        <w:t xml:space="preserve">. Aku </w:t>
      </w:r>
      <w:proofErr w:type="spellStart"/>
      <w:r w:rsidRPr="00A13750">
        <w:rPr>
          <w:rFonts w:ascii="Unesa" w:hAnsi="Unesa" w:cs="Times New Roman"/>
          <w:sz w:val="24"/>
          <w:szCs w:val="24"/>
        </w:rPr>
        <w:t>marah</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menuduh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tersangka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penyebab</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upayaku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mendesak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unduk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mencari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berujung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buntu</w:t>
      </w:r>
      <w:proofErr w:type="spellEnd"/>
      <w:r w:rsidRPr="00A13750">
        <w:rPr>
          <w:rFonts w:ascii="Unesa" w:hAnsi="Unesa" w:cs="Times New Roman"/>
          <w:sz w:val="24"/>
          <w:szCs w:val="24"/>
        </w:rPr>
        <w:t xml:space="preserve">. Bapak </w:t>
      </w:r>
      <w:proofErr w:type="spellStart"/>
      <w:r w:rsidRPr="00A13750">
        <w:rPr>
          <w:rFonts w:ascii="Unesa" w:hAnsi="Unesa" w:cs="Times New Roman"/>
          <w:sz w:val="24"/>
          <w:szCs w:val="24"/>
        </w:rPr>
        <w:t>memilih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bertahan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urusan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perusahaannya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ketimbang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buang-buang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waktu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mencari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proofErr w:type="gramStart"/>
      <w:r w:rsidRPr="00A13750">
        <w:rPr>
          <w:rFonts w:ascii="Unesa" w:hAnsi="Unesa" w:cs="Times New Roman"/>
          <w:sz w:val="24"/>
          <w:szCs w:val="24"/>
        </w:rPr>
        <w:t>.”(</w:t>
      </w:r>
      <w:proofErr w:type="gramEnd"/>
      <w:r w:rsidRPr="00A13750">
        <w:rPr>
          <w:rFonts w:ascii="Unesa" w:hAnsi="Unesa" w:cs="Times New Roman"/>
          <w:sz w:val="24"/>
          <w:szCs w:val="24"/>
        </w:rPr>
        <w:t>Sulaiman, 2023: 1).</w:t>
      </w:r>
    </w:p>
    <w:p w14:paraId="3D8BE328" w14:textId="77777777" w:rsidR="00BD591A" w:rsidRPr="00A13750" w:rsidRDefault="00BD591A" w:rsidP="00A13750">
      <w:pPr>
        <w:spacing w:line="240" w:lineRule="auto"/>
        <w:ind w:right="191"/>
        <w:jc w:val="both"/>
        <w:rPr>
          <w:rFonts w:ascii="Unesa" w:hAnsi="Unesa" w:cs="Times New Roman"/>
          <w:sz w:val="24"/>
          <w:szCs w:val="24"/>
        </w:rPr>
      </w:pPr>
      <w:r w:rsidRPr="00A13750">
        <w:rPr>
          <w:rFonts w:ascii="Unesa" w:hAnsi="Unesa" w:cs="Times New Roman"/>
          <w:sz w:val="24"/>
          <w:szCs w:val="24"/>
        </w:rPr>
        <w:t xml:space="preserve">     Data </w:t>
      </w:r>
      <w:proofErr w:type="spellStart"/>
      <w:r w:rsidRPr="00A13750">
        <w:rPr>
          <w:rFonts w:ascii="Unesa" w:hAnsi="Unesa" w:cs="Times New Roman"/>
          <w:sz w:val="24"/>
          <w:szCs w:val="24"/>
        </w:rPr>
        <w:t>diatas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w w:val="105"/>
          <w:sz w:val="24"/>
          <w:szCs w:val="24"/>
        </w:rPr>
        <w:t>diinterpretasikan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seorang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memilih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meninggalkan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pamit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konteks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sering</w:t>
      </w:r>
      <w:proofErr w:type="spellEnd"/>
      <w:r w:rsidRPr="00A13750">
        <w:rPr>
          <w:rFonts w:ascii="Unesa" w:hAnsi="Unesa" w:cs="Times New Roman"/>
          <w:sz w:val="24"/>
          <w:szCs w:val="24"/>
        </w:rPr>
        <w:t xml:space="preserve"> kali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domestik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mengikat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istri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tuntutan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kepatuhan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pengorbanan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Kepergian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pamit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dimaknai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penolakan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tersebut</w:t>
      </w:r>
      <w:proofErr w:type="spellEnd"/>
      <w:r w:rsidRPr="00A13750">
        <w:rPr>
          <w:rFonts w:ascii="Unesa" w:hAnsi="Unesa" w:cs="Times New Roman"/>
          <w:sz w:val="24"/>
          <w:szCs w:val="24"/>
        </w:rPr>
        <w:t>.</w:t>
      </w:r>
    </w:p>
    <w:p w14:paraId="3A9655D1" w14:textId="77777777" w:rsidR="00BD591A" w:rsidRPr="00A13750" w:rsidRDefault="00BD591A" w:rsidP="00A13750">
      <w:pPr>
        <w:spacing w:line="240" w:lineRule="auto"/>
        <w:ind w:right="191"/>
        <w:jc w:val="both"/>
        <w:rPr>
          <w:rFonts w:ascii="Unesa" w:hAnsi="Unesa" w:cs="Times New Roman"/>
          <w:sz w:val="24"/>
          <w:szCs w:val="24"/>
        </w:rPr>
      </w:pPr>
      <w:r w:rsidRPr="00A13750">
        <w:rPr>
          <w:rFonts w:ascii="Unesa" w:hAnsi="Unesa" w:cs="Times New Roman"/>
          <w:sz w:val="24"/>
          <w:szCs w:val="24"/>
        </w:rPr>
        <w:lastRenderedPageBreak/>
        <w:t xml:space="preserve">      Tindakan ini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wujud</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karena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berusaha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dirinya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sendiri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sekadar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objek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sikap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tegas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memutus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keterikatan</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menempatkannya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liyan</w:t>
      </w:r>
      <w:proofErr w:type="spellEnd"/>
      <w:r w:rsidRPr="00A13750">
        <w:rPr>
          <w:rFonts w:ascii="Unesa" w:hAnsi="Unesa" w:cs="Times New Roman"/>
          <w:sz w:val="24"/>
          <w:szCs w:val="24"/>
        </w:rPr>
        <w:t xml:space="preserve">. Ia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ingin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kembali</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lama yang </w:t>
      </w:r>
      <w:proofErr w:type="spellStart"/>
      <w:r w:rsidRPr="00A13750">
        <w:rPr>
          <w:rFonts w:ascii="Unesa" w:hAnsi="Unesa" w:cs="Times New Roman"/>
          <w:sz w:val="24"/>
          <w:szCs w:val="24"/>
        </w:rPr>
        <w:t>penuh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kontrol</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pembatasan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perspektif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karena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memilih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menentukan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nasibnya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sendiri</w:t>
      </w:r>
      <w:proofErr w:type="spellEnd"/>
      <w:r w:rsidRPr="00A13750">
        <w:rPr>
          <w:rFonts w:ascii="Unesa" w:hAnsi="Unesa" w:cs="Times New Roman"/>
          <w:sz w:val="24"/>
          <w:szCs w:val="24"/>
        </w:rPr>
        <w:t xml:space="preserve">. Ia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menerima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pasif</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ditetapkan</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mengambil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risiko</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demi </w:t>
      </w:r>
      <w:proofErr w:type="spellStart"/>
      <w:r w:rsidRPr="00A13750">
        <w:rPr>
          <w:rFonts w:ascii="Unesa" w:hAnsi="Unesa" w:cs="Times New Roman"/>
          <w:sz w:val="24"/>
          <w:szCs w:val="24"/>
        </w:rPr>
        <w:t>kebebasan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eksistensialnya</w:t>
      </w:r>
      <w:proofErr w:type="spellEnd"/>
      <w:r w:rsidRPr="00A13750">
        <w:rPr>
          <w:rFonts w:ascii="Unesa" w:hAnsi="Unesa" w:cs="Times New Roman"/>
          <w:sz w:val="24"/>
          <w:szCs w:val="24"/>
        </w:rPr>
        <w:t>.</w:t>
      </w:r>
    </w:p>
    <w:p w14:paraId="54E3709D" w14:textId="3A5B13D8" w:rsidR="00B479B7" w:rsidRPr="00121D63" w:rsidRDefault="00B479B7" w:rsidP="00121D63">
      <w:pPr>
        <w:spacing w:line="240" w:lineRule="auto"/>
        <w:ind w:right="191"/>
        <w:jc w:val="both"/>
        <w:rPr>
          <w:rFonts w:ascii="Unesa" w:hAnsi="Unesa" w:cs="Times New Roman"/>
          <w:b/>
          <w:bCs/>
          <w:sz w:val="24"/>
          <w:szCs w:val="24"/>
        </w:rPr>
      </w:pPr>
      <w:proofErr w:type="spellStart"/>
      <w:r w:rsidRPr="00121D63">
        <w:rPr>
          <w:rFonts w:ascii="Unesa" w:hAnsi="Unesa" w:cs="Times New Roman"/>
          <w:b/>
          <w:bCs/>
          <w:sz w:val="24"/>
          <w:szCs w:val="24"/>
        </w:rPr>
        <w:t>I</w:t>
      </w:r>
      <w:r w:rsidR="00121D63" w:rsidRPr="00121D63">
        <w:rPr>
          <w:rFonts w:ascii="Unesa" w:hAnsi="Unesa" w:cs="Times New Roman"/>
          <w:b/>
          <w:bCs/>
          <w:sz w:val="24"/>
          <w:szCs w:val="24"/>
        </w:rPr>
        <w:t>ntelektual</w:t>
      </w:r>
      <w:proofErr w:type="spellEnd"/>
    </w:p>
    <w:p w14:paraId="2E04623B" w14:textId="77777777" w:rsidR="00B479B7" w:rsidRPr="00A13750" w:rsidRDefault="00B479B7" w:rsidP="00A13750">
      <w:pPr>
        <w:spacing w:line="240" w:lineRule="auto"/>
        <w:jc w:val="both"/>
        <w:rPr>
          <w:rFonts w:ascii="Unesa" w:eastAsia="Times New Roman" w:hAnsi="Unesa" w:cs="Times New Roman"/>
          <w:sz w:val="24"/>
          <w:szCs w:val="24"/>
        </w:rPr>
      </w:pPr>
      <w:r w:rsidRPr="00A13750">
        <w:rPr>
          <w:rFonts w:ascii="Unesa" w:eastAsia="Times New Roman" w:hAnsi="Unesa" w:cs="Times New Roman"/>
          <w:sz w:val="24"/>
          <w:szCs w:val="24"/>
        </w:rPr>
        <w:t xml:space="preserve">   Upaya </w:t>
      </w:r>
      <w:proofErr w:type="spellStart"/>
      <w:r w:rsidRPr="00A13750">
        <w:rPr>
          <w:rFonts w:ascii="Unesa" w:eastAsia="Times New Roman" w:hAnsi="Unesa" w:cs="Times New Roman"/>
          <w:sz w:val="24"/>
          <w:szCs w:val="24"/>
        </w:rPr>
        <w:t>transendensi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intelektual</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tidak</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hanya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dimaknai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sebagai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kemampuan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akademik</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melainkan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sebagai</w:t>
      </w:r>
      <w:proofErr w:type="spellEnd"/>
      <w:r w:rsidRPr="00A13750">
        <w:rPr>
          <w:rFonts w:ascii="Unesa" w:eastAsia="Times New Roman" w:hAnsi="Unesa" w:cs="Times New Roman"/>
          <w:sz w:val="24"/>
          <w:szCs w:val="24"/>
        </w:rPr>
        <w:t xml:space="preserve"> proses </w:t>
      </w:r>
      <w:proofErr w:type="spellStart"/>
      <w:r w:rsidRPr="00A13750">
        <w:rPr>
          <w:rFonts w:ascii="Unesa" w:eastAsia="Times New Roman" w:hAnsi="Unesa" w:cs="Times New Roman"/>
          <w:sz w:val="24"/>
          <w:szCs w:val="24"/>
        </w:rPr>
        <w:t>berpikir</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reflektif</w:t>
      </w:r>
      <w:proofErr w:type="spellEnd"/>
      <w:r w:rsidRPr="00A13750">
        <w:rPr>
          <w:rFonts w:ascii="Unesa" w:eastAsia="Times New Roman" w:hAnsi="Unesa" w:cs="Times New Roman"/>
          <w:sz w:val="24"/>
          <w:szCs w:val="24"/>
        </w:rPr>
        <w:t xml:space="preserve"> yang </w:t>
      </w:r>
      <w:proofErr w:type="spellStart"/>
      <w:r w:rsidRPr="00A13750">
        <w:rPr>
          <w:rFonts w:ascii="Unesa" w:eastAsia="Times New Roman" w:hAnsi="Unesa" w:cs="Times New Roman"/>
          <w:sz w:val="24"/>
          <w:szCs w:val="24"/>
        </w:rPr>
        <w:t>membuat</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perempuan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menyadari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bahwa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ketimpangan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relasi</w:t>
      </w:r>
      <w:proofErr w:type="spellEnd"/>
      <w:r w:rsidRPr="00A13750">
        <w:rPr>
          <w:rFonts w:ascii="Unesa" w:eastAsia="Times New Roman" w:hAnsi="Unesa" w:cs="Times New Roman"/>
          <w:sz w:val="24"/>
          <w:szCs w:val="24"/>
        </w:rPr>
        <w:t xml:space="preserve"> gender </w:t>
      </w:r>
      <w:proofErr w:type="spellStart"/>
      <w:r w:rsidRPr="00A13750">
        <w:rPr>
          <w:rFonts w:ascii="Unesa" w:eastAsia="Times New Roman" w:hAnsi="Unesa" w:cs="Times New Roman"/>
          <w:sz w:val="24"/>
          <w:szCs w:val="24"/>
        </w:rPr>
        <w:t>bukanlah</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kodrat</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biologis</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melainkan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hasil</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konstruksi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budaya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patriarki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Melalui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intelektualitas</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perempuan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mampu</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memosisikan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dirinya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sebagai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subjek</w:t>
      </w:r>
      <w:proofErr w:type="spellEnd"/>
      <w:r w:rsidRPr="00A13750">
        <w:rPr>
          <w:rFonts w:ascii="Unesa" w:eastAsia="Times New Roman" w:hAnsi="Unesa" w:cs="Times New Roman"/>
          <w:sz w:val="24"/>
          <w:szCs w:val="24"/>
        </w:rPr>
        <w:t xml:space="preserve"> yang </w:t>
      </w:r>
      <w:proofErr w:type="spellStart"/>
      <w:r w:rsidRPr="00A13750">
        <w:rPr>
          <w:rFonts w:ascii="Unesa" w:eastAsia="Times New Roman" w:hAnsi="Unesa" w:cs="Times New Roman"/>
          <w:sz w:val="24"/>
          <w:szCs w:val="24"/>
        </w:rPr>
        <w:t>berpikir</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bukan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sekadar</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objek</w:t>
      </w:r>
      <w:proofErr w:type="spellEnd"/>
      <w:r w:rsidRPr="00A13750">
        <w:rPr>
          <w:rFonts w:ascii="Unesa" w:eastAsia="Times New Roman" w:hAnsi="Unesa" w:cs="Times New Roman"/>
          <w:sz w:val="24"/>
          <w:szCs w:val="24"/>
        </w:rPr>
        <w:t xml:space="preserve"> yang </w:t>
      </w:r>
      <w:proofErr w:type="spellStart"/>
      <w:r w:rsidRPr="00A13750">
        <w:rPr>
          <w:rFonts w:ascii="Unesa" w:eastAsia="Times New Roman" w:hAnsi="Unesa" w:cs="Times New Roman"/>
          <w:sz w:val="24"/>
          <w:szCs w:val="24"/>
        </w:rPr>
        <w:t>menerima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keadaan</w:t>
      </w:r>
      <w:proofErr w:type="spellEnd"/>
    </w:p>
    <w:p w14:paraId="6172D527" w14:textId="70477236" w:rsidR="00B479B7" w:rsidRPr="00A13750" w:rsidRDefault="00B479B7" w:rsidP="00A13750">
      <w:pPr>
        <w:spacing w:line="240" w:lineRule="auto"/>
        <w:jc w:val="both"/>
        <w:rPr>
          <w:rFonts w:ascii="Unesa" w:eastAsia="Times New Roman" w:hAnsi="Unesa" w:cs="Times New Roman"/>
          <w:sz w:val="24"/>
          <w:szCs w:val="24"/>
        </w:rPr>
      </w:pPr>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Konsep</w:t>
      </w:r>
      <w:proofErr w:type="spellEnd"/>
      <w:r w:rsidRPr="00A13750">
        <w:rPr>
          <w:rFonts w:ascii="Unesa" w:eastAsia="Times New Roman" w:hAnsi="Unesa" w:cs="Times New Roman"/>
          <w:sz w:val="24"/>
          <w:szCs w:val="24"/>
        </w:rPr>
        <w:t xml:space="preserve"> ini </w:t>
      </w:r>
      <w:proofErr w:type="spellStart"/>
      <w:r w:rsidRPr="00A13750">
        <w:rPr>
          <w:rFonts w:ascii="Unesa" w:eastAsia="Times New Roman" w:hAnsi="Unesa" w:cs="Times New Roman"/>
          <w:sz w:val="24"/>
          <w:szCs w:val="24"/>
        </w:rPr>
        <w:t>tercermin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secara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kuat</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dalam</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tokoh</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perempuan</w:t>
      </w:r>
      <w:proofErr w:type="spellEnd"/>
      <w:r w:rsidRPr="00A13750">
        <w:rPr>
          <w:rFonts w:ascii="Unesa" w:eastAsia="Times New Roman" w:hAnsi="Unesa" w:cs="Times New Roman"/>
          <w:sz w:val="24"/>
          <w:szCs w:val="24"/>
        </w:rPr>
        <w:t xml:space="preserve"> novel </w:t>
      </w:r>
      <w:proofErr w:type="spellStart"/>
      <w:r w:rsidRPr="00A13750">
        <w:rPr>
          <w:rFonts w:ascii="Unesa" w:eastAsia="Times New Roman" w:hAnsi="Unesa" w:cs="Times New Roman"/>
          <w:i/>
          <w:iCs/>
          <w:sz w:val="24"/>
          <w:szCs w:val="24"/>
        </w:rPr>
        <w:t>Sunyi</w:t>
      </w:r>
      <w:proofErr w:type="spellEnd"/>
      <w:r w:rsidRPr="00A13750">
        <w:rPr>
          <w:rFonts w:ascii="Unesa" w:eastAsia="Times New Roman" w:hAnsi="Unesa" w:cs="Times New Roman"/>
          <w:i/>
          <w:iCs/>
          <w:sz w:val="24"/>
          <w:szCs w:val="24"/>
        </w:rPr>
        <w:t xml:space="preserve"> Paling </w:t>
      </w:r>
      <w:proofErr w:type="spellStart"/>
      <w:r w:rsidRPr="00A13750">
        <w:rPr>
          <w:rFonts w:ascii="Unesa" w:eastAsia="Times New Roman" w:hAnsi="Unesa" w:cs="Times New Roman"/>
          <w:i/>
          <w:iCs/>
          <w:sz w:val="24"/>
          <w:szCs w:val="24"/>
        </w:rPr>
        <w:t>Riuh</w:t>
      </w:r>
      <w:proofErr w:type="spellEnd"/>
      <w:r w:rsidRPr="00A13750">
        <w:rPr>
          <w:rFonts w:ascii="Unesa" w:eastAsia="Times New Roman" w:hAnsi="Unesa" w:cs="Times New Roman"/>
          <w:sz w:val="24"/>
          <w:szCs w:val="24"/>
        </w:rPr>
        <w:t xml:space="preserve">, yang </w:t>
      </w:r>
      <w:proofErr w:type="spellStart"/>
      <w:r w:rsidRPr="00A13750">
        <w:rPr>
          <w:rFonts w:ascii="Unesa" w:eastAsia="Times New Roman" w:hAnsi="Unesa" w:cs="Times New Roman"/>
          <w:sz w:val="24"/>
          <w:szCs w:val="24"/>
        </w:rPr>
        <w:t>menunjukkan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perkembangan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kesadaran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intelektual</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melalui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refleksi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terhadap</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keluarga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peran</w:t>
      </w:r>
      <w:proofErr w:type="spellEnd"/>
      <w:r w:rsidRPr="00A13750">
        <w:rPr>
          <w:rFonts w:ascii="Unesa" w:eastAsia="Times New Roman" w:hAnsi="Unesa" w:cs="Times New Roman"/>
          <w:sz w:val="24"/>
          <w:szCs w:val="24"/>
        </w:rPr>
        <w:t xml:space="preserve"> gender, dan </w:t>
      </w:r>
      <w:proofErr w:type="spellStart"/>
      <w:r w:rsidRPr="00A13750">
        <w:rPr>
          <w:rFonts w:ascii="Unesa" w:eastAsia="Times New Roman" w:hAnsi="Unesa" w:cs="Times New Roman"/>
          <w:sz w:val="24"/>
          <w:szCs w:val="24"/>
        </w:rPr>
        <w:t>relasi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emosional</w:t>
      </w:r>
      <w:proofErr w:type="spellEnd"/>
      <w:r w:rsidRPr="00A13750">
        <w:rPr>
          <w:rFonts w:ascii="Unesa" w:eastAsia="Times New Roman" w:hAnsi="Unesa" w:cs="Times New Roman"/>
          <w:sz w:val="24"/>
          <w:szCs w:val="24"/>
        </w:rPr>
        <w:t>.</w:t>
      </w:r>
      <w:r w:rsidRPr="00A13750">
        <w:rPr>
          <w:rFonts w:ascii="Unesa" w:hAnsi="Unesa" w:cs="Times New Roman"/>
          <w:b/>
          <w:bCs/>
          <w:sz w:val="24"/>
          <w:szCs w:val="24"/>
        </w:rPr>
        <w:t xml:space="preserve"> </w:t>
      </w:r>
      <w:proofErr w:type="spellStart"/>
      <w:r w:rsidRPr="00A13750">
        <w:rPr>
          <w:rFonts w:ascii="Unesa" w:eastAsia="Times New Roman" w:hAnsi="Unesa" w:cs="Times New Roman"/>
          <w:sz w:val="24"/>
          <w:szCs w:val="24"/>
        </w:rPr>
        <w:t>Dalam</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pemikiran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feminisme</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eksistensialis</w:t>
      </w:r>
      <w:proofErr w:type="spellEnd"/>
      <w:r w:rsidRPr="00A13750">
        <w:rPr>
          <w:rFonts w:ascii="Unesa" w:eastAsia="Times New Roman" w:hAnsi="Unesa" w:cs="Times New Roman"/>
          <w:sz w:val="24"/>
          <w:szCs w:val="24"/>
        </w:rPr>
        <w:t xml:space="preserve"> Simone de Beauvoir, </w:t>
      </w:r>
      <w:proofErr w:type="spellStart"/>
      <w:r w:rsidRPr="00A13750">
        <w:rPr>
          <w:rFonts w:ascii="Unesa" w:eastAsia="Times New Roman" w:hAnsi="Unesa" w:cs="Times New Roman"/>
          <w:sz w:val="24"/>
          <w:szCs w:val="24"/>
        </w:rPr>
        <w:t>intelektualitas</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merupakan</w:t>
      </w:r>
      <w:proofErr w:type="spellEnd"/>
      <w:r w:rsidRPr="00A13750">
        <w:rPr>
          <w:rFonts w:ascii="Unesa" w:eastAsia="Times New Roman" w:hAnsi="Unesa" w:cs="Times New Roman"/>
          <w:sz w:val="24"/>
          <w:szCs w:val="24"/>
        </w:rPr>
        <w:t xml:space="preserve"> salah </w:t>
      </w:r>
      <w:proofErr w:type="spellStart"/>
      <w:r w:rsidRPr="00A13750">
        <w:rPr>
          <w:rFonts w:ascii="Unesa" w:eastAsia="Times New Roman" w:hAnsi="Unesa" w:cs="Times New Roman"/>
          <w:sz w:val="24"/>
          <w:szCs w:val="24"/>
        </w:rPr>
        <w:t>satu</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upaya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utama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perempuan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untuk</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mencapai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transendensi</w:t>
      </w:r>
      <w:proofErr w:type="spellEnd"/>
      <w:r w:rsidRPr="00A13750">
        <w:rPr>
          <w:rFonts w:ascii="Unesa" w:eastAsia="Times New Roman" w:hAnsi="Unesa" w:cs="Times New Roman"/>
          <w:sz w:val="24"/>
          <w:szCs w:val="24"/>
        </w:rPr>
        <w:t xml:space="preserve">. Beauvoir </w:t>
      </w:r>
      <w:proofErr w:type="spellStart"/>
      <w:r w:rsidRPr="00A13750">
        <w:rPr>
          <w:rFonts w:ascii="Unesa" w:eastAsia="Times New Roman" w:hAnsi="Unesa" w:cs="Times New Roman"/>
          <w:sz w:val="24"/>
          <w:szCs w:val="24"/>
        </w:rPr>
        <w:t>menegaskan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bahwa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perempuan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secara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historis</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ditempatkan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dalam</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posisi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imanen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yaitu</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ruang</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domestik</w:t>
      </w:r>
      <w:proofErr w:type="spellEnd"/>
      <w:r w:rsidRPr="00A13750">
        <w:rPr>
          <w:rFonts w:ascii="Unesa" w:eastAsia="Times New Roman" w:hAnsi="Unesa" w:cs="Times New Roman"/>
          <w:sz w:val="24"/>
          <w:szCs w:val="24"/>
        </w:rPr>
        <w:t xml:space="preserve"> dan </w:t>
      </w:r>
      <w:proofErr w:type="spellStart"/>
      <w:r w:rsidRPr="00A13750">
        <w:rPr>
          <w:rFonts w:ascii="Unesa" w:eastAsia="Times New Roman" w:hAnsi="Unesa" w:cs="Times New Roman"/>
          <w:sz w:val="24"/>
          <w:szCs w:val="24"/>
        </w:rPr>
        <w:t>pasif</w:t>
      </w:r>
      <w:proofErr w:type="spellEnd"/>
      <w:r w:rsidRPr="00A13750">
        <w:rPr>
          <w:rFonts w:ascii="Unesa" w:eastAsia="Times New Roman" w:hAnsi="Unesa" w:cs="Times New Roman"/>
          <w:sz w:val="24"/>
          <w:szCs w:val="24"/>
        </w:rPr>
        <w:t xml:space="preserve"> yang </w:t>
      </w:r>
      <w:proofErr w:type="spellStart"/>
      <w:r w:rsidRPr="00A13750">
        <w:rPr>
          <w:rFonts w:ascii="Unesa" w:eastAsia="Times New Roman" w:hAnsi="Unesa" w:cs="Times New Roman"/>
          <w:sz w:val="24"/>
          <w:szCs w:val="24"/>
        </w:rPr>
        <w:t>membatasi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kebebasan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berpikir</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serta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bertindak</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Untuk</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keluar</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dari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posisi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tersebut</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perempuan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harus</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mengembangkan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kesadaran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intelektual</w:t>
      </w:r>
      <w:proofErr w:type="spellEnd"/>
      <w:r w:rsidRPr="00A13750">
        <w:rPr>
          <w:rFonts w:ascii="Unesa" w:eastAsia="Times New Roman" w:hAnsi="Unesa" w:cs="Times New Roman"/>
          <w:sz w:val="24"/>
          <w:szCs w:val="24"/>
        </w:rPr>
        <w:t xml:space="preserve"> yang </w:t>
      </w:r>
      <w:proofErr w:type="spellStart"/>
      <w:r w:rsidRPr="00A13750">
        <w:rPr>
          <w:rFonts w:ascii="Unesa" w:eastAsia="Times New Roman" w:hAnsi="Unesa" w:cs="Times New Roman"/>
          <w:sz w:val="24"/>
          <w:szCs w:val="24"/>
        </w:rPr>
        <w:t>memungkinkan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dirinya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memahami</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mempertanyakan</w:t>
      </w:r>
      <w:proofErr w:type="spellEnd"/>
      <w:r w:rsidRPr="00A13750">
        <w:rPr>
          <w:rFonts w:ascii="Unesa" w:eastAsia="Times New Roman" w:hAnsi="Unesa" w:cs="Times New Roman"/>
          <w:sz w:val="24"/>
          <w:szCs w:val="24"/>
        </w:rPr>
        <w:t xml:space="preserve">, dan </w:t>
      </w:r>
      <w:proofErr w:type="spellStart"/>
      <w:r w:rsidRPr="00A13750">
        <w:rPr>
          <w:rFonts w:ascii="Unesa" w:eastAsia="Times New Roman" w:hAnsi="Unesa" w:cs="Times New Roman"/>
          <w:sz w:val="24"/>
          <w:szCs w:val="24"/>
        </w:rPr>
        <w:t>menafsirkan</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realitas</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sosial</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secara</w:t>
      </w:r>
      <w:proofErr w:type="spellEnd"/>
      <w:r w:rsidRPr="00A13750">
        <w:rPr>
          <w:rFonts w:ascii="Unesa" w:eastAsia="Times New Roman" w:hAnsi="Unesa" w:cs="Times New Roman"/>
          <w:sz w:val="24"/>
          <w:szCs w:val="24"/>
        </w:rPr>
        <w:t xml:space="preserve"> </w:t>
      </w:r>
      <w:proofErr w:type="spellStart"/>
      <w:r w:rsidRPr="00A13750">
        <w:rPr>
          <w:rFonts w:ascii="Unesa" w:eastAsia="Times New Roman" w:hAnsi="Unesa" w:cs="Times New Roman"/>
          <w:sz w:val="24"/>
          <w:szCs w:val="24"/>
        </w:rPr>
        <w:t>kritis</w:t>
      </w:r>
      <w:proofErr w:type="spellEnd"/>
      <w:r w:rsidRPr="00A13750">
        <w:rPr>
          <w:rFonts w:ascii="Unesa" w:eastAsia="Times New Roman" w:hAnsi="Unesa" w:cs="Times New Roman"/>
          <w:sz w:val="24"/>
          <w:szCs w:val="24"/>
        </w:rPr>
        <w:t>.</w:t>
      </w:r>
    </w:p>
    <w:p w14:paraId="767DF655" w14:textId="1CB250FD" w:rsidR="00B479B7" w:rsidRPr="00A13750" w:rsidRDefault="00B479B7" w:rsidP="00A13750">
      <w:pPr>
        <w:pStyle w:val="ListParagraph"/>
        <w:spacing w:line="240" w:lineRule="auto"/>
        <w:ind w:left="1191" w:right="124"/>
        <w:jc w:val="both"/>
        <w:rPr>
          <w:rFonts w:ascii="Unesa" w:hAnsi="Unesa" w:cs="Times New Roman"/>
          <w:sz w:val="24"/>
          <w:szCs w:val="24"/>
        </w:rPr>
      </w:pPr>
      <w:r w:rsidRPr="00A13750">
        <w:rPr>
          <w:rFonts w:ascii="Unesa" w:hAnsi="Unesa" w:cs="Times New Roman"/>
          <w:sz w:val="24"/>
          <w:szCs w:val="24"/>
        </w:rPr>
        <w:t xml:space="preserve">“Aku </w:t>
      </w:r>
      <w:proofErr w:type="spellStart"/>
      <w:r w:rsidRPr="00A13750">
        <w:rPr>
          <w:rFonts w:ascii="Unesa" w:hAnsi="Unesa" w:cs="Times New Roman"/>
          <w:sz w:val="24"/>
          <w:szCs w:val="24"/>
        </w:rPr>
        <w:t>benar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bisa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mentolerir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sikap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bapak.aku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tahu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dia</w:t>
      </w:r>
      <w:proofErr w:type="spellEnd"/>
      <w:r w:rsidRPr="00A13750">
        <w:rPr>
          <w:rFonts w:ascii="Unesa" w:hAnsi="Unesa" w:cs="Times New Roman"/>
          <w:sz w:val="24"/>
          <w:szCs w:val="24"/>
        </w:rPr>
        <w:t xml:space="preserve"> punya </w:t>
      </w:r>
      <w:proofErr w:type="spellStart"/>
      <w:r w:rsidRPr="00A13750">
        <w:rPr>
          <w:rFonts w:ascii="Unesa" w:hAnsi="Unesa" w:cs="Times New Roman"/>
          <w:sz w:val="24"/>
          <w:szCs w:val="24"/>
        </w:rPr>
        <w:t>masalah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sendiri</w:t>
      </w:r>
      <w:proofErr w:type="spellEnd"/>
      <w:r w:rsidRPr="00A13750">
        <w:rPr>
          <w:rFonts w:ascii="Unesa" w:hAnsi="Unesa" w:cs="Times New Roman"/>
          <w:sz w:val="24"/>
          <w:szCs w:val="24"/>
        </w:rPr>
        <w:t xml:space="preserve">. Apa </w:t>
      </w:r>
      <w:proofErr w:type="spellStart"/>
      <w:r w:rsidRPr="00A13750">
        <w:rPr>
          <w:rFonts w:ascii="Unesa" w:hAnsi="Unesa" w:cs="Times New Roman"/>
          <w:sz w:val="24"/>
          <w:szCs w:val="24"/>
        </w:rPr>
        <w:t>dia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lupa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kalau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seorang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Kepala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tangga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Seharusnya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jadi</w:t>
      </w:r>
      <w:proofErr w:type="spellEnd"/>
      <w:r w:rsidRPr="00A13750">
        <w:rPr>
          <w:rFonts w:ascii="Unesa" w:hAnsi="Unesa" w:cs="Times New Roman"/>
          <w:sz w:val="24"/>
          <w:szCs w:val="24"/>
        </w:rPr>
        <w:t xml:space="preserve"> paling </w:t>
      </w:r>
      <w:proofErr w:type="spellStart"/>
      <w:r w:rsidRPr="00A13750">
        <w:rPr>
          <w:rFonts w:ascii="Unesa" w:hAnsi="Unesa" w:cs="Times New Roman"/>
          <w:sz w:val="24"/>
          <w:szCs w:val="24"/>
        </w:rPr>
        <w:t>kuat</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antara</w:t>
      </w:r>
      <w:proofErr w:type="spellEnd"/>
      <w:r w:rsidRPr="00A13750">
        <w:rPr>
          <w:rFonts w:ascii="Unesa" w:hAnsi="Unesa" w:cs="Times New Roman"/>
          <w:sz w:val="24"/>
          <w:szCs w:val="24"/>
        </w:rPr>
        <w:t xml:space="preserve"> kami, Apa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pernikahan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ibu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sebenarnya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menahan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emosinya</w:t>
      </w:r>
      <w:proofErr w:type="spellEnd"/>
      <w:r w:rsidRPr="00A13750">
        <w:rPr>
          <w:rFonts w:ascii="Unesa" w:hAnsi="Unesa" w:cs="Times New Roman"/>
          <w:sz w:val="24"/>
          <w:szCs w:val="24"/>
        </w:rPr>
        <w:t>?” (Sulaiman, 2023: 56)</w:t>
      </w:r>
    </w:p>
    <w:p w14:paraId="5EEB8094" w14:textId="62D2EE8F" w:rsidR="00B479B7" w:rsidRPr="00A13750" w:rsidRDefault="00B479B7" w:rsidP="00A13750">
      <w:pPr>
        <w:spacing w:line="240" w:lineRule="auto"/>
        <w:ind w:right="124"/>
        <w:jc w:val="both"/>
        <w:rPr>
          <w:rFonts w:ascii="Unesa" w:hAnsi="Unesa" w:cs="Times New Roman"/>
          <w:sz w:val="24"/>
          <w:szCs w:val="24"/>
        </w:rPr>
      </w:pPr>
      <w:r w:rsidRPr="00A13750">
        <w:rPr>
          <w:rFonts w:ascii="Unesa" w:hAnsi="Unesa" w:cs="Times New Roman"/>
          <w:sz w:val="24"/>
          <w:szCs w:val="24"/>
        </w:rPr>
        <w:t xml:space="preserve">      Data </w:t>
      </w:r>
      <w:proofErr w:type="spellStart"/>
      <w:r w:rsidRPr="00A13750">
        <w:rPr>
          <w:rFonts w:ascii="Unesa" w:hAnsi="Unesa" w:cs="Times New Roman"/>
          <w:sz w:val="24"/>
          <w:szCs w:val="24"/>
        </w:rPr>
        <w:t>diatas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w w:val="105"/>
          <w:sz w:val="24"/>
          <w:szCs w:val="24"/>
        </w:rPr>
        <w:t>diinterpretasikan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awal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upaya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intelektual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menghadapi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mempertanyakan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kepala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tangga</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dikonstruksikan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figur</w:t>
      </w:r>
      <w:proofErr w:type="spellEnd"/>
      <w:r w:rsidRPr="00A13750">
        <w:rPr>
          <w:rFonts w:ascii="Unesa" w:hAnsi="Unesa" w:cs="Times New Roman"/>
          <w:sz w:val="24"/>
          <w:szCs w:val="24"/>
        </w:rPr>
        <w:t xml:space="preserve"> paling </w:t>
      </w:r>
      <w:proofErr w:type="spellStart"/>
      <w:r w:rsidRPr="00A13750">
        <w:rPr>
          <w:rFonts w:ascii="Unesa" w:hAnsi="Unesa" w:cs="Times New Roman"/>
          <w:sz w:val="24"/>
          <w:szCs w:val="24"/>
        </w:rPr>
        <w:t>kuat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dominan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bertanggung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jawab</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status “</w:t>
      </w:r>
      <w:proofErr w:type="spellStart"/>
      <w:r w:rsidRPr="00A13750">
        <w:rPr>
          <w:rFonts w:ascii="Unesa" w:hAnsi="Unesa" w:cs="Times New Roman"/>
          <w:sz w:val="24"/>
          <w:szCs w:val="24"/>
        </w:rPr>
        <w:t>kepala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rumah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tangga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dilekatkan</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laki-laki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dianggap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legitimasi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kekuasaan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serta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superioritas</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sering</w:t>
      </w:r>
      <w:proofErr w:type="spellEnd"/>
      <w:r w:rsidRPr="00A13750">
        <w:rPr>
          <w:rFonts w:ascii="Unesa" w:hAnsi="Unesa" w:cs="Times New Roman"/>
          <w:sz w:val="24"/>
          <w:szCs w:val="24"/>
        </w:rPr>
        <w:t xml:space="preserve"> kali </w:t>
      </w:r>
      <w:proofErr w:type="spellStart"/>
      <w:r w:rsidRPr="00A13750">
        <w:rPr>
          <w:rFonts w:ascii="Unesa" w:hAnsi="Unesa" w:cs="Times New Roman"/>
          <w:sz w:val="24"/>
          <w:szCs w:val="24"/>
        </w:rPr>
        <w:t>menerima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konstruksi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tersebut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pasif</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menyesuaikan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subordinat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Namun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kutipan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justru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sikap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intelektual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menyadari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adanya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ketidaksesuaian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antara</w:t>
      </w:r>
      <w:proofErr w:type="spellEnd"/>
      <w:r w:rsidRPr="00A13750">
        <w:rPr>
          <w:rFonts w:ascii="Unesa" w:hAnsi="Unesa" w:cs="Times New Roman"/>
          <w:sz w:val="24"/>
          <w:szCs w:val="24"/>
        </w:rPr>
        <w:t xml:space="preserve"> norma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realitas</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ia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alami</w:t>
      </w:r>
      <w:proofErr w:type="spellEnd"/>
      <w:r w:rsidRPr="00A13750">
        <w:rPr>
          <w:rFonts w:ascii="Unesa" w:hAnsi="Unesa" w:cs="Times New Roman"/>
          <w:sz w:val="24"/>
          <w:szCs w:val="24"/>
        </w:rPr>
        <w:t xml:space="preserve">. Ia </w:t>
      </w:r>
      <w:proofErr w:type="spellStart"/>
      <w:r w:rsidRPr="00A13750">
        <w:rPr>
          <w:rFonts w:ascii="Unesa" w:hAnsi="Unesa" w:cs="Times New Roman"/>
          <w:sz w:val="24"/>
          <w:szCs w:val="24"/>
        </w:rPr>
        <w:t>mempertanyakan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mengapa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sosok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bapak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ditempatkan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pusat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kekuatan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keluarga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justru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gagal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menjalankan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tersebut</w:t>
      </w:r>
      <w:proofErr w:type="spellEnd"/>
      <w:r w:rsidRPr="00A13750">
        <w:rPr>
          <w:rFonts w:ascii="Unesa" w:hAnsi="Unesa" w:cs="Times New Roman"/>
          <w:sz w:val="24"/>
          <w:szCs w:val="24"/>
        </w:rPr>
        <w:t>.</w:t>
      </w:r>
    </w:p>
    <w:p w14:paraId="07486981" w14:textId="77777777" w:rsidR="00B479B7" w:rsidRPr="00121D63" w:rsidRDefault="00B479B7" w:rsidP="00121D63">
      <w:pPr>
        <w:spacing w:line="240" w:lineRule="auto"/>
        <w:ind w:right="124"/>
        <w:jc w:val="both"/>
        <w:rPr>
          <w:rFonts w:ascii="Unesa" w:hAnsi="Unesa" w:cs="Times New Roman"/>
          <w:b/>
          <w:bCs/>
          <w:sz w:val="24"/>
          <w:szCs w:val="24"/>
        </w:rPr>
      </w:pPr>
      <w:proofErr w:type="spellStart"/>
      <w:r w:rsidRPr="00121D63">
        <w:rPr>
          <w:rFonts w:ascii="Unesa" w:hAnsi="Unesa" w:cs="Times New Roman"/>
          <w:b/>
          <w:bCs/>
          <w:sz w:val="24"/>
          <w:szCs w:val="24"/>
        </w:rPr>
        <w:t>Transformasi</w:t>
      </w:r>
      <w:proofErr w:type="spellEnd"/>
      <w:r w:rsidRPr="00121D63">
        <w:rPr>
          <w:rFonts w:ascii="Unesa" w:hAnsi="Unesa" w:cs="Times New Roman"/>
          <w:b/>
          <w:bCs/>
          <w:sz w:val="24"/>
          <w:szCs w:val="24"/>
        </w:rPr>
        <w:t xml:space="preserve"> </w:t>
      </w:r>
      <w:proofErr w:type="spellStart"/>
      <w:r w:rsidRPr="00121D63">
        <w:rPr>
          <w:rFonts w:ascii="Unesa" w:hAnsi="Unesa" w:cs="Times New Roman"/>
          <w:b/>
          <w:bCs/>
          <w:sz w:val="24"/>
          <w:szCs w:val="24"/>
        </w:rPr>
        <w:t>Sosial</w:t>
      </w:r>
      <w:proofErr w:type="spellEnd"/>
    </w:p>
    <w:p w14:paraId="4095CE93" w14:textId="670B251E" w:rsidR="00B479B7" w:rsidRPr="00A13750" w:rsidRDefault="00B479B7" w:rsidP="00A13750">
      <w:pPr>
        <w:spacing w:line="240" w:lineRule="auto"/>
        <w:ind w:right="124"/>
        <w:jc w:val="both"/>
        <w:rPr>
          <w:rFonts w:ascii="Unesa" w:hAnsi="Unesa" w:cs="Times New Roman"/>
          <w:sz w:val="24"/>
          <w:szCs w:val="24"/>
        </w:rPr>
      </w:pPr>
      <w:r w:rsidRPr="00A13750">
        <w:rPr>
          <w:rFonts w:ascii="Unesa" w:hAnsi="Unesa" w:cs="Times New Roman"/>
          <w:sz w:val="24"/>
          <w:szCs w:val="24"/>
        </w:rPr>
        <w:lastRenderedPageBreak/>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pemikiran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eksistensialis</w:t>
      </w:r>
      <w:proofErr w:type="spellEnd"/>
      <w:r w:rsidRPr="00A13750">
        <w:rPr>
          <w:rFonts w:ascii="Unesa" w:hAnsi="Unesa" w:cs="Times New Roman"/>
          <w:sz w:val="24"/>
          <w:szCs w:val="24"/>
        </w:rPr>
        <w:t xml:space="preserve"> Simone de Beauvoir,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kelanjutan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proses </w:t>
      </w:r>
      <w:proofErr w:type="spellStart"/>
      <w:r w:rsidRPr="00A13750">
        <w:rPr>
          <w:rFonts w:ascii="Unesa" w:hAnsi="Unesa" w:cs="Times New Roman"/>
          <w:sz w:val="24"/>
          <w:szCs w:val="24"/>
        </w:rPr>
        <w:t>transendensi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w:t>
      </w:r>
      <w:proofErr w:type="spellEnd"/>
      <w:r w:rsidRPr="00A13750">
        <w:rPr>
          <w:rFonts w:ascii="Unesa" w:hAnsi="Unesa" w:cs="Times New Roman"/>
          <w:sz w:val="24"/>
          <w:szCs w:val="24"/>
        </w:rPr>
        <w:t xml:space="preserve">. Beauvoir </w:t>
      </w:r>
      <w:proofErr w:type="spellStart"/>
      <w:r w:rsidRPr="00A13750">
        <w:rPr>
          <w:rFonts w:ascii="Unesa" w:hAnsi="Unesa" w:cs="Times New Roman"/>
          <w:sz w:val="24"/>
          <w:szCs w:val="24"/>
        </w:rPr>
        <w:t>menegaskan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penindasan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bersumber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faktor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biologis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konstruksi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historis</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dibangun</w:t>
      </w:r>
      <w:proofErr w:type="spellEnd"/>
      <w:r w:rsidRPr="00A13750">
        <w:rPr>
          <w:rFonts w:ascii="Unesa" w:hAnsi="Unesa" w:cs="Times New Roman"/>
          <w:sz w:val="24"/>
          <w:szCs w:val="24"/>
        </w:rPr>
        <w:t xml:space="preserve"> oleh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w:t>
      </w:r>
      <w:r w:rsidRPr="00A13750">
        <w:rPr>
          <w:rFonts w:ascii="Unesa" w:hAnsi="Unesa" w:cs="Times New Roman"/>
          <w:b/>
          <w:bCs/>
          <w:sz w:val="24"/>
          <w:szCs w:val="24"/>
        </w:rPr>
        <w:t xml:space="preserve">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perspektif</w:t>
      </w:r>
      <w:proofErr w:type="spellEnd"/>
      <w:r w:rsidRPr="00A13750">
        <w:rPr>
          <w:rFonts w:ascii="Unesa" w:hAnsi="Unesa" w:cs="Times New Roman"/>
          <w:sz w:val="24"/>
          <w:szCs w:val="24"/>
        </w:rPr>
        <w:t xml:space="preserve"> Beauvoir </w:t>
      </w:r>
      <w:proofErr w:type="spellStart"/>
      <w:r w:rsidRPr="00A13750">
        <w:rPr>
          <w:rFonts w:ascii="Unesa" w:hAnsi="Unesa" w:cs="Times New Roman"/>
          <w:sz w:val="24"/>
          <w:szCs w:val="24"/>
        </w:rPr>
        <w:t>merujuk</w:t>
      </w:r>
      <w:proofErr w:type="spellEnd"/>
      <w:r w:rsidRPr="00A13750">
        <w:rPr>
          <w:rFonts w:ascii="Unesa" w:hAnsi="Unesa" w:cs="Times New Roman"/>
          <w:sz w:val="24"/>
          <w:szCs w:val="24"/>
        </w:rPr>
        <w:t xml:space="preserve"> pada </w:t>
      </w:r>
      <w:proofErr w:type="spellStart"/>
      <w:r w:rsidRPr="00A13750">
        <w:rPr>
          <w:rFonts w:ascii="Unesa" w:hAnsi="Unesa" w:cs="Times New Roman"/>
          <w:sz w:val="24"/>
          <w:szCs w:val="24"/>
        </w:rPr>
        <w:t>perubahan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berelasi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dunia </w:t>
      </w:r>
      <w:proofErr w:type="spellStart"/>
      <w:r w:rsidRPr="00A13750">
        <w:rPr>
          <w:rFonts w:ascii="Unesa" w:hAnsi="Unesa" w:cs="Times New Roman"/>
          <w:sz w:val="24"/>
          <w:szCs w:val="24"/>
        </w:rPr>
        <w:t>sosialnya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termasuk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keluarga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institusi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nilai-nilai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budaya</w:t>
      </w:r>
      <w:proofErr w:type="spellEnd"/>
      <w:r w:rsidRPr="00A13750">
        <w:rPr>
          <w:rFonts w:ascii="Unesa" w:hAnsi="Unesa" w:cs="Times New Roman"/>
          <w:sz w:val="24"/>
          <w:szCs w:val="24"/>
        </w:rPr>
        <w:t xml:space="preserve">, dan norma </w:t>
      </w:r>
      <w:proofErr w:type="spellStart"/>
      <w:r w:rsidRPr="00A13750">
        <w:rPr>
          <w:rFonts w:ascii="Unesa" w:hAnsi="Unesa" w:cs="Times New Roman"/>
          <w:sz w:val="24"/>
          <w:szCs w:val="24"/>
        </w:rPr>
        <w:t>masyarakat</w:t>
      </w:r>
      <w:proofErr w:type="spellEnd"/>
      <w:r w:rsidRPr="00A13750">
        <w:rPr>
          <w:rFonts w:ascii="Unesa" w:hAnsi="Unesa" w:cs="Times New Roman"/>
          <w:sz w:val="24"/>
          <w:szCs w:val="24"/>
        </w:rPr>
        <w:t xml:space="preserve">. Perempuan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menerima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telah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ditentukan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pasif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sadar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menegosiasi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menolak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merekonstruksi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tersebut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sesuai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kebebasan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kehendak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demikian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menjadi</w:t>
      </w:r>
      <w:proofErr w:type="spellEnd"/>
      <w:r w:rsidRPr="00A13750">
        <w:rPr>
          <w:rFonts w:ascii="Unesa" w:hAnsi="Unesa" w:cs="Times New Roman"/>
          <w:sz w:val="24"/>
          <w:szCs w:val="24"/>
        </w:rPr>
        <w:t xml:space="preserve"> arena </w:t>
      </w:r>
      <w:proofErr w:type="spellStart"/>
      <w:r w:rsidRPr="00A13750">
        <w:rPr>
          <w:rFonts w:ascii="Unesa" w:hAnsi="Unesa" w:cs="Times New Roman"/>
          <w:sz w:val="24"/>
          <w:szCs w:val="24"/>
        </w:rPr>
        <w:t>penting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keluar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dari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posisi</w:t>
      </w:r>
      <w:proofErr w:type="spellEnd"/>
      <w:r w:rsidRPr="00A13750">
        <w:rPr>
          <w:rFonts w:ascii="Unesa" w:hAnsi="Unesa" w:cs="Times New Roman"/>
          <w:sz w:val="24"/>
          <w:szCs w:val="24"/>
        </w:rPr>
        <w:t xml:space="preserve"> </w:t>
      </w:r>
      <w:proofErr w:type="spellStart"/>
      <w:r w:rsidRPr="00A13750">
        <w:rPr>
          <w:rFonts w:ascii="Unesa" w:hAnsi="Unesa" w:cs="Times New Roman"/>
          <w:i/>
          <w:iCs/>
          <w:sz w:val="24"/>
          <w:szCs w:val="24"/>
        </w:rPr>
        <w:t>liyan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menegaskan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dirinya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subjek</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otonom</w:t>
      </w:r>
      <w:proofErr w:type="spellEnd"/>
      <w:r w:rsidRPr="00A13750">
        <w:rPr>
          <w:rFonts w:ascii="Unesa" w:hAnsi="Unesa" w:cs="Times New Roman"/>
          <w:sz w:val="24"/>
          <w:szCs w:val="24"/>
        </w:rPr>
        <w:t>.</w:t>
      </w:r>
    </w:p>
    <w:p w14:paraId="4E22BD9C" w14:textId="23EC8856" w:rsidR="00B479B7" w:rsidRPr="00A13750" w:rsidRDefault="00B479B7" w:rsidP="00A13750">
      <w:pPr>
        <w:pStyle w:val="ListParagraph"/>
        <w:spacing w:line="240" w:lineRule="auto"/>
        <w:ind w:left="907" w:right="191"/>
        <w:jc w:val="both"/>
        <w:rPr>
          <w:rFonts w:ascii="Unesa" w:hAnsi="Unesa" w:cs="Times New Roman"/>
          <w:sz w:val="24"/>
          <w:szCs w:val="24"/>
        </w:rPr>
      </w:pPr>
      <w:r w:rsidRPr="00A13750">
        <w:rPr>
          <w:rFonts w:ascii="Unesa" w:hAnsi="Unesa" w:cs="Times New Roman"/>
          <w:sz w:val="24"/>
          <w:szCs w:val="24"/>
        </w:rPr>
        <w:t xml:space="preserve">“Aku tak </w:t>
      </w:r>
      <w:proofErr w:type="spellStart"/>
      <w:r w:rsidRPr="00A13750">
        <w:rPr>
          <w:rFonts w:ascii="Unesa" w:hAnsi="Unesa" w:cs="Times New Roman"/>
          <w:sz w:val="24"/>
          <w:szCs w:val="24"/>
        </w:rPr>
        <w:t>lagi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berputar-putar</w:t>
      </w:r>
      <w:proofErr w:type="spellEnd"/>
      <w:r w:rsidRPr="00A13750">
        <w:rPr>
          <w:rFonts w:ascii="Unesa" w:hAnsi="Unesa" w:cs="Times New Roman"/>
          <w:sz w:val="24"/>
          <w:szCs w:val="24"/>
        </w:rPr>
        <w:t xml:space="preserve">. Aku </w:t>
      </w:r>
      <w:proofErr w:type="spellStart"/>
      <w:r w:rsidRPr="00A13750">
        <w:rPr>
          <w:rFonts w:ascii="Unesa" w:hAnsi="Unesa" w:cs="Times New Roman"/>
          <w:sz w:val="24"/>
          <w:szCs w:val="24"/>
        </w:rPr>
        <w:t>mengendarai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mobil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impulsif</w:t>
      </w:r>
      <w:proofErr w:type="spellEnd"/>
      <w:r w:rsidRPr="00A13750">
        <w:rPr>
          <w:rFonts w:ascii="Unesa" w:hAnsi="Unesa" w:cs="Times New Roman"/>
          <w:sz w:val="24"/>
          <w:szCs w:val="24"/>
        </w:rPr>
        <w:t>. Tiba-</w:t>
      </w:r>
      <w:proofErr w:type="spellStart"/>
      <w:r w:rsidRPr="00A13750">
        <w:rPr>
          <w:rFonts w:ascii="Unesa" w:hAnsi="Unesa" w:cs="Times New Roman"/>
          <w:sz w:val="24"/>
          <w:szCs w:val="24"/>
        </w:rPr>
        <w:t>tiba</w:t>
      </w:r>
      <w:proofErr w:type="spellEnd"/>
      <w:r w:rsidRPr="00A13750">
        <w:rPr>
          <w:rFonts w:ascii="Unesa" w:hAnsi="Unesa" w:cs="Times New Roman"/>
          <w:sz w:val="24"/>
          <w:szCs w:val="24"/>
        </w:rPr>
        <w:t xml:space="preserve"> aku </w:t>
      </w:r>
      <w:proofErr w:type="spellStart"/>
      <w:r w:rsidRPr="00A13750">
        <w:rPr>
          <w:rFonts w:ascii="Unesa" w:hAnsi="Unesa" w:cs="Times New Roman"/>
          <w:sz w:val="24"/>
          <w:szCs w:val="24"/>
        </w:rPr>
        <w:t>sudah</w:t>
      </w:r>
      <w:proofErr w:type="spellEnd"/>
      <w:r w:rsidRPr="00A13750">
        <w:rPr>
          <w:rFonts w:ascii="Unesa" w:hAnsi="Unesa" w:cs="Times New Roman"/>
          <w:sz w:val="24"/>
          <w:szCs w:val="24"/>
        </w:rPr>
        <w:t xml:space="preserve"> di </w:t>
      </w:r>
      <w:proofErr w:type="spellStart"/>
      <w:r w:rsidRPr="00A13750">
        <w:rPr>
          <w:rFonts w:ascii="Unesa" w:hAnsi="Unesa" w:cs="Times New Roman"/>
          <w:sz w:val="24"/>
          <w:szCs w:val="24"/>
        </w:rPr>
        <w:t>jalan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menuju</w:t>
      </w:r>
      <w:proofErr w:type="spellEnd"/>
      <w:r w:rsidRPr="00A13750">
        <w:rPr>
          <w:rFonts w:ascii="Unesa" w:hAnsi="Unesa" w:cs="Times New Roman"/>
          <w:sz w:val="24"/>
          <w:szCs w:val="24"/>
        </w:rPr>
        <w:t xml:space="preserve"> Bandung. </w:t>
      </w:r>
      <w:proofErr w:type="spellStart"/>
      <w:r w:rsidRPr="00A13750">
        <w:rPr>
          <w:rFonts w:ascii="Unesa" w:hAnsi="Unesa" w:cs="Times New Roman"/>
          <w:sz w:val="24"/>
          <w:szCs w:val="24"/>
        </w:rPr>
        <w:t>Bablas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saja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sudah</w:t>
      </w:r>
      <w:proofErr w:type="spellEnd"/>
      <w:r w:rsidRPr="00A13750">
        <w:rPr>
          <w:rFonts w:ascii="Unesa" w:hAnsi="Unesa" w:cs="Times New Roman"/>
          <w:sz w:val="24"/>
          <w:szCs w:val="24"/>
        </w:rPr>
        <w:t xml:space="preserve">. Tak </w:t>
      </w:r>
      <w:proofErr w:type="spellStart"/>
      <w:r w:rsidRPr="00A13750">
        <w:rPr>
          <w:rFonts w:ascii="Unesa" w:hAnsi="Unesa" w:cs="Times New Roman"/>
          <w:sz w:val="24"/>
          <w:szCs w:val="24"/>
        </w:rPr>
        <w:t>ada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salahnya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Sekalian</w:t>
      </w:r>
      <w:proofErr w:type="spellEnd"/>
      <w:r w:rsidRPr="00A13750">
        <w:rPr>
          <w:rFonts w:ascii="Unesa" w:hAnsi="Unesa" w:cs="Times New Roman"/>
          <w:sz w:val="24"/>
          <w:szCs w:val="24"/>
        </w:rPr>
        <w:t xml:space="preserve"> meng-</w:t>
      </w:r>
      <w:proofErr w:type="spellStart"/>
      <w:r w:rsidRPr="00A13750">
        <w:rPr>
          <w:rFonts w:ascii="Unesa" w:hAnsi="Unesa" w:cs="Times New Roman"/>
          <w:sz w:val="24"/>
          <w:szCs w:val="24"/>
        </w:rPr>
        <w:t>hilang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Sejenak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atau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selamanya</w:t>
      </w:r>
      <w:proofErr w:type="spellEnd"/>
      <w:r w:rsidRPr="00A13750">
        <w:rPr>
          <w:rFonts w:ascii="Unesa" w:hAnsi="Unesa" w:cs="Times New Roman"/>
          <w:sz w:val="24"/>
          <w:szCs w:val="24"/>
        </w:rPr>
        <w:t xml:space="preserve">. Aku </w:t>
      </w:r>
      <w:proofErr w:type="spellStart"/>
      <w:r w:rsidRPr="00A13750">
        <w:rPr>
          <w:rFonts w:ascii="Unesa" w:hAnsi="Unesa" w:cs="Times New Roman"/>
          <w:sz w:val="24"/>
          <w:szCs w:val="24"/>
        </w:rPr>
        <w:t>berhenti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sebentar</w:t>
      </w:r>
      <w:proofErr w:type="spellEnd"/>
      <w:r w:rsidRPr="00A13750">
        <w:rPr>
          <w:rFonts w:ascii="Unesa" w:hAnsi="Unesa" w:cs="Times New Roman"/>
          <w:sz w:val="24"/>
          <w:szCs w:val="24"/>
        </w:rPr>
        <w:t xml:space="preserve"> di rest area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isi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bensin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minum</w:t>
      </w:r>
      <w:proofErr w:type="spellEnd"/>
      <w:r w:rsidRPr="00A13750">
        <w:rPr>
          <w:rFonts w:ascii="Unesa" w:hAnsi="Unesa" w:cs="Times New Roman"/>
          <w:sz w:val="24"/>
          <w:szCs w:val="24"/>
        </w:rPr>
        <w:t xml:space="preserve"> kopi. Duduk di </w:t>
      </w:r>
      <w:proofErr w:type="spellStart"/>
      <w:proofErr w:type="gramStart"/>
      <w:r w:rsidRPr="00A13750">
        <w:rPr>
          <w:rFonts w:ascii="Unesa" w:hAnsi="Unesa" w:cs="Times New Roman"/>
          <w:sz w:val="24"/>
          <w:szCs w:val="24"/>
        </w:rPr>
        <w:t>kafe</w:t>
      </w:r>
      <w:proofErr w:type="spellEnd"/>
      <w:r w:rsidRPr="00A13750">
        <w:rPr>
          <w:rFonts w:ascii="Unesa" w:hAnsi="Unesa" w:cs="Times New Roman"/>
          <w:sz w:val="24"/>
          <w:szCs w:val="24"/>
        </w:rPr>
        <w:t xml:space="preserve"> ,</w:t>
      </w:r>
      <w:proofErr w:type="gramEnd"/>
      <w:r w:rsidRPr="00A13750">
        <w:rPr>
          <w:rFonts w:ascii="Unesa" w:hAnsi="Unesa" w:cs="Times New Roman"/>
          <w:sz w:val="24"/>
          <w:szCs w:val="24"/>
        </w:rPr>
        <w:t xml:space="preserve"> </w:t>
      </w:r>
      <w:proofErr w:type="spellStart"/>
      <w:r w:rsidRPr="00A13750">
        <w:rPr>
          <w:rFonts w:ascii="Unesa" w:hAnsi="Unesa" w:cs="Times New Roman"/>
          <w:sz w:val="24"/>
          <w:szCs w:val="24"/>
        </w:rPr>
        <w:t>merokok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beberapa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batang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sambil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merenungi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hari</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ditemani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hujan</w:t>
      </w:r>
      <w:proofErr w:type="spellEnd"/>
      <w:r w:rsidRPr="00A13750">
        <w:rPr>
          <w:rFonts w:ascii="Unesa" w:hAnsi="Unesa" w:cs="Times New Roman"/>
          <w:sz w:val="24"/>
          <w:szCs w:val="24"/>
        </w:rPr>
        <w:t xml:space="preserve"> yang tak </w:t>
      </w:r>
      <w:proofErr w:type="spellStart"/>
      <w:r w:rsidRPr="00A13750">
        <w:rPr>
          <w:rFonts w:ascii="Unesa" w:hAnsi="Unesa" w:cs="Times New Roman"/>
          <w:sz w:val="24"/>
          <w:szCs w:val="24"/>
        </w:rPr>
        <w:t>kunjung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reda</w:t>
      </w:r>
      <w:proofErr w:type="spellEnd"/>
      <w:proofErr w:type="gramStart"/>
      <w:r w:rsidRPr="00A13750">
        <w:rPr>
          <w:rFonts w:ascii="Unesa" w:hAnsi="Unesa" w:cs="Times New Roman"/>
          <w:sz w:val="24"/>
          <w:szCs w:val="24"/>
        </w:rPr>
        <w:t>.”(</w:t>
      </w:r>
      <w:proofErr w:type="gramEnd"/>
      <w:r w:rsidRPr="00A13750">
        <w:rPr>
          <w:rFonts w:ascii="Unesa" w:hAnsi="Unesa" w:cs="Times New Roman"/>
          <w:sz w:val="24"/>
          <w:szCs w:val="24"/>
        </w:rPr>
        <w:t>Sulaiman,2023:57)</w:t>
      </w:r>
    </w:p>
    <w:p w14:paraId="5B025B42" w14:textId="64E92E2B" w:rsidR="00B479B7" w:rsidRPr="00B479B7" w:rsidRDefault="00B479B7" w:rsidP="00A13750">
      <w:pPr>
        <w:spacing w:line="240" w:lineRule="auto"/>
        <w:ind w:right="49"/>
        <w:jc w:val="both"/>
        <w:rPr>
          <w:rFonts w:ascii="Unesa" w:hAnsi="Unesa" w:cs="Times New Roman"/>
          <w:sz w:val="24"/>
          <w:szCs w:val="24"/>
        </w:rPr>
      </w:pPr>
      <w:r w:rsidRPr="00A13750">
        <w:rPr>
          <w:rFonts w:ascii="Unesa" w:hAnsi="Unesa" w:cs="Times New Roman"/>
          <w:sz w:val="24"/>
          <w:szCs w:val="24"/>
        </w:rPr>
        <w:t xml:space="preserve">       Data </w:t>
      </w:r>
      <w:proofErr w:type="spellStart"/>
      <w:r w:rsidRPr="00A13750">
        <w:rPr>
          <w:rFonts w:ascii="Unesa" w:hAnsi="Unesa" w:cs="Times New Roman"/>
          <w:sz w:val="24"/>
          <w:szCs w:val="24"/>
        </w:rPr>
        <w:t>diatas</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w w:val="105"/>
          <w:sz w:val="24"/>
          <w:szCs w:val="24"/>
        </w:rPr>
        <w:t>diinterpretasikan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sebagai</w:t>
      </w:r>
      <w:proofErr w:type="spellEnd"/>
      <w:r w:rsidRPr="00A13750">
        <w:rPr>
          <w:rFonts w:ascii="Unesa" w:hAnsi="Unesa" w:cs="Times New Roman"/>
          <w:sz w:val="24"/>
          <w:szCs w:val="24"/>
        </w:rPr>
        <w:t xml:space="preserve"> proses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Pernyataan</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sekadar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keinginan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secara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fisik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mencerminkan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perubahan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kesadaran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sikap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tokoh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struktur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selama</w:t>
      </w:r>
      <w:proofErr w:type="spellEnd"/>
      <w:r w:rsidRPr="00A13750">
        <w:rPr>
          <w:rFonts w:ascii="Unesa" w:hAnsi="Unesa" w:cs="Times New Roman"/>
          <w:sz w:val="24"/>
          <w:szCs w:val="24"/>
        </w:rPr>
        <w:t xml:space="preserve"> ini </w:t>
      </w:r>
      <w:proofErr w:type="spellStart"/>
      <w:r w:rsidRPr="00A13750">
        <w:rPr>
          <w:rFonts w:ascii="Unesa" w:hAnsi="Unesa" w:cs="Times New Roman"/>
          <w:sz w:val="24"/>
          <w:szCs w:val="24"/>
        </w:rPr>
        <w:t>membelenggunya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perspektif</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feminisme</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eksistensialis</w:t>
      </w:r>
      <w:proofErr w:type="spellEnd"/>
      <w:r w:rsidRPr="00A13750">
        <w:rPr>
          <w:rFonts w:ascii="Unesa" w:hAnsi="Unesa" w:cs="Times New Roman"/>
          <w:sz w:val="24"/>
          <w:szCs w:val="24"/>
        </w:rPr>
        <w:t xml:space="preserve"> Simone de Beauvoir,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menghilang</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merupakan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simbol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perlawanan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terhadap</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sistem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patriarki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memosisikan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rung </w:t>
      </w:r>
      <w:proofErr w:type="spellStart"/>
      <w:r w:rsidRPr="00A13750">
        <w:rPr>
          <w:rFonts w:ascii="Unesa" w:hAnsi="Unesa" w:cs="Times New Roman"/>
          <w:sz w:val="24"/>
          <w:szCs w:val="24"/>
        </w:rPr>
        <w:t>keterikatan</w:t>
      </w:r>
      <w:proofErr w:type="spellEnd"/>
      <w:r w:rsidRPr="00A13750">
        <w:rPr>
          <w:rFonts w:ascii="Unesa" w:hAnsi="Unesa" w:cs="Times New Roman"/>
          <w:sz w:val="24"/>
          <w:szCs w:val="24"/>
        </w:rPr>
        <w:t xml:space="preserve"> dan </w:t>
      </w:r>
      <w:proofErr w:type="spellStart"/>
      <w:r w:rsidRPr="00A13750">
        <w:rPr>
          <w:rFonts w:ascii="Unesa" w:hAnsi="Unesa" w:cs="Times New Roman"/>
          <w:sz w:val="24"/>
          <w:szCs w:val="24"/>
        </w:rPr>
        <w:t>kewajiban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tanpa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pilihan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Transformasi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menurut</w:t>
      </w:r>
      <w:proofErr w:type="spellEnd"/>
      <w:r w:rsidRPr="00A13750">
        <w:rPr>
          <w:rFonts w:ascii="Unesa" w:hAnsi="Unesa" w:cs="Times New Roman"/>
          <w:sz w:val="24"/>
          <w:szCs w:val="24"/>
        </w:rPr>
        <w:t xml:space="preserve"> Beauvoir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selalu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diwujudkan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perubahan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struktural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besar</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tetapi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dapat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terjadi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melalui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tindakan</w:t>
      </w:r>
      <w:proofErr w:type="spellEnd"/>
      <w:r w:rsidRPr="00A13750">
        <w:rPr>
          <w:rFonts w:ascii="Unesa" w:hAnsi="Unesa" w:cs="Times New Roman"/>
          <w:sz w:val="24"/>
          <w:szCs w:val="24"/>
        </w:rPr>
        <w:t xml:space="preserve"> personal yang </w:t>
      </w:r>
      <w:proofErr w:type="spellStart"/>
      <w:r w:rsidRPr="00A13750">
        <w:rPr>
          <w:rFonts w:ascii="Unesa" w:hAnsi="Unesa" w:cs="Times New Roman"/>
          <w:sz w:val="24"/>
          <w:szCs w:val="24"/>
        </w:rPr>
        <w:t>mengganggu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tatanan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mapan</w:t>
      </w:r>
      <w:proofErr w:type="spellEnd"/>
      <w:r w:rsidRPr="00A13750">
        <w:rPr>
          <w:rFonts w:ascii="Unesa" w:hAnsi="Unesa" w:cs="Times New Roman"/>
          <w:sz w:val="24"/>
          <w:szCs w:val="24"/>
        </w:rPr>
        <w:t xml:space="preserve">. Tindakan ini </w:t>
      </w:r>
      <w:proofErr w:type="spellStart"/>
      <w:r w:rsidRPr="00A13750">
        <w:rPr>
          <w:rFonts w:ascii="Unesa" w:hAnsi="Unesa" w:cs="Times New Roman"/>
          <w:sz w:val="24"/>
          <w:szCs w:val="24"/>
        </w:rPr>
        <w:t>menunjukkan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bahwa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perempuan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mampu</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menentukan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relasinya</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dengan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lingkungan</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sosial</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termasuk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memilih</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untuk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tidak</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lagi</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terlibat</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dalam</w:t>
      </w:r>
      <w:proofErr w:type="spellEnd"/>
      <w:r w:rsidRPr="00A13750">
        <w:rPr>
          <w:rFonts w:ascii="Unesa" w:hAnsi="Unesa" w:cs="Times New Roman"/>
          <w:sz w:val="24"/>
          <w:szCs w:val="24"/>
        </w:rPr>
        <w:t xml:space="preserve"> </w:t>
      </w:r>
      <w:proofErr w:type="spellStart"/>
      <w:r w:rsidRPr="00A13750">
        <w:rPr>
          <w:rFonts w:ascii="Unesa" w:hAnsi="Unesa" w:cs="Times New Roman"/>
          <w:sz w:val="24"/>
          <w:szCs w:val="24"/>
        </w:rPr>
        <w:t>relasi</w:t>
      </w:r>
      <w:proofErr w:type="spellEnd"/>
      <w:r w:rsidRPr="00A13750">
        <w:rPr>
          <w:rFonts w:ascii="Unesa" w:hAnsi="Unesa" w:cs="Times New Roman"/>
          <w:sz w:val="24"/>
          <w:szCs w:val="24"/>
        </w:rPr>
        <w:t xml:space="preserve"> yang </w:t>
      </w:r>
      <w:proofErr w:type="spellStart"/>
      <w:r w:rsidRPr="00A13750">
        <w:rPr>
          <w:rFonts w:ascii="Unesa" w:hAnsi="Unesa" w:cs="Times New Roman"/>
          <w:sz w:val="24"/>
          <w:szCs w:val="24"/>
        </w:rPr>
        <w:t>menindas</w:t>
      </w:r>
      <w:proofErr w:type="spellEnd"/>
      <w:r w:rsidRPr="00B479B7">
        <w:rPr>
          <w:rFonts w:ascii="Book Antiqua" w:hAnsi="Book Antiqua" w:cs="Times New Roman"/>
          <w:sz w:val="20"/>
          <w:szCs w:val="20"/>
        </w:rPr>
        <w:t>.</w:t>
      </w:r>
    </w:p>
    <w:p w14:paraId="01189EFA" w14:textId="77777777" w:rsidR="00231EB1" w:rsidRPr="00231EB1" w:rsidRDefault="00231EB1" w:rsidP="00231EB1">
      <w:pPr>
        <w:tabs>
          <w:tab w:val="left" w:pos="3119"/>
        </w:tabs>
        <w:spacing w:after="0"/>
        <w:jc w:val="both"/>
        <w:rPr>
          <w:rFonts w:ascii="Unesa" w:hAnsi="Unesa" w:cs="Times New Roman"/>
          <w:sz w:val="18"/>
          <w:szCs w:val="18"/>
        </w:rPr>
      </w:pPr>
    </w:p>
    <w:p w14:paraId="09BA06AE" w14:textId="77777777" w:rsidR="004F73AE" w:rsidRDefault="009431DA">
      <w:pPr>
        <w:rPr>
          <w:rFonts w:ascii="Unesa" w:hAnsi="Unesa"/>
          <w:b/>
          <w:sz w:val="24"/>
        </w:rPr>
      </w:pPr>
      <w:r w:rsidRPr="0067057B">
        <w:rPr>
          <w:rFonts w:ascii="Unesa" w:hAnsi="Unesa"/>
          <w:b/>
          <w:sz w:val="24"/>
        </w:rPr>
        <w:t>SIMPULAN</w:t>
      </w:r>
    </w:p>
    <w:p w14:paraId="59771BE7" w14:textId="74E6792A" w:rsidR="00B479B7" w:rsidRPr="00840EB5" w:rsidRDefault="00840EB5" w:rsidP="00A13750">
      <w:pPr>
        <w:spacing w:line="240" w:lineRule="auto"/>
        <w:jc w:val="both"/>
        <w:rPr>
          <w:rFonts w:ascii="Unesa" w:hAnsi="Unesa" w:cs="Times New Roman"/>
          <w:sz w:val="24"/>
          <w:szCs w:val="24"/>
        </w:rPr>
      </w:pPr>
      <w:r>
        <w:rPr>
          <w:rFonts w:ascii="Unesa" w:hAnsi="Unesa" w:cs="Times New Roman"/>
          <w:sz w:val="24"/>
          <w:szCs w:val="24"/>
        </w:rPr>
        <w:t xml:space="preserve">    </w:t>
      </w:r>
      <w:proofErr w:type="spellStart"/>
      <w:r w:rsidR="00B479B7" w:rsidRPr="00840EB5">
        <w:rPr>
          <w:rFonts w:ascii="Unesa" w:hAnsi="Unesa" w:cs="Times New Roman"/>
          <w:sz w:val="24"/>
          <w:szCs w:val="24"/>
        </w:rPr>
        <w:t>Berdasarkan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hasil</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penelitian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mengenai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Perlawanan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tokoh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terhadap</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budaya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patriarki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dalam</w:t>
      </w:r>
      <w:proofErr w:type="spellEnd"/>
      <w:r w:rsidR="00B479B7" w:rsidRPr="00840EB5">
        <w:rPr>
          <w:rFonts w:ascii="Unesa" w:hAnsi="Unesa" w:cs="Times New Roman"/>
          <w:sz w:val="24"/>
          <w:szCs w:val="24"/>
        </w:rPr>
        <w:t xml:space="preserve"> novel </w:t>
      </w:r>
      <w:proofErr w:type="spellStart"/>
      <w:r w:rsidR="00B479B7" w:rsidRPr="00840EB5">
        <w:rPr>
          <w:rFonts w:ascii="Unesa" w:hAnsi="Unesa" w:cs="Times New Roman"/>
          <w:sz w:val="24"/>
          <w:szCs w:val="24"/>
        </w:rPr>
        <w:t>Sunyi</w:t>
      </w:r>
      <w:proofErr w:type="spellEnd"/>
      <w:r w:rsidR="00B479B7" w:rsidRPr="00840EB5">
        <w:rPr>
          <w:rFonts w:ascii="Unesa" w:hAnsi="Unesa" w:cs="Times New Roman"/>
          <w:sz w:val="24"/>
          <w:szCs w:val="24"/>
        </w:rPr>
        <w:t xml:space="preserve"> Paling </w:t>
      </w:r>
      <w:proofErr w:type="spellStart"/>
      <w:r w:rsidR="00B479B7" w:rsidRPr="00840EB5">
        <w:rPr>
          <w:rFonts w:ascii="Unesa" w:hAnsi="Unesa" w:cs="Times New Roman"/>
          <w:sz w:val="24"/>
          <w:szCs w:val="24"/>
        </w:rPr>
        <w:t>Riuh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karya</w:t>
      </w:r>
      <w:proofErr w:type="spellEnd"/>
      <w:r w:rsidR="00B479B7" w:rsidRPr="00840EB5">
        <w:rPr>
          <w:rFonts w:ascii="Unesa" w:hAnsi="Unesa" w:cs="Times New Roman"/>
          <w:sz w:val="24"/>
          <w:szCs w:val="24"/>
        </w:rPr>
        <w:t xml:space="preserve"> Fajar Sulaiman </w:t>
      </w:r>
      <w:proofErr w:type="spellStart"/>
      <w:r w:rsidR="00B479B7" w:rsidRPr="00840EB5">
        <w:rPr>
          <w:rFonts w:ascii="Unesa" w:hAnsi="Unesa" w:cs="Times New Roman"/>
          <w:sz w:val="24"/>
          <w:szCs w:val="24"/>
        </w:rPr>
        <w:t>dengan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menggunakan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kajian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feminisme</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eksistensialis</w:t>
      </w:r>
      <w:proofErr w:type="spellEnd"/>
      <w:r w:rsidR="00B479B7" w:rsidRPr="00840EB5">
        <w:rPr>
          <w:rFonts w:ascii="Unesa" w:hAnsi="Unesa" w:cs="Times New Roman"/>
          <w:sz w:val="24"/>
          <w:szCs w:val="24"/>
        </w:rPr>
        <w:t xml:space="preserve"> Simone de Beauvoir. </w:t>
      </w:r>
      <w:r>
        <w:rPr>
          <w:rFonts w:ascii="Unesa" w:hAnsi="Unesa" w:cs="Times New Roman"/>
          <w:sz w:val="24"/>
          <w:szCs w:val="24"/>
        </w:rPr>
        <w:t xml:space="preserve"> </w:t>
      </w:r>
      <w:proofErr w:type="spellStart"/>
      <w:r w:rsidR="00B479B7" w:rsidRPr="00840EB5">
        <w:rPr>
          <w:rFonts w:ascii="Unesa" w:hAnsi="Unesa" w:cs="Times New Roman"/>
          <w:sz w:val="24"/>
          <w:szCs w:val="24"/>
        </w:rPr>
        <w:t>Tokoh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dapat</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bekerja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dalam</w:t>
      </w:r>
      <w:proofErr w:type="spellEnd"/>
      <w:r w:rsidR="00B479B7" w:rsidRPr="00840EB5">
        <w:rPr>
          <w:rFonts w:ascii="Unesa" w:hAnsi="Unesa" w:cs="Times New Roman"/>
          <w:sz w:val="24"/>
          <w:szCs w:val="24"/>
        </w:rPr>
        <w:t xml:space="preserve"> novel </w:t>
      </w:r>
      <w:proofErr w:type="spellStart"/>
      <w:r w:rsidR="00B479B7" w:rsidRPr="00840EB5">
        <w:rPr>
          <w:rFonts w:ascii="Unesa" w:hAnsi="Unesa" w:cs="Times New Roman"/>
          <w:sz w:val="24"/>
          <w:szCs w:val="24"/>
        </w:rPr>
        <w:t>tersebut</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sebagai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bentuk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perlawanan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terhadap</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budaya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patriarki</w:t>
      </w:r>
      <w:proofErr w:type="spellEnd"/>
      <w:r w:rsidR="00B479B7" w:rsidRPr="00840EB5">
        <w:rPr>
          <w:rFonts w:ascii="Unesa" w:hAnsi="Unesa" w:cs="Times New Roman"/>
          <w:sz w:val="24"/>
          <w:szCs w:val="24"/>
        </w:rPr>
        <w:t xml:space="preserve"> yang </w:t>
      </w:r>
      <w:proofErr w:type="spellStart"/>
      <w:r w:rsidR="00B479B7" w:rsidRPr="00840EB5">
        <w:rPr>
          <w:rFonts w:ascii="Unesa" w:hAnsi="Unesa" w:cs="Times New Roman"/>
          <w:sz w:val="24"/>
          <w:szCs w:val="24"/>
        </w:rPr>
        <w:t>membatasi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ruang</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gerak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hanya</w:t>
      </w:r>
      <w:proofErr w:type="spellEnd"/>
      <w:r w:rsidR="00B479B7" w:rsidRPr="00840EB5">
        <w:rPr>
          <w:rFonts w:ascii="Unesa" w:hAnsi="Unesa" w:cs="Times New Roman"/>
          <w:sz w:val="24"/>
          <w:szCs w:val="24"/>
        </w:rPr>
        <w:t xml:space="preserve"> pada </w:t>
      </w:r>
      <w:proofErr w:type="spellStart"/>
      <w:r w:rsidR="00B479B7" w:rsidRPr="00840EB5">
        <w:rPr>
          <w:rFonts w:ascii="Unesa" w:hAnsi="Unesa" w:cs="Times New Roman"/>
          <w:sz w:val="24"/>
          <w:szCs w:val="24"/>
        </w:rPr>
        <w:t>ranah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domestik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Tokoh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dalam</w:t>
      </w:r>
      <w:proofErr w:type="spellEnd"/>
      <w:r w:rsidR="00B479B7" w:rsidRPr="00840EB5">
        <w:rPr>
          <w:rFonts w:ascii="Unesa" w:hAnsi="Unesa" w:cs="Times New Roman"/>
          <w:sz w:val="24"/>
          <w:szCs w:val="24"/>
        </w:rPr>
        <w:t xml:space="preserve"> novel </w:t>
      </w:r>
      <w:proofErr w:type="spellStart"/>
      <w:r w:rsidR="00B479B7" w:rsidRPr="00840EB5">
        <w:rPr>
          <w:rFonts w:ascii="Unesa" w:hAnsi="Unesa" w:cs="Times New Roman"/>
          <w:sz w:val="24"/>
          <w:szCs w:val="24"/>
        </w:rPr>
        <w:t>Sunyi</w:t>
      </w:r>
      <w:proofErr w:type="spellEnd"/>
      <w:r w:rsidR="00B479B7" w:rsidRPr="00840EB5">
        <w:rPr>
          <w:rFonts w:ascii="Unesa" w:hAnsi="Unesa" w:cs="Times New Roman"/>
          <w:sz w:val="24"/>
          <w:szCs w:val="24"/>
        </w:rPr>
        <w:t xml:space="preserve"> Paling </w:t>
      </w:r>
      <w:proofErr w:type="spellStart"/>
      <w:r w:rsidR="00B479B7" w:rsidRPr="00840EB5">
        <w:rPr>
          <w:rFonts w:ascii="Unesa" w:hAnsi="Unesa" w:cs="Times New Roman"/>
          <w:sz w:val="24"/>
          <w:szCs w:val="24"/>
        </w:rPr>
        <w:t>Riuh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digambarkan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memiliki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keinginan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untuk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mandiri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secara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ekonomi</w:t>
      </w:r>
      <w:proofErr w:type="spellEnd"/>
      <w:r w:rsidR="00B479B7" w:rsidRPr="00840EB5">
        <w:rPr>
          <w:rFonts w:ascii="Unesa" w:hAnsi="Unesa" w:cs="Times New Roman"/>
          <w:sz w:val="24"/>
          <w:szCs w:val="24"/>
        </w:rPr>
        <w:t xml:space="preserve"> dan </w:t>
      </w:r>
      <w:proofErr w:type="spellStart"/>
      <w:r w:rsidR="00B479B7" w:rsidRPr="00840EB5">
        <w:rPr>
          <w:rFonts w:ascii="Unesa" w:hAnsi="Unesa" w:cs="Times New Roman"/>
          <w:sz w:val="24"/>
          <w:szCs w:val="24"/>
        </w:rPr>
        <w:t>tidak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bergantung</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sepenuhnya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kepada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laki-laki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Melalui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pekerjaan</w:t>
      </w:r>
      <w:proofErr w:type="spellEnd"/>
      <w:r w:rsidR="00B479B7" w:rsidRPr="00840EB5">
        <w:rPr>
          <w:rFonts w:ascii="Unesa" w:hAnsi="Unesa" w:cs="Times New Roman"/>
          <w:sz w:val="24"/>
          <w:szCs w:val="24"/>
        </w:rPr>
        <w:t xml:space="preserve"> yang </w:t>
      </w:r>
      <w:proofErr w:type="spellStart"/>
      <w:r w:rsidR="00B479B7" w:rsidRPr="00840EB5">
        <w:rPr>
          <w:rFonts w:ascii="Unesa" w:hAnsi="Unesa" w:cs="Times New Roman"/>
          <w:sz w:val="24"/>
          <w:szCs w:val="24"/>
        </w:rPr>
        <w:t>dijalani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tokoh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berusaha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memperoleh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kebebasan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dalam</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menentukan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pilihan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hidupnya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Menolak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menjadi</w:t>
      </w:r>
      <w:proofErr w:type="spellEnd"/>
      <w:r w:rsidR="00B479B7" w:rsidRPr="00840EB5">
        <w:rPr>
          <w:rFonts w:ascii="Unesa" w:hAnsi="Unesa" w:cs="Times New Roman"/>
          <w:sz w:val="24"/>
          <w:szCs w:val="24"/>
        </w:rPr>
        <w:t xml:space="preserve"> Liyan </w:t>
      </w:r>
      <w:proofErr w:type="spellStart"/>
      <w:r w:rsidR="00B479B7" w:rsidRPr="00840EB5">
        <w:rPr>
          <w:rFonts w:ascii="Unesa" w:hAnsi="Unesa" w:cs="Times New Roman"/>
          <w:sz w:val="24"/>
          <w:szCs w:val="24"/>
        </w:rPr>
        <w:t>dalam</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tokoh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tersebut</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dengan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cara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mempertahankan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identitas</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kehendak</w:t>
      </w:r>
      <w:proofErr w:type="spellEnd"/>
      <w:r w:rsidR="00B479B7" w:rsidRPr="00840EB5">
        <w:rPr>
          <w:rFonts w:ascii="Unesa" w:hAnsi="Unesa" w:cs="Times New Roman"/>
          <w:sz w:val="24"/>
          <w:szCs w:val="24"/>
        </w:rPr>
        <w:t xml:space="preserve">, dan </w:t>
      </w:r>
      <w:proofErr w:type="spellStart"/>
      <w:r w:rsidR="00B479B7" w:rsidRPr="00840EB5">
        <w:rPr>
          <w:rFonts w:ascii="Unesa" w:hAnsi="Unesa" w:cs="Times New Roman"/>
          <w:sz w:val="24"/>
          <w:szCs w:val="24"/>
        </w:rPr>
        <w:t>kebebasan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berpikirnya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Tokoh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tidak</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menerima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begitu</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saja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berbagai</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aturan</w:t>
      </w:r>
      <w:proofErr w:type="spellEnd"/>
      <w:r w:rsidR="00B479B7" w:rsidRPr="00840EB5">
        <w:rPr>
          <w:rFonts w:ascii="Unesa" w:hAnsi="Unesa" w:cs="Times New Roman"/>
          <w:sz w:val="24"/>
          <w:szCs w:val="24"/>
        </w:rPr>
        <w:t xml:space="preserve"> dan </w:t>
      </w:r>
      <w:proofErr w:type="spellStart"/>
      <w:r w:rsidR="00B479B7" w:rsidRPr="00840EB5">
        <w:rPr>
          <w:rFonts w:ascii="Unesa" w:hAnsi="Unesa" w:cs="Times New Roman"/>
          <w:sz w:val="24"/>
          <w:szCs w:val="24"/>
        </w:rPr>
        <w:t>pandangan</w:t>
      </w:r>
      <w:proofErr w:type="spellEnd"/>
      <w:r w:rsidR="00B479B7" w:rsidRPr="00840EB5">
        <w:rPr>
          <w:rFonts w:ascii="Unesa" w:hAnsi="Unesa" w:cs="Times New Roman"/>
          <w:sz w:val="24"/>
          <w:szCs w:val="24"/>
        </w:rPr>
        <w:t xml:space="preserve"> yang </w:t>
      </w:r>
      <w:proofErr w:type="spellStart"/>
      <w:r w:rsidR="00B479B7" w:rsidRPr="00840EB5">
        <w:rPr>
          <w:rFonts w:ascii="Unesa" w:hAnsi="Unesa" w:cs="Times New Roman"/>
          <w:sz w:val="24"/>
          <w:szCs w:val="24"/>
        </w:rPr>
        <w:t>menempatkan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perempuan</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sebagai</w:t>
      </w:r>
      <w:proofErr w:type="spellEnd"/>
      <w:r w:rsidR="00B479B7" w:rsidRPr="00840EB5">
        <w:rPr>
          <w:rFonts w:ascii="Unesa" w:hAnsi="Unesa" w:cs="Times New Roman"/>
          <w:sz w:val="24"/>
          <w:szCs w:val="24"/>
        </w:rPr>
        <w:t xml:space="preserve"> pihak </w:t>
      </w:r>
      <w:proofErr w:type="spellStart"/>
      <w:r w:rsidR="00B479B7" w:rsidRPr="00840EB5">
        <w:rPr>
          <w:rFonts w:ascii="Unesa" w:hAnsi="Unesa" w:cs="Times New Roman"/>
          <w:sz w:val="24"/>
          <w:szCs w:val="24"/>
        </w:rPr>
        <w:t>kedua</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setelah</w:t>
      </w:r>
      <w:proofErr w:type="spellEnd"/>
      <w:r w:rsidR="00B479B7" w:rsidRPr="00840EB5">
        <w:rPr>
          <w:rFonts w:ascii="Unesa" w:hAnsi="Unesa" w:cs="Times New Roman"/>
          <w:sz w:val="24"/>
          <w:szCs w:val="24"/>
        </w:rPr>
        <w:t xml:space="preserve"> </w:t>
      </w:r>
      <w:proofErr w:type="spellStart"/>
      <w:r w:rsidR="00B479B7" w:rsidRPr="00840EB5">
        <w:rPr>
          <w:rFonts w:ascii="Unesa" w:hAnsi="Unesa" w:cs="Times New Roman"/>
          <w:sz w:val="24"/>
          <w:szCs w:val="24"/>
        </w:rPr>
        <w:t>laki-laki</w:t>
      </w:r>
      <w:proofErr w:type="spellEnd"/>
      <w:r w:rsidR="00B479B7" w:rsidRPr="00840EB5">
        <w:rPr>
          <w:rFonts w:ascii="Unesa" w:hAnsi="Unesa" w:cs="Times New Roman"/>
          <w:sz w:val="24"/>
          <w:szCs w:val="24"/>
        </w:rPr>
        <w:t>.</w:t>
      </w:r>
    </w:p>
    <w:p w14:paraId="540F448D" w14:textId="4F87085E" w:rsidR="00B479B7" w:rsidRPr="00840EB5" w:rsidRDefault="00B479B7" w:rsidP="00A13750">
      <w:pPr>
        <w:spacing w:line="240" w:lineRule="auto"/>
        <w:jc w:val="both"/>
        <w:rPr>
          <w:rFonts w:ascii="Unesa" w:hAnsi="Unesa" w:cs="Times New Roman"/>
          <w:sz w:val="24"/>
          <w:szCs w:val="24"/>
        </w:rPr>
      </w:pPr>
      <w:r w:rsidRPr="00840EB5">
        <w:rPr>
          <w:rFonts w:ascii="Unesa" w:hAnsi="Unesa" w:cs="Times New Roman"/>
          <w:sz w:val="24"/>
          <w:szCs w:val="24"/>
        </w:rPr>
        <w:lastRenderedPageBreak/>
        <w:t xml:space="preserve">   </w:t>
      </w:r>
      <w:proofErr w:type="spellStart"/>
      <w:r w:rsidRPr="00840EB5">
        <w:rPr>
          <w:rFonts w:ascii="Unesa" w:hAnsi="Unesa" w:cs="Times New Roman"/>
          <w:sz w:val="24"/>
          <w:szCs w:val="24"/>
        </w:rPr>
        <w:t>Tokoh</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perempuan</w:t>
      </w:r>
      <w:proofErr w:type="spellEnd"/>
      <w:r w:rsidRPr="00840EB5">
        <w:rPr>
          <w:rFonts w:ascii="Unesa" w:hAnsi="Unesa" w:cs="Times New Roman"/>
          <w:sz w:val="24"/>
          <w:szCs w:val="24"/>
        </w:rPr>
        <w:t xml:space="preserve"> yang </w:t>
      </w:r>
      <w:proofErr w:type="spellStart"/>
      <w:r w:rsidRPr="00840EB5">
        <w:rPr>
          <w:rFonts w:ascii="Unesa" w:hAnsi="Unesa" w:cs="Times New Roman"/>
          <w:sz w:val="24"/>
          <w:szCs w:val="24"/>
        </w:rPr>
        <w:t>menjadi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seorang</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intelektual</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melalui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usaha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untuk</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memperoleh</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pengetahuan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mengembangkan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kemampuan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berpikir</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kritis</w:t>
      </w:r>
      <w:proofErr w:type="spellEnd"/>
      <w:r w:rsidRPr="00840EB5">
        <w:rPr>
          <w:rFonts w:ascii="Unesa" w:hAnsi="Unesa" w:cs="Times New Roman"/>
          <w:sz w:val="24"/>
          <w:szCs w:val="24"/>
        </w:rPr>
        <w:t xml:space="preserve">, dan </w:t>
      </w:r>
      <w:proofErr w:type="spellStart"/>
      <w:r w:rsidRPr="00840EB5">
        <w:rPr>
          <w:rFonts w:ascii="Unesa" w:hAnsi="Unesa" w:cs="Times New Roman"/>
          <w:sz w:val="24"/>
          <w:szCs w:val="24"/>
        </w:rPr>
        <w:t>menggunakan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pemikirannya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dalam</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menghadapi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berbagai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persoalan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hidup</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Tokoh</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perempuan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tidak</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hanya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menerima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kondisi</w:t>
      </w:r>
      <w:proofErr w:type="spellEnd"/>
      <w:r w:rsidRPr="00840EB5">
        <w:rPr>
          <w:rFonts w:ascii="Unesa" w:hAnsi="Unesa" w:cs="Times New Roman"/>
          <w:sz w:val="24"/>
          <w:szCs w:val="24"/>
        </w:rPr>
        <w:t xml:space="preserve"> yang </w:t>
      </w:r>
      <w:proofErr w:type="spellStart"/>
      <w:r w:rsidRPr="00840EB5">
        <w:rPr>
          <w:rFonts w:ascii="Unesa" w:hAnsi="Unesa" w:cs="Times New Roman"/>
          <w:sz w:val="24"/>
          <w:szCs w:val="24"/>
        </w:rPr>
        <w:t>ada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tetapi</w:t>
      </w:r>
      <w:proofErr w:type="spellEnd"/>
      <w:r w:rsidRPr="00840EB5">
        <w:rPr>
          <w:rFonts w:ascii="Unesa" w:hAnsi="Unesa" w:cs="Times New Roman"/>
          <w:sz w:val="24"/>
          <w:szCs w:val="24"/>
        </w:rPr>
        <w:t xml:space="preserve"> juga </w:t>
      </w:r>
      <w:proofErr w:type="spellStart"/>
      <w:r w:rsidRPr="00840EB5">
        <w:rPr>
          <w:rFonts w:ascii="Unesa" w:hAnsi="Unesa" w:cs="Times New Roman"/>
          <w:sz w:val="24"/>
          <w:szCs w:val="24"/>
        </w:rPr>
        <w:t>berusaha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memahami</w:t>
      </w:r>
      <w:proofErr w:type="spellEnd"/>
      <w:r w:rsidRPr="00840EB5">
        <w:rPr>
          <w:rFonts w:ascii="Unesa" w:hAnsi="Unesa" w:cs="Times New Roman"/>
          <w:sz w:val="24"/>
          <w:szCs w:val="24"/>
        </w:rPr>
        <w:t xml:space="preserve"> dan </w:t>
      </w:r>
      <w:proofErr w:type="spellStart"/>
      <w:r w:rsidRPr="00840EB5">
        <w:rPr>
          <w:rFonts w:ascii="Unesa" w:hAnsi="Unesa" w:cs="Times New Roman"/>
          <w:sz w:val="24"/>
          <w:szCs w:val="24"/>
        </w:rPr>
        <w:t>mengkritisi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ketidakadilan</w:t>
      </w:r>
      <w:proofErr w:type="spellEnd"/>
      <w:r w:rsidRPr="00840EB5">
        <w:rPr>
          <w:rFonts w:ascii="Unesa" w:hAnsi="Unesa" w:cs="Times New Roman"/>
          <w:sz w:val="24"/>
          <w:szCs w:val="24"/>
        </w:rPr>
        <w:t xml:space="preserve"> yang </w:t>
      </w:r>
      <w:proofErr w:type="spellStart"/>
      <w:r w:rsidRPr="00840EB5">
        <w:rPr>
          <w:rFonts w:ascii="Unesa" w:hAnsi="Unesa" w:cs="Times New Roman"/>
          <w:sz w:val="24"/>
          <w:szCs w:val="24"/>
        </w:rPr>
        <w:t>dialaminya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Tokoh</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perempuan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dalam</w:t>
      </w:r>
      <w:proofErr w:type="spellEnd"/>
      <w:r w:rsidRPr="00840EB5">
        <w:rPr>
          <w:rFonts w:ascii="Unesa" w:hAnsi="Unesa" w:cs="Times New Roman"/>
          <w:sz w:val="24"/>
          <w:szCs w:val="24"/>
        </w:rPr>
        <w:t xml:space="preserve"> novel </w:t>
      </w:r>
      <w:proofErr w:type="spellStart"/>
      <w:r w:rsidRPr="00840EB5">
        <w:rPr>
          <w:rFonts w:ascii="Unesa" w:hAnsi="Unesa" w:cs="Times New Roman"/>
          <w:sz w:val="24"/>
          <w:szCs w:val="24"/>
        </w:rPr>
        <w:t>tersebut</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melakukan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transformasi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sosial</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sebagai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bentuk</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perlawanan</w:t>
      </w:r>
      <w:proofErr w:type="spellEnd"/>
      <w:r w:rsidRPr="00840EB5">
        <w:rPr>
          <w:rFonts w:ascii="Unesa" w:hAnsi="Unesa" w:cs="Times New Roman"/>
          <w:sz w:val="24"/>
          <w:szCs w:val="24"/>
        </w:rPr>
        <w:t xml:space="preserve"> yang </w:t>
      </w:r>
      <w:proofErr w:type="spellStart"/>
      <w:r w:rsidRPr="00840EB5">
        <w:rPr>
          <w:rFonts w:ascii="Unesa" w:hAnsi="Unesa" w:cs="Times New Roman"/>
          <w:sz w:val="24"/>
          <w:szCs w:val="24"/>
        </w:rPr>
        <w:t>tidak</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hanya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berorientasi</w:t>
      </w:r>
      <w:proofErr w:type="spellEnd"/>
      <w:r w:rsidRPr="00840EB5">
        <w:rPr>
          <w:rFonts w:ascii="Unesa" w:hAnsi="Unesa" w:cs="Times New Roman"/>
          <w:sz w:val="24"/>
          <w:szCs w:val="24"/>
        </w:rPr>
        <w:t xml:space="preserve"> pada </w:t>
      </w:r>
      <w:proofErr w:type="spellStart"/>
      <w:r w:rsidRPr="00840EB5">
        <w:rPr>
          <w:rFonts w:ascii="Unesa" w:hAnsi="Unesa" w:cs="Times New Roman"/>
          <w:sz w:val="24"/>
          <w:szCs w:val="24"/>
        </w:rPr>
        <w:t>perubahan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diri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sendiri</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tetapi</w:t>
      </w:r>
      <w:proofErr w:type="spellEnd"/>
      <w:r w:rsidRPr="00840EB5">
        <w:rPr>
          <w:rFonts w:ascii="Unesa" w:hAnsi="Unesa" w:cs="Times New Roman"/>
          <w:sz w:val="24"/>
          <w:szCs w:val="24"/>
        </w:rPr>
        <w:t xml:space="preserve"> juga </w:t>
      </w:r>
      <w:proofErr w:type="spellStart"/>
      <w:r w:rsidRPr="00840EB5">
        <w:rPr>
          <w:rFonts w:ascii="Unesa" w:hAnsi="Unesa" w:cs="Times New Roman"/>
          <w:sz w:val="24"/>
          <w:szCs w:val="24"/>
        </w:rPr>
        <w:t>perubahan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lingkungan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sosial</w:t>
      </w:r>
      <w:proofErr w:type="spellEnd"/>
      <w:r w:rsidRPr="00840EB5">
        <w:rPr>
          <w:rFonts w:ascii="Unesa" w:hAnsi="Unesa" w:cs="Times New Roman"/>
          <w:sz w:val="24"/>
          <w:szCs w:val="24"/>
        </w:rPr>
        <w:t xml:space="preserve"> di </w:t>
      </w:r>
      <w:proofErr w:type="spellStart"/>
      <w:r w:rsidRPr="00840EB5">
        <w:rPr>
          <w:rFonts w:ascii="Unesa" w:hAnsi="Unesa" w:cs="Times New Roman"/>
          <w:sz w:val="24"/>
          <w:szCs w:val="24"/>
        </w:rPr>
        <w:t>sekitarnya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Tokoh</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perempuan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berupaya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membangun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kesadaran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memberikan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pengaruh</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positif</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kepada</w:t>
      </w:r>
      <w:proofErr w:type="spellEnd"/>
      <w:r w:rsidRPr="00840EB5">
        <w:rPr>
          <w:rFonts w:ascii="Unesa" w:hAnsi="Unesa" w:cs="Times New Roman"/>
          <w:sz w:val="24"/>
          <w:szCs w:val="24"/>
        </w:rPr>
        <w:t xml:space="preserve"> orang lain, </w:t>
      </w:r>
      <w:proofErr w:type="spellStart"/>
      <w:r w:rsidRPr="00840EB5">
        <w:rPr>
          <w:rFonts w:ascii="Unesa" w:hAnsi="Unesa" w:cs="Times New Roman"/>
          <w:sz w:val="24"/>
          <w:szCs w:val="24"/>
        </w:rPr>
        <w:t>serta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menunjukkan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bahwa</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perempuan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mampu</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berperan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aktif</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dalam</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kehidupan</w:t>
      </w:r>
      <w:proofErr w:type="spellEnd"/>
      <w:r w:rsidRPr="00840EB5">
        <w:rPr>
          <w:rFonts w:ascii="Unesa" w:hAnsi="Unesa" w:cs="Times New Roman"/>
          <w:sz w:val="24"/>
          <w:szCs w:val="24"/>
        </w:rPr>
        <w:t xml:space="preserve"> </w:t>
      </w:r>
      <w:proofErr w:type="spellStart"/>
      <w:r w:rsidRPr="00840EB5">
        <w:rPr>
          <w:rFonts w:ascii="Unesa" w:hAnsi="Unesa" w:cs="Times New Roman"/>
          <w:sz w:val="24"/>
          <w:szCs w:val="24"/>
        </w:rPr>
        <w:t>sosial</w:t>
      </w:r>
      <w:proofErr w:type="spellEnd"/>
      <w:proofErr w:type="gramStart"/>
      <w:r w:rsidRPr="00840EB5">
        <w:rPr>
          <w:rFonts w:ascii="Unesa" w:hAnsi="Unesa" w:cs="Times New Roman"/>
          <w:sz w:val="24"/>
          <w:szCs w:val="24"/>
        </w:rPr>
        <w:t>.</w:t>
      </w:r>
      <w:r w:rsidR="00BD7354" w:rsidRPr="00840EB5">
        <w:rPr>
          <w:rFonts w:ascii="Unesa" w:hAnsi="Unesa" w:cs="Times New Roman"/>
          <w:sz w:val="24"/>
          <w:szCs w:val="24"/>
        </w:rPr>
        <w:t xml:space="preserve"> .</w:t>
      </w:r>
      <w:proofErr w:type="gram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Dalam</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pandangan</w:t>
      </w:r>
      <w:proofErr w:type="spellEnd"/>
      <w:r w:rsidR="00BD7354" w:rsidRPr="00840EB5">
        <w:rPr>
          <w:rFonts w:ascii="Unesa" w:hAnsi="Unesa" w:cs="Times New Roman"/>
          <w:sz w:val="24"/>
          <w:szCs w:val="24"/>
        </w:rPr>
        <w:t xml:space="preserve"> Simone de Beauvoir, </w:t>
      </w:r>
      <w:proofErr w:type="spellStart"/>
      <w:r w:rsidR="00BD7354" w:rsidRPr="00840EB5">
        <w:rPr>
          <w:rFonts w:ascii="Unesa" w:hAnsi="Unesa" w:cs="Times New Roman"/>
          <w:sz w:val="24"/>
          <w:szCs w:val="24"/>
        </w:rPr>
        <w:t>transformasi</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sosial</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merupakan</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bentuk</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nyata</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dari</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perjuangan</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perempuan</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dalam</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membebaskan</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diri</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dari</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berbagai</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konstruksi</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sosial</w:t>
      </w:r>
      <w:proofErr w:type="spellEnd"/>
      <w:r w:rsidR="00BD7354" w:rsidRPr="00840EB5">
        <w:rPr>
          <w:rFonts w:ascii="Unesa" w:hAnsi="Unesa" w:cs="Times New Roman"/>
          <w:sz w:val="24"/>
          <w:szCs w:val="24"/>
        </w:rPr>
        <w:t xml:space="preserve"> yang </w:t>
      </w:r>
      <w:proofErr w:type="spellStart"/>
      <w:r w:rsidR="00BD7354" w:rsidRPr="00840EB5">
        <w:rPr>
          <w:rFonts w:ascii="Unesa" w:hAnsi="Unesa" w:cs="Times New Roman"/>
          <w:sz w:val="24"/>
          <w:szCs w:val="24"/>
        </w:rPr>
        <w:t>menempatkan</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perempuan</w:t>
      </w:r>
      <w:proofErr w:type="spellEnd"/>
      <w:r w:rsidR="00BD7354" w:rsidRPr="00840EB5">
        <w:rPr>
          <w:rFonts w:ascii="Unesa" w:hAnsi="Unesa" w:cs="Times New Roman"/>
          <w:sz w:val="24"/>
          <w:szCs w:val="24"/>
        </w:rPr>
        <w:t xml:space="preserve"> pada </w:t>
      </w:r>
      <w:proofErr w:type="spellStart"/>
      <w:r w:rsidR="00BD7354" w:rsidRPr="00840EB5">
        <w:rPr>
          <w:rFonts w:ascii="Unesa" w:hAnsi="Unesa" w:cs="Times New Roman"/>
          <w:sz w:val="24"/>
          <w:szCs w:val="24"/>
        </w:rPr>
        <w:t>posisi</w:t>
      </w:r>
      <w:proofErr w:type="spellEnd"/>
      <w:r w:rsidR="00BD7354" w:rsidRPr="00840EB5">
        <w:rPr>
          <w:rFonts w:ascii="Unesa" w:hAnsi="Unesa" w:cs="Times New Roman"/>
          <w:sz w:val="24"/>
          <w:szCs w:val="24"/>
        </w:rPr>
        <w:t xml:space="preserve"> yang </w:t>
      </w:r>
      <w:proofErr w:type="spellStart"/>
      <w:r w:rsidR="00BD7354" w:rsidRPr="00840EB5">
        <w:rPr>
          <w:rFonts w:ascii="Unesa" w:hAnsi="Unesa" w:cs="Times New Roman"/>
          <w:sz w:val="24"/>
          <w:szCs w:val="24"/>
        </w:rPr>
        <w:t>tidak</w:t>
      </w:r>
      <w:proofErr w:type="spellEnd"/>
      <w:r w:rsidR="00BD7354" w:rsidRPr="00840EB5">
        <w:rPr>
          <w:rFonts w:ascii="Unesa" w:hAnsi="Unesa" w:cs="Times New Roman"/>
          <w:sz w:val="24"/>
          <w:szCs w:val="24"/>
        </w:rPr>
        <w:t xml:space="preserve"> </w:t>
      </w:r>
      <w:proofErr w:type="spellStart"/>
      <w:r w:rsidR="00BD7354" w:rsidRPr="00840EB5">
        <w:rPr>
          <w:rFonts w:ascii="Unesa" w:hAnsi="Unesa" w:cs="Times New Roman"/>
          <w:sz w:val="24"/>
          <w:szCs w:val="24"/>
        </w:rPr>
        <w:t>setara</w:t>
      </w:r>
      <w:proofErr w:type="spellEnd"/>
      <w:r w:rsidR="00BD7354" w:rsidRPr="00840EB5">
        <w:rPr>
          <w:rFonts w:ascii="Unesa" w:hAnsi="Unesa" w:cs="Times New Roman"/>
          <w:sz w:val="24"/>
          <w:szCs w:val="24"/>
        </w:rPr>
        <w:t>.</w:t>
      </w:r>
    </w:p>
    <w:p w14:paraId="1F812202" w14:textId="77777777" w:rsidR="004F73AE" w:rsidRPr="0067057B" w:rsidRDefault="009431DA" w:rsidP="00A13750">
      <w:pPr>
        <w:ind w:left="-142" w:firstLine="226"/>
        <w:rPr>
          <w:rFonts w:ascii="Unesa" w:hAnsi="Unesa"/>
        </w:rPr>
      </w:pPr>
      <w:r w:rsidRPr="0067057B">
        <w:rPr>
          <w:rFonts w:ascii="Unesa" w:hAnsi="Unesa"/>
          <w:b/>
          <w:sz w:val="24"/>
        </w:rPr>
        <w:t>DAFTAR PUSTAKA</w:t>
      </w:r>
    </w:p>
    <w:p w14:paraId="3F63C3B0"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 xml:space="preserve">AFIFAH, U. N. (2025). </w:t>
      </w:r>
      <w:r w:rsidRPr="00840EB5">
        <w:rPr>
          <w:rFonts w:ascii="Unesa" w:hAnsi="Unesa" w:cs="Calibri"/>
          <w:i/>
          <w:iCs/>
          <w:noProof/>
          <w:sz w:val="24"/>
          <w:szCs w:val="24"/>
        </w:rPr>
        <w:t>STEREOTIP “BAD WOMEN ” DAN PERLAWANAN PEREMPUAN DALAM NOVEL KARYA PENULIS PEREMPUAN</w:t>
      </w:r>
      <w:r w:rsidRPr="00840EB5">
        <w:rPr>
          <w:rFonts w:ascii="Unesa" w:hAnsi="Unesa" w:cs="Calibri"/>
          <w:noProof/>
          <w:sz w:val="24"/>
          <w:szCs w:val="24"/>
        </w:rPr>
        <w:t xml:space="preserve">. </w:t>
      </w:r>
      <w:r w:rsidRPr="00840EB5">
        <w:rPr>
          <w:rFonts w:ascii="Unesa" w:hAnsi="Unesa" w:cs="Calibri"/>
          <w:i/>
          <w:iCs/>
          <w:noProof/>
          <w:sz w:val="24"/>
          <w:szCs w:val="24"/>
        </w:rPr>
        <w:t>11</w:t>
      </w:r>
      <w:r w:rsidRPr="00840EB5">
        <w:rPr>
          <w:rFonts w:ascii="Unesa" w:hAnsi="Unesa" w:cs="Calibri"/>
          <w:noProof/>
          <w:sz w:val="24"/>
          <w:szCs w:val="24"/>
        </w:rPr>
        <w:t>(1), 775–785.</w:t>
      </w:r>
    </w:p>
    <w:p w14:paraId="3311C0A4"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AL QAYYIS, A. Z., FAUZI, M., &amp; YASID, A. (2025). PATRIARKI DAN RESISTENSI PEREMPUAN DALAM TRADISI SAWER PERNIKAHAN DI PULAU KANGEAN: IMPLIKASI TERHADAP PENDIDIKAN GENDER DI MASYARAKAT MADURA. </w:t>
      </w:r>
      <w:r w:rsidRPr="00840EB5">
        <w:rPr>
          <w:rFonts w:ascii="Unesa" w:hAnsi="Unesa" w:cs="Calibri"/>
          <w:i/>
          <w:iCs/>
          <w:noProof/>
          <w:sz w:val="24"/>
          <w:szCs w:val="24"/>
        </w:rPr>
        <w:t>PENDAS: JURNAL ILMIAH PENDIDIKAN DASAR</w:t>
      </w:r>
      <w:r w:rsidRPr="00840EB5">
        <w:rPr>
          <w:rFonts w:ascii="Unesa" w:hAnsi="Unesa" w:cs="Calibri"/>
          <w:noProof/>
          <w:sz w:val="24"/>
          <w:szCs w:val="24"/>
        </w:rPr>
        <w:t>, </w:t>
      </w:r>
      <w:r w:rsidRPr="00840EB5">
        <w:rPr>
          <w:rFonts w:ascii="Unesa" w:hAnsi="Unesa" w:cs="Calibri"/>
          <w:i/>
          <w:iCs/>
          <w:noProof/>
          <w:sz w:val="24"/>
          <w:szCs w:val="24"/>
        </w:rPr>
        <w:t>10</w:t>
      </w:r>
      <w:r w:rsidRPr="00840EB5">
        <w:rPr>
          <w:rFonts w:ascii="Unesa" w:hAnsi="Unesa" w:cs="Calibri"/>
          <w:noProof/>
          <w:sz w:val="24"/>
          <w:szCs w:val="24"/>
        </w:rPr>
        <w:t>(02), 237-246.</w:t>
      </w:r>
    </w:p>
    <w:p w14:paraId="4B992EFA"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FATIHRAHMA, M., HILMIYATUN, H., &amp; AMRULLAH, R. (2025). BUDAYA PATRIARKI DALAM TRADISI SASAK LOMBOK (ANALISIS WACANA KRITIS DALAM KUMPULAN CERPEN JANGAN PULANG JIKA KAMU PEREMPUAN KARYA RIYANA RIZKI). </w:t>
      </w:r>
      <w:r w:rsidRPr="00840EB5">
        <w:rPr>
          <w:rFonts w:ascii="Unesa" w:hAnsi="Unesa" w:cs="Calibri"/>
          <w:i/>
          <w:iCs/>
          <w:noProof/>
          <w:sz w:val="24"/>
          <w:szCs w:val="24"/>
        </w:rPr>
        <w:t>SENTRI: JURNAL RISET ILMIAH</w:t>
      </w:r>
      <w:r w:rsidRPr="00840EB5">
        <w:rPr>
          <w:rFonts w:ascii="Unesa" w:hAnsi="Unesa" w:cs="Calibri"/>
          <w:noProof/>
          <w:sz w:val="24"/>
          <w:szCs w:val="24"/>
        </w:rPr>
        <w:t>, </w:t>
      </w:r>
      <w:r w:rsidRPr="00840EB5">
        <w:rPr>
          <w:rFonts w:ascii="Unesa" w:hAnsi="Unesa" w:cs="Calibri"/>
          <w:i/>
          <w:iCs/>
          <w:noProof/>
          <w:sz w:val="24"/>
          <w:szCs w:val="24"/>
        </w:rPr>
        <w:t>4</w:t>
      </w:r>
      <w:r w:rsidRPr="00840EB5">
        <w:rPr>
          <w:rFonts w:ascii="Unesa" w:hAnsi="Unesa" w:cs="Calibri"/>
          <w:noProof/>
          <w:sz w:val="24"/>
          <w:szCs w:val="24"/>
        </w:rPr>
        <w:t>(10), 2355-2365.</w:t>
      </w:r>
    </w:p>
    <w:p w14:paraId="10317641" w14:textId="4EAC0E74"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 xml:space="preserve">DIAH, M., &amp; PEBRYAWAN, K. (2026). </w:t>
      </w:r>
      <w:r w:rsidRPr="00840EB5">
        <w:rPr>
          <w:rFonts w:ascii="Unesa" w:hAnsi="Unesa" w:cs="Calibri"/>
          <w:i/>
          <w:iCs/>
          <w:noProof/>
          <w:sz w:val="24"/>
          <w:szCs w:val="24"/>
        </w:rPr>
        <w:t>CITRA PEREMPUAN TANGGUH DALAM NOVEL TIRAKATING MANAH KARYA SELA ISTIGFARI</w:t>
      </w:r>
      <w:r w:rsidRPr="00840EB5">
        <w:rPr>
          <w:rFonts w:ascii="Unesa" w:hAnsi="Unesa" w:cs="Times New Roman"/>
          <w:i/>
          <w:iCs/>
          <w:noProof/>
          <w:sz w:val="24"/>
          <w:szCs w:val="24"/>
        </w:rPr>
        <w:t> </w:t>
      </w:r>
      <w:r w:rsidRPr="00840EB5">
        <w:rPr>
          <w:rFonts w:ascii="Unesa" w:hAnsi="Unesa" w:cs="Calibri"/>
          <w:i/>
          <w:iCs/>
          <w:noProof/>
          <w:sz w:val="24"/>
          <w:szCs w:val="24"/>
        </w:rPr>
        <w:t>: KAJIAN KRITIK FEMINISME</w:t>
      </w:r>
      <w:r w:rsidRPr="00840EB5">
        <w:rPr>
          <w:rFonts w:ascii="Unesa" w:hAnsi="Unesa" w:cs="Calibri"/>
          <w:noProof/>
          <w:sz w:val="24"/>
          <w:szCs w:val="24"/>
        </w:rPr>
        <w:t xml:space="preserve">. </w:t>
      </w:r>
      <w:r w:rsidRPr="00840EB5">
        <w:rPr>
          <w:rFonts w:ascii="Unesa" w:hAnsi="Unesa" w:cs="Calibri"/>
          <w:i/>
          <w:iCs/>
          <w:noProof/>
          <w:sz w:val="24"/>
          <w:szCs w:val="24"/>
        </w:rPr>
        <w:t>4</w:t>
      </w:r>
      <w:r w:rsidRPr="00840EB5">
        <w:rPr>
          <w:rFonts w:ascii="Unesa" w:hAnsi="Unesa" w:cs="Calibri"/>
          <w:noProof/>
          <w:sz w:val="24"/>
          <w:szCs w:val="24"/>
        </w:rPr>
        <w:t>(APRIL), 1–11.</w:t>
      </w:r>
    </w:p>
    <w:p w14:paraId="1E5A748D" w14:textId="33E617F9" w:rsidR="0080152D" w:rsidRPr="00840EB5" w:rsidRDefault="00BD7354" w:rsidP="00A733EB">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FAUZIA, K. (2025). </w:t>
      </w:r>
      <w:r w:rsidRPr="00840EB5">
        <w:rPr>
          <w:rFonts w:ascii="Unesa" w:hAnsi="Unesa" w:cs="Calibri"/>
          <w:i/>
          <w:iCs/>
          <w:noProof/>
          <w:sz w:val="24"/>
          <w:szCs w:val="24"/>
        </w:rPr>
        <w:t>TUBUH PEREMPUAN SEBAGAI ARENA PERLAWANAN TERHADAP NORMA SOSIAL DALAM NOVEL THE VEGETARIAN KARYA HAN KANG: SEBUAH KAJIAN SOSIAL DAN BUDAYA</w:t>
      </w:r>
      <w:r w:rsidRPr="00840EB5">
        <w:rPr>
          <w:rFonts w:ascii="Unesa" w:hAnsi="Unesa" w:cs="Calibri"/>
          <w:noProof/>
          <w:sz w:val="24"/>
          <w:szCs w:val="24"/>
        </w:rPr>
        <w:t> (DOCTORAL DISSERTATION, UNIVERSITAS NASIONAL).</w:t>
      </w:r>
    </w:p>
    <w:p w14:paraId="316F9302" w14:textId="77777777" w:rsidR="00BD7354"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FALENTINA, A. S., &amp; PURNOMO, S. H. (2024). PERLAWANAN TERHADAP BELENGGU PATRIARKI PADA KETOPRAK GAUL LAKON KALINYAMAT. </w:t>
      </w:r>
      <w:r w:rsidRPr="00840EB5">
        <w:rPr>
          <w:rFonts w:ascii="Unesa" w:hAnsi="Unesa" w:cs="Calibri"/>
          <w:i/>
          <w:iCs/>
          <w:noProof/>
          <w:sz w:val="24"/>
          <w:szCs w:val="24"/>
        </w:rPr>
        <w:t>INDONESIAN JOURNAL OF HUMANITIES AND SOCIAL SCIENCES</w:t>
      </w:r>
      <w:r w:rsidRPr="00840EB5">
        <w:rPr>
          <w:rFonts w:ascii="Unesa" w:hAnsi="Unesa" w:cs="Calibri"/>
          <w:noProof/>
          <w:sz w:val="24"/>
          <w:szCs w:val="24"/>
        </w:rPr>
        <w:t>, </w:t>
      </w:r>
      <w:r w:rsidRPr="00840EB5">
        <w:rPr>
          <w:rFonts w:ascii="Unesa" w:hAnsi="Unesa" w:cs="Calibri"/>
          <w:i/>
          <w:iCs/>
          <w:noProof/>
          <w:sz w:val="24"/>
          <w:szCs w:val="24"/>
        </w:rPr>
        <w:t>5</w:t>
      </w:r>
      <w:r w:rsidRPr="00840EB5">
        <w:rPr>
          <w:rFonts w:ascii="Unesa" w:hAnsi="Unesa" w:cs="Calibri"/>
          <w:noProof/>
          <w:sz w:val="24"/>
          <w:szCs w:val="24"/>
        </w:rPr>
        <w:t>(3), 1285-1298.</w:t>
      </w:r>
    </w:p>
    <w:p w14:paraId="37081C95" w14:textId="13EF0F5F" w:rsidR="00A733EB" w:rsidRPr="00121D63" w:rsidRDefault="00A733EB" w:rsidP="00A733EB">
      <w:pPr>
        <w:widowControl w:val="0"/>
        <w:autoSpaceDE w:val="0"/>
        <w:autoSpaceDN w:val="0"/>
        <w:adjustRightInd w:val="0"/>
        <w:ind w:left="426" w:hanging="426"/>
        <w:jc w:val="both"/>
        <w:rPr>
          <w:rFonts w:ascii="Unesa" w:hAnsi="Unesa" w:cs="Calibri"/>
          <w:noProof/>
          <w:sz w:val="24"/>
          <w:szCs w:val="24"/>
        </w:rPr>
      </w:pPr>
      <w:r w:rsidRPr="00121D63">
        <w:rPr>
          <w:rFonts w:ascii="Unesa" w:hAnsi="Unesa" w:cs="Calibri"/>
          <w:noProof/>
          <w:sz w:val="24"/>
          <w:szCs w:val="24"/>
        </w:rPr>
        <w:t>PUSPITO, P., WIDHARYANTO, B., &amp; HERUJIYANTO, A. (2023). PERLAWANAN PEREMPUAN TERHADAP DISKRIMINASI DALAM NOVEL LUSI LINDRI KARYA YB MANGUNWIJAYA. </w:t>
      </w:r>
      <w:r w:rsidRPr="00121D63">
        <w:rPr>
          <w:rFonts w:ascii="Unesa" w:hAnsi="Unesa" w:cs="Calibri"/>
          <w:i/>
          <w:iCs/>
          <w:noProof/>
          <w:sz w:val="24"/>
          <w:szCs w:val="24"/>
        </w:rPr>
        <w:t>FON: JURNAL PENDIDIKAN BAHASA DAN SASTRA INDONESIA</w:t>
      </w:r>
      <w:r w:rsidRPr="00121D63">
        <w:rPr>
          <w:rFonts w:ascii="Unesa" w:hAnsi="Unesa" w:cs="Calibri"/>
          <w:noProof/>
          <w:sz w:val="24"/>
          <w:szCs w:val="24"/>
        </w:rPr>
        <w:t>, </w:t>
      </w:r>
      <w:r w:rsidRPr="00121D63">
        <w:rPr>
          <w:rFonts w:ascii="Unesa" w:hAnsi="Unesa" w:cs="Calibri"/>
          <w:i/>
          <w:iCs/>
          <w:noProof/>
          <w:sz w:val="24"/>
          <w:szCs w:val="24"/>
        </w:rPr>
        <w:t>19</w:t>
      </w:r>
      <w:r w:rsidRPr="00121D63">
        <w:rPr>
          <w:rFonts w:ascii="Unesa" w:hAnsi="Unesa" w:cs="Calibri"/>
          <w:noProof/>
          <w:sz w:val="24"/>
          <w:szCs w:val="24"/>
        </w:rPr>
        <w:t>(2), 211-225.</w:t>
      </w:r>
    </w:p>
    <w:p w14:paraId="757BD3DB"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SUGIYONO. (2018). METODE PENELITIAN KUALITATIF. BANDUNG: CV. ALFABETA.</w:t>
      </w:r>
    </w:p>
    <w:p w14:paraId="2A7B62E2"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lastRenderedPageBreak/>
        <w:t>SUGIYONO. (2014). METODE PENELITIAN KUALITATIF, DAN R&amp;D. BANDUNG : CV. ALFABETA.</w:t>
      </w:r>
    </w:p>
    <w:p w14:paraId="5A8D4859"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SUGIYONO. (2020). METODE PENELITIAN KUANTITATIF, KUALITATIF DAN R&amp;D. BANDUNG: ALFABETA.</w:t>
      </w:r>
    </w:p>
    <w:p w14:paraId="791D6CC6"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SUGIYONO (2015). METODE PENELITIAN KUALITATIF , BANDUNG: CV. ALFABETA</w:t>
      </w:r>
    </w:p>
    <w:p w14:paraId="78E2DE17"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cs="Calibri"/>
          <w:noProof/>
          <w:sz w:val="24"/>
          <w:szCs w:val="24"/>
        </w:rPr>
      </w:pPr>
      <w:r w:rsidRPr="00840EB5">
        <w:rPr>
          <w:rFonts w:ascii="Unesa" w:hAnsi="Unesa" w:cs="Calibri"/>
          <w:noProof/>
          <w:sz w:val="24"/>
          <w:szCs w:val="24"/>
        </w:rPr>
        <w:t xml:space="preserve">WIJAYA, M., ZAHRA, F. A., AMINI, S. F., NABILLA, A., UMNIYAH, U. Z., BENGKULU, U., &amp; LIMUN, K. (2025). </w:t>
      </w:r>
      <w:r w:rsidRPr="00840EB5">
        <w:rPr>
          <w:rFonts w:ascii="Unesa" w:hAnsi="Unesa" w:cs="Calibri"/>
          <w:i/>
          <w:iCs/>
          <w:noProof/>
          <w:sz w:val="24"/>
          <w:szCs w:val="24"/>
        </w:rPr>
        <w:t>KESETARAAN DAN KEBEBASAN PEREMPUAN</w:t>
      </w:r>
      <w:r w:rsidRPr="00840EB5">
        <w:rPr>
          <w:rFonts w:ascii="Unesa" w:hAnsi="Unesa" w:cs="Times New Roman"/>
          <w:i/>
          <w:iCs/>
          <w:noProof/>
          <w:sz w:val="24"/>
          <w:szCs w:val="24"/>
        </w:rPr>
        <w:t> </w:t>
      </w:r>
      <w:r w:rsidRPr="00840EB5">
        <w:rPr>
          <w:rFonts w:ascii="Unesa" w:hAnsi="Unesa" w:cs="Calibri"/>
          <w:i/>
          <w:iCs/>
          <w:noProof/>
          <w:sz w:val="24"/>
          <w:szCs w:val="24"/>
        </w:rPr>
        <w:t>: STRATEGI</w:t>
      </w:r>
      <w:r w:rsidRPr="00840EB5">
        <w:rPr>
          <w:rFonts w:ascii="Unesa" w:hAnsi="Unesa" w:cs="Calibri"/>
          <w:noProof/>
          <w:sz w:val="24"/>
          <w:szCs w:val="24"/>
        </w:rPr>
        <w:t xml:space="preserve">. </w:t>
      </w:r>
      <w:r w:rsidRPr="00840EB5">
        <w:rPr>
          <w:rFonts w:ascii="Unesa" w:hAnsi="Unesa" w:cs="Calibri"/>
          <w:i/>
          <w:iCs/>
          <w:noProof/>
          <w:sz w:val="24"/>
          <w:szCs w:val="24"/>
        </w:rPr>
        <w:t>3</w:t>
      </w:r>
      <w:r w:rsidRPr="00840EB5">
        <w:rPr>
          <w:rFonts w:ascii="Unesa" w:hAnsi="Unesa" w:cs="Calibri"/>
          <w:noProof/>
          <w:sz w:val="24"/>
          <w:szCs w:val="24"/>
        </w:rPr>
        <w:t>(10).</w:t>
      </w:r>
    </w:p>
    <w:p w14:paraId="4BCCF5E7" w14:textId="77777777" w:rsidR="00BD7354" w:rsidRPr="00840EB5" w:rsidRDefault="00BD7354" w:rsidP="00A13750">
      <w:pPr>
        <w:widowControl w:val="0"/>
        <w:autoSpaceDE w:val="0"/>
        <w:autoSpaceDN w:val="0"/>
        <w:adjustRightInd w:val="0"/>
        <w:spacing w:line="240" w:lineRule="auto"/>
        <w:ind w:left="510" w:hanging="480"/>
        <w:jc w:val="both"/>
        <w:rPr>
          <w:rFonts w:ascii="Unesa" w:hAnsi="Unesa"/>
          <w:sz w:val="24"/>
          <w:szCs w:val="24"/>
        </w:rPr>
      </w:pPr>
      <w:r w:rsidRPr="00840EB5">
        <w:rPr>
          <w:rFonts w:ascii="Unesa" w:hAnsi="Unesa"/>
          <w:sz w:val="24"/>
          <w:szCs w:val="24"/>
        </w:rPr>
        <w:t>ZAHRO, F., WAHYUNINGSIH, R. S., ANGGRESTIA, N. V., &amp; AHMAD, N. (2025). ANALISIS EKOFEMINISME DE’EAUBONNE TERHADAP PERJUANGAN PEREMPUAN DALAM NOVEL KARYA DIAN PURNOMO. </w:t>
      </w:r>
      <w:r w:rsidRPr="00840EB5">
        <w:rPr>
          <w:rFonts w:ascii="Unesa" w:hAnsi="Unesa"/>
          <w:i/>
          <w:iCs/>
          <w:sz w:val="24"/>
          <w:szCs w:val="24"/>
        </w:rPr>
        <w:t>JURNAL RISET RUMPUN ILMU BAHASA</w:t>
      </w:r>
      <w:r w:rsidRPr="00840EB5">
        <w:rPr>
          <w:rFonts w:ascii="Unesa" w:hAnsi="Unesa"/>
          <w:sz w:val="24"/>
          <w:szCs w:val="24"/>
        </w:rPr>
        <w:t>, </w:t>
      </w:r>
      <w:r w:rsidRPr="00840EB5">
        <w:rPr>
          <w:rFonts w:ascii="Unesa" w:hAnsi="Unesa"/>
          <w:i/>
          <w:iCs/>
          <w:sz w:val="24"/>
          <w:szCs w:val="24"/>
        </w:rPr>
        <w:t>4</w:t>
      </w:r>
      <w:r w:rsidRPr="00840EB5">
        <w:rPr>
          <w:rFonts w:ascii="Unesa" w:hAnsi="Unesa"/>
          <w:sz w:val="24"/>
          <w:szCs w:val="24"/>
        </w:rPr>
        <w:t>(1), 80-97.</w:t>
      </w:r>
    </w:p>
    <w:p w14:paraId="11028A25" w14:textId="77777777" w:rsidR="00BD7354" w:rsidRPr="00840EB5" w:rsidRDefault="00BD7354" w:rsidP="00BD7354">
      <w:pPr>
        <w:widowControl w:val="0"/>
        <w:autoSpaceDE w:val="0"/>
        <w:autoSpaceDN w:val="0"/>
        <w:adjustRightInd w:val="0"/>
        <w:ind w:hanging="480"/>
        <w:jc w:val="both"/>
        <w:rPr>
          <w:rFonts w:ascii="Unesa" w:hAnsi="Unesa" w:cs="Calibri"/>
          <w:noProof/>
          <w:sz w:val="24"/>
          <w:szCs w:val="24"/>
        </w:rPr>
      </w:pPr>
    </w:p>
    <w:p w14:paraId="56E96FDE" w14:textId="77777777" w:rsidR="00BD7354" w:rsidRPr="0075210B" w:rsidRDefault="00BD7354" w:rsidP="00BD7354">
      <w:pPr>
        <w:widowControl w:val="0"/>
        <w:autoSpaceDE w:val="0"/>
        <w:autoSpaceDN w:val="0"/>
        <w:adjustRightInd w:val="0"/>
        <w:ind w:hanging="480"/>
        <w:jc w:val="both"/>
        <w:rPr>
          <w:rFonts w:ascii="Book Antiqua" w:hAnsi="Book Antiqua" w:cs="Calibri"/>
          <w:noProof/>
          <w:sz w:val="20"/>
          <w:szCs w:val="20"/>
        </w:rPr>
      </w:pPr>
    </w:p>
    <w:p w14:paraId="380262AC" w14:textId="0EA85B85" w:rsidR="004F73AE" w:rsidRPr="008F4412" w:rsidRDefault="004F73AE" w:rsidP="00BD7354">
      <w:pPr>
        <w:jc w:val="both"/>
        <w:rPr>
          <w:rFonts w:ascii="Unesa" w:hAnsi="Unesa"/>
          <w:lang w:val="id-ID"/>
        </w:rPr>
      </w:pPr>
    </w:p>
    <w:p w14:paraId="4E901FF3" w14:textId="05A926F5" w:rsidR="004F73AE" w:rsidRDefault="004F73AE">
      <w:pPr>
        <w:rPr>
          <w:rFonts w:ascii="Unesa" w:hAnsi="Unesa"/>
        </w:rPr>
      </w:pPr>
    </w:p>
    <w:p w14:paraId="45483795" w14:textId="7E8919E7" w:rsidR="00231EB1" w:rsidRDefault="00231EB1">
      <w:pPr>
        <w:rPr>
          <w:rFonts w:ascii="Unesa" w:hAnsi="Unesa"/>
        </w:rPr>
      </w:pPr>
    </w:p>
    <w:p w14:paraId="6CB3BDC2" w14:textId="4683ABA5" w:rsidR="00231EB1" w:rsidRDefault="00231EB1">
      <w:pPr>
        <w:rPr>
          <w:rFonts w:ascii="Unesa" w:hAnsi="Unesa"/>
        </w:rPr>
      </w:pPr>
    </w:p>
    <w:p w14:paraId="445CAFA2" w14:textId="32CAB9C3" w:rsidR="00231EB1" w:rsidRDefault="00231EB1">
      <w:pPr>
        <w:rPr>
          <w:rFonts w:ascii="Unesa" w:hAnsi="Unesa"/>
        </w:rPr>
      </w:pPr>
    </w:p>
    <w:p w14:paraId="26453480" w14:textId="47FBD0FD" w:rsidR="00231EB1" w:rsidRDefault="00231EB1">
      <w:pPr>
        <w:rPr>
          <w:rFonts w:ascii="Unesa" w:hAnsi="Unesa"/>
        </w:rPr>
      </w:pPr>
    </w:p>
    <w:p w14:paraId="0A658F9F" w14:textId="77777777" w:rsidR="00231EB1" w:rsidRPr="0067057B" w:rsidRDefault="00231EB1">
      <w:pPr>
        <w:rPr>
          <w:rFonts w:ascii="Unesa" w:hAnsi="Unesa"/>
        </w:rPr>
      </w:pPr>
    </w:p>
    <w:sectPr w:rsidR="00231EB1" w:rsidRPr="0067057B" w:rsidSect="00B97E07">
      <w:headerReference w:type="even" r:id="rId10"/>
      <w:headerReference w:type="default" r:id="rId11"/>
      <w:footerReference w:type="even" r:id="rId12"/>
      <w:footerReference w:type="default" r:id="rId13"/>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8724" w14:textId="77777777" w:rsidR="001D0D37" w:rsidRDefault="001D0D37" w:rsidP="004225DB">
      <w:pPr>
        <w:spacing w:after="0" w:line="240" w:lineRule="auto"/>
      </w:pPr>
      <w:r>
        <w:separator/>
      </w:r>
    </w:p>
  </w:endnote>
  <w:endnote w:type="continuationSeparator" w:id="0">
    <w:p w14:paraId="52DAE713" w14:textId="77777777" w:rsidR="001D0D37" w:rsidRDefault="001D0D37" w:rsidP="0042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nesa">
    <w:altName w:val="Calibri"/>
    <w:panose1 w:val="00000000000000000000"/>
    <w:charset w:val="00"/>
    <w:family w:val="modern"/>
    <w:notTrueType/>
    <w:pitch w:val="variable"/>
    <w:sig w:usb0="80000007" w:usb1="00000000" w:usb2="00000000" w:usb3="00000000" w:csb0="00000003"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0313" w14:textId="74E3F144" w:rsidR="00C90EA1" w:rsidRPr="00247D0D" w:rsidRDefault="00247D0D">
    <w:pPr>
      <w:pStyle w:val="Footer"/>
      <w:rPr>
        <w:color w:val="76923C" w:themeColor="accent3" w:themeShade="BF"/>
      </w:rPr>
    </w:pPr>
    <w:r w:rsidRPr="00247D0D">
      <w:rPr>
        <w:rFonts w:asciiTheme="majorHAnsi" w:eastAsiaTheme="majorEastAsia" w:hAnsiTheme="majorHAnsi" w:cstheme="majorBidi"/>
        <w:noProof/>
        <w:color w:val="4F81BD" w:themeColor="accent1"/>
        <w:sz w:val="20"/>
        <w:szCs w:val="20"/>
      </w:rPr>
      <mc:AlternateContent>
        <mc:Choice Requires="wps">
          <w:drawing>
            <wp:anchor distT="0" distB="0" distL="114300" distR="114300" simplePos="0" relativeHeight="251737600" behindDoc="0" locked="0" layoutInCell="1" allowOverlap="1" wp14:anchorId="4A77EBD4" wp14:editId="759EF6F5">
              <wp:simplePos x="0" y="0"/>
              <wp:positionH relativeFrom="page">
                <wp:align>center</wp:align>
              </wp:positionH>
              <wp:positionV relativeFrom="page">
                <wp:align>center</wp:align>
              </wp:positionV>
              <wp:extent cx="7364730" cy="9528810"/>
              <wp:effectExtent l="0" t="0" r="26670" b="26670"/>
              <wp:wrapNone/>
              <wp:docPr id="2" name="Rectangle 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89BBF9" id="Rectangle 2" o:spid="_x0000_s1026" style="position:absolute;margin-left:0;margin-top:0;width:579.9pt;height:750.3pt;z-index:2517376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Pr="00247D0D">
      <w:rPr>
        <w:rFonts w:asciiTheme="majorHAnsi" w:eastAsiaTheme="majorEastAsia" w:hAnsiTheme="majorHAnsi" w:cstheme="majorBidi"/>
        <w:noProof/>
        <w:color w:val="4F81BD" w:themeColor="accent1"/>
        <w:sz w:val="20"/>
        <w:szCs w:val="20"/>
      </w:rPr>
      <w:t xml:space="preserve"> </w:t>
    </w:r>
    <w:r w:rsidRPr="00247D0D">
      <w:rPr>
        <w:rFonts w:ascii="Unesa" w:hAnsi="Unesa"/>
        <w:color w:val="76923C" w:themeColor="accent3" w:themeShade="BF"/>
        <w:sz w:val="18"/>
        <w:szCs w:val="18"/>
      </w:rPr>
      <w:fldChar w:fldCharType="begin"/>
    </w:r>
    <w:r w:rsidRPr="00247D0D">
      <w:rPr>
        <w:rFonts w:ascii="Unesa" w:hAnsi="Unesa"/>
        <w:color w:val="76923C" w:themeColor="accent3" w:themeShade="BF"/>
        <w:sz w:val="18"/>
        <w:szCs w:val="18"/>
      </w:rPr>
      <w:instrText xml:space="preserve"> PAGE   \* MERGEFORMAT </w:instrText>
    </w:r>
    <w:r w:rsidRPr="00247D0D">
      <w:rPr>
        <w:rFonts w:ascii="Unesa" w:hAnsi="Unesa"/>
        <w:color w:val="76923C" w:themeColor="accent3" w:themeShade="BF"/>
        <w:sz w:val="18"/>
        <w:szCs w:val="18"/>
      </w:rPr>
      <w:fldChar w:fldCharType="separate"/>
    </w:r>
    <w:r w:rsidRPr="00247D0D">
      <w:rPr>
        <w:rFonts w:ascii="Unesa" w:hAnsi="Unesa"/>
        <w:color w:val="76923C" w:themeColor="accent3" w:themeShade="BF"/>
        <w:sz w:val="18"/>
        <w:szCs w:val="18"/>
      </w:rPr>
      <w:t>1</w:t>
    </w:r>
    <w:r w:rsidRPr="00247D0D">
      <w:rPr>
        <w:rFonts w:ascii="Unesa" w:hAnsi="Unesa"/>
        <w:b/>
        <w:bCs/>
        <w:noProof/>
        <w:color w:val="76923C" w:themeColor="accent3" w:themeShade="BF"/>
        <w:sz w:val="18"/>
        <w:szCs w:val="18"/>
      </w:rPr>
      <w:fldChar w:fldCharType="end"/>
    </w:r>
    <w:r w:rsidRPr="00247D0D">
      <w:rPr>
        <w:rFonts w:ascii="Unesa" w:hAnsi="Unesa"/>
        <w:b/>
        <w:bCs/>
        <w:color w:val="76923C" w:themeColor="accent3" w:themeShade="BF"/>
        <w:sz w:val="18"/>
        <w:szCs w:val="18"/>
      </w:rPr>
      <w:t xml:space="preserve"> </w:t>
    </w:r>
    <w:proofErr w:type="gramStart"/>
    <w:r w:rsidRPr="00247D0D">
      <w:rPr>
        <w:rFonts w:ascii="Unesa" w:hAnsi="Unesa"/>
        <w:color w:val="76923C" w:themeColor="accent3" w:themeShade="BF"/>
        <w:sz w:val="18"/>
        <w:szCs w:val="18"/>
      </w:rPr>
      <w:t>|</w:t>
    </w:r>
    <w:r w:rsidRPr="00247D0D">
      <w:rPr>
        <w:rFonts w:ascii="Unesa" w:hAnsi="Unesa"/>
        <w:b/>
        <w:bCs/>
        <w:color w:val="76923C" w:themeColor="accent3" w:themeShade="BF"/>
        <w:sz w:val="18"/>
        <w:szCs w:val="18"/>
      </w:rPr>
      <w:t xml:space="preserve"> </w:t>
    </w:r>
    <w:r w:rsidRPr="00247D0D">
      <w:rPr>
        <w:rFonts w:ascii="Unesa" w:hAnsi="Unesa"/>
        <w:b/>
        <w:bCs/>
        <w:color w:val="76923C" w:themeColor="accent3" w:themeShade="BF"/>
        <w:sz w:val="18"/>
        <w:szCs w:val="18"/>
        <w:lang w:val="id-ID"/>
      </w:rPr>
      <w:t xml:space="preserve"> </w:t>
    </w:r>
    <w:r w:rsidR="00BD7354">
      <w:rPr>
        <w:rFonts w:ascii="Unesa" w:hAnsi="Unesa"/>
        <w:b/>
        <w:bCs/>
        <w:color w:val="76923C" w:themeColor="accent3" w:themeShade="BF"/>
        <w:sz w:val="18"/>
        <w:szCs w:val="18"/>
        <w:lang w:val="id-ID"/>
      </w:rPr>
      <w:t>Aldira</w:t>
    </w:r>
    <w:proofErr w:type="gramEnd"/>
    <w:r w:rsidR="00BD7354">
      <w:rPr>
        <w:rFonts w:ascii="Unesa" w:hAnsi="Unesa"/>
        <w:b/>
        <w:bCs/>
        <w:color w:val="76923C" w:themeColor="accent3" w:themeShade="BF"/>
        <w:sz w:val="18"/>
        <w:szCs w:val="18"/>
        <w:lang w:val="id-ID"/>
      </w:rPr>
      <w:t xml:space="preserve"> Diva </w:t>
    </w:r>
    <w:proofErr w:type="gramStart"/>
    <w:r w:rsidR="00BD7354">
      <w:rPr>
        <w:rFonts w:ascii="Unesa" w:hAnsi="Unesa"/>
        <w:b/>
        <w:bCs/>
        <w:color w:val="76923C" w:themeColor="accent3" w:themeShade="BF"/>
        <w:sz w:val="18"/>
        <w:szCs w:val="18"/>
        <w:lang w:val="id-ID"/>
      </w:rPr>
      <w:t xml:space="preserve">Safira </w:t>
    </w:r>
    <w:r w:rsidR="00BD7354" w:rsidRPr="00247D0D">
      <w:rPr>
        <w:rFonts w:ascii="Unesa" w:hAnsi="Unesa"/>
        <w:b/>
        <w:bCs/>
        <w:color w:val="76923C" w:themeColor="accent3" w:themeShade="BF"/>
        <w:sz w:val="18"/>
        <w:szCs w:val="18"/>
        <w:lang w:val="id-ID"/>
      </w:rPr>
      <w:t>,</w:t>
    </w:r>
    <w:proofErr w:type="gramEnd"/>
    <w:r w:rsidR="00BD7354" w:rsidRPr="00247D0D">
      <w:rPr>
        <w:rFonts w:ascii="Unesa" w:hAnsi="Unesa"/>
        <w:b/>
        <w:bCs/>
        <w:color w:val="76923C" w:themeColor="accent3" w:themeShade="BF"/>
        <w:sz w:val="18"/>
        <w:szCs w:val="18"/>
        <w:lang w:val="id-ID"/>
      </w:rPr>
      <w:t xml:space="preserve"> p</w:t>
    </w:r>
    <w:r w:rsidR="00BD7354">
      <w:rPr>
        <w:rFonts w:ascii="Unesa" w:hAnsi="Unesa"/>
        <w:b/>
        <w:bCs/>
        <w:color w:val="76923C" w:themeColor="accent3" w:themeShade="BF"/>
        <w:sz w:val="18"/>
        <w:szCs w:val="18"/>
        <w:lang w:val="id-ID"/>
      </w:rPr>
      <w:t>endidikan bahasa dan sastra indonesia</w:t>
    </w:r>
    <w:r w:rsidR="00BD7354" w:rsidRPr="00247D0D">
      <w:rPr>
        <w:rFonts w:ascii="Unesa" w:hAnsi="Unesa"/>
        <w:b/>
        <w:bCs/>
        <w:color w:val="76923C" w:themeColor="accent3" w:themeShade="BF"/>
        <w:sz w:val="18"/>
        <w:szCs w:val="18"/>
        <w:lang w:val="id-ID"/>
      </w:rPr>
      <w:t>, Universitas</w:t>
    </w:r>
    <w:r w:rsidR="00BD7354">
      <w:rPr>
        <w:rFonts w:ascii="Unesa" w:hAnsi="Unesa"/>
        <w:b/>
        <w:bCs/>
        <w:color w:val="76923C" w:themeColor="accent3" w:themeShade="BF"/>
        <w:sz w:val="18"/>
        <w:szCs w:val="18"/>
        <w:lang w:val="id-ID"/>
      </w:rPr>
      <w:t xml:space="preserve"> Negeri Surabaya</w:t>
    </w:r>
    <w:r w:rsidR="00BD7354" w:rsidRPr="00247D0D">
      <w:rPr>
        <w:rFonts w:ascii="Unesa" w:hAnsi="Unesa"/>
        <w:b/>
        <w:bCs/>
        <w:color w:val="76923C" w:themeColor="accent3" w:themeShade="BF"/>
        <w:sz w:val="18"/>
        <w:szCs w:val="18"/>
        <w:lang w:val="id-ID"/>
      </w:rPr>
      <w:t xml:space="preserve">, </w:t>
    </w:r>
    <w:hyperlink r:id="rId1" w:history="1">
      <w:r w:rsidR="00BD7354" w:rsidRPr="00CA5F17">
        <w:rPr>
          <w:rStyle w:val="Hyperlink"/>
          <w:rFonts w:ascii="Unesa" w:hAnsi="Unesa"/>
          <w:b/>
          <w:bCs/>
          <w:sz w:val="18"/>
          <w:szCs w:val="18"/>
          <w:lang w:val="id-ID"/>
        </w:rPr>
        <w:t>aldira.22186@mhs.unesa.ac.id</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3901" w14:textId="178165B3" w:rsidR="00C90EA1" w:rsidRPr="00247D0D" w:rsidRDefault="00C90EA1">
    <w:pPr>
      <w:pStyle w:val="Footer"/>
      <w:rPr>
        <w:rFonts w:ascii="Unesa" w:hAnsi="Unesa"/>
        <w:sz w:val="18"/>
        <w:szCs w:val="18"/>
        <w:lang w:val="id-ID"/>
      </w:rPr>
    </w:pPr>
    <w:r>
      <w:rPr>
        <w:noProof/>
        <w:color w:val="4F81BD" w:themeColor="accent1"/>
      </w:rPr>
      <mc:AlternateContent>
        <mc:Choice Requires="wps">
          <w:drawing>
            <wp:anchor distT="0" distB="0" distL="114300" distR="114300" simplePos="0" relativeHeight="251729408" behindDoc="0" locked="0" layoutInCell="1" allowOverlap="1" wp14:anchorId="7EFD2A95" wp14:editId="51579C8D">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637553B" id="Rectangle 452" o:spid="_x0000_s1026" style="position:absolute;margin-left:0;margin-top:0;width:579.9pt;height:750.3pt;z-index:25172940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rPr>
      <w:t xml:space="preserve"> </w:t>
    </w:r>
    <w:r w:rsidRPr="00247D0D">
      <w:rPr>
        <w:rFonts w:ascii="Unesa" w:hAnsi="Unesa"/>
        <w:color w:val="76923C" w:themeColor="accent3" w:themeShade="BF"/>
        <w:sz w:val="18"/>
        <w:szCs w:val="18"/>
      </w:rPr>
      <w:fldChar w:fldCharType="begin"/>
    </w:r>
    <w:r w:rsidRPr="00247D0D">
      <w:rPr>
        <w:rFonts w:ascii="Unesa" w:hAnsi="Unesa"/>
        <w:color w:val="76923C" w:themeColor="accent3" w:themeShade="BF"/>
        <w:sz w:val="18"/>
        <w:szCs w:val="18"/>
      </w:rPr>
      <w:instrText xml:space="preserve"> PAGE   \* MERGEFORMAT </w:instrText>
    </w:r>
    <w:r w:rsidRPr="00247D0D">
      <w:rPr>
        <w:rFonts w:ascii="Unesa" w:hAnsi="Unesa"/>
        <w:color w:val="76923C" w:themeColor="accent3" w:themeShade="BF"/>
        <w:sz w:val="18"/>
        <w:szCs w:val="18"/>
      </w:rPr>
      <w:fldChar w:fldCharType="separate"/>
    </w:r>
    <w:r w:rsidRPr="00247D0D">
      <w:rPr>
        <w:rFonts w:ascii="Unesa" w:hAnsi="Unesa"/>
        <w:b/>
        <w:bCs/>
        <w:noProof/>
        <w:color w:val="76923C" w:themeColor="accent3" w:themeShade="BF"/>
        <w:sz w:val="18"/>
        <w:szCs w:val="18"/>
      </w:rPr>
      <w:t>1</w:t>
    </w:r>
    <w:r w:rsidRPr="00247D0D">
      <w:rPr>
        <w:rFonts w:ascii="Unesa" w:hAnsi="Unesa"/>
        <w:b/>
        <w:bCs/>
        <w:noProof/>
        <w:color w:val="76923C" w:themeColor="accent3" w:themeShade="BF"/>
        <w:sz w:val="18"/>
        <w:szCs w:val="18"/>
      </w:rPr>
      <w:fldChar w:fldCharType="end"/>
    </w:r>
    <w:r w:rsidRPr="00247D0D">
      <w:rPr>
        <w:rFonts w:ascii="Unesa" w:hAnsi="Unesa"/>
        <w:b/>
        <w:bCs/>
        <w:color w:val="76923C" w:themeColor="accent3" w:themeShade="BF"/>
        <w:sz w:val="18"/>
        <w:szCs w:val="18"/>
      </w:rPr>
      <w:t xml:space="preserve"> </w:t>
    </w:r>
    <w:proofErr w:type="gramStart"/>
    <w:r w:rsidRPr="00247D0D">
      <w:rPr>
        <w:rFonts w:ascii="Unesa" w:hAnsi="Unesa"/>
        <w:color w:val="76923C" w:themeColor="accent3" w:themeShade="BF"/>
        <w:sz w:val="18"/>
        <w:szCs w:val="18"/>
      </w:rPr>
      <w:t>|</w:t>
    </w:r>
    <w:r w:rsidRPr="00247D0D">
      <w:rPr>
        <w:rFonts w:ascii="Unesa" w:hAnsi="Unesa"/>
        <w:b/>
        <w:bCs/>
        <w:color w:val="76923C" w:themeColor="accent3" w:themeShade="BF"/>
        <w:sz w:val="18"/>
        <w:szCs w:val="18"/>
      </w:rPr>
      <w:t xml:space="preserve"> </w:t>
    </w:r>
    <w:r w:rsidRPr="00247D0D">
      <w:rPr>
        <w:rFonts w:ascii="Unesa" w:hAnsi="Unesa"/>
        <w:b/>
        <w:bCs/>
        <w:color w:val="76923C" w:themeColor="accent3" w:themeShade="BF"/>
        <w:sz w:val="18"/>
        <w:szCs w:val="18"/>
        <w:lang w:val="id-ID"/>
      </w:rPr>
      <w:t xml:space="preserve"> </w:t>
    </w:r>
    <w:r w:rsidR="00BD7354">
      <w:rPr>
        <w:rFonts w:ascii="Unesa" w:hAnsi="Unesa"/>
        <w:b/>
        <w:bCs/>
        <w:color w:val="76923C" w:themeColor="accent3" w:themeShade="BF"/>
        <w:sz w:val="18"/>
        <w:szCs w:val="18"/>
        <w:lang w:val="id-ID"/>
      </w:rPr>
      <w:t>Aldira</w:t>
    </w:r>
    <w:proofErr w:type="gramEnd"/>
    <w:r w:rsidR="00BD7354">
      <w:rPr>
        <w:rFonts w:ascii="Unesa" w:hAnsi="Unesa"/>
        <w:b/>
        <w:bCs/>
        <w:color w:val="76923C" w:themeColor="accent3" w:themeShade="BF"/>
        <w:sz w:val="18"/>
        <w:szCs w:val="18"/>
        <w:lang w:val="id-ID"/>
      </w:rPr>
      <w:t xml:space="preserve"> Diva </w:t>
    </w:r>
    <w:proofErr w:type="gramStart"/>
    <w:r w:rsidR="00BD7354">
      <w:rPr>
        <w:rFonts w:ascii="Unesa" w:hAnsi="Unesa"/>
        <w:b/>
        <w:bCs/>
        <w:color w:val="76923C" w:themeColor="accent3" w:themeShade="BF"/>
        <w:sz w:val="18"/>
        <w:szCs w:val="18"/>
        <w:lang w:val="id-ID"/>
      </w:rPr>
      <w:t xml:space="preserve">Safira </w:t>
    </w:r>
    <w:r w:rsidRPr="00247D0D">
      <w:rPr>
        <w:rFonts w:ascii="Unesa" w:hAnsi="Unesa"/>
        <w:b/>
        <w:bCs/>
        <w:color w:val="76923C" w:themeColor="accent3" w:themeShade="BF"/>
        <w:sz w:val="18"/>
        <w:szCs w:val="18"/>
        <w:lang w:val="id-ID"/>
      </w:rPr>
      <w:t>,</w:t>
    </w:r>
    <w:proofErr w:type="gramEnd"/>
    <w:r w:rsidRPr="00247D0D">
      <w:rPr>
        <w:rFonts w:ascii="Unesa" w:hAnsi="Unesa"/>
        <w:b/>
        <w:bCs/>
        <w:color w:val="76923C" w:themeColor="accent3" w:themeShade="BF"/>
        <w:sz w:val="18"/>
        <w:szCs w:val="18"/>
        <w:lang w:val="id-ID"/>
      </w:rPr>
      <w:t xml:space="preserve"> p</w:t>
    </w:r>
    <w:r w:rsidR="00BD7354">
      <w:rPr>
        <w:rFonts w:ascii="Unesa" w:hAnsi="Unesa"/>
        <w:b/>
        <w:bCs/>
        <w:color w:val="76923C" w:themeColor="accent3" w:themeShade="BF"/>
        <w:sz w:val="18"/>
        <w:szCs w:val="18"/>
        <w:lang w:val="id-ID"/>
      </w:rPr>
      <w:t>endidikan bahasa dan sastra indonesia</w:t>
    </w:r>
    <w:r w:rsidR="00247D0D" w:rsidRPr="00247D0D">
      <w:rPr>
        <w:rFonts w:ascii="Unesa" w:hAnsi="Unesa"/>
        <w:b/>
        <w:bCs/>
        <w:color w:val="76923C" w:themeColor="accent3" w:themeShade="BF"/>
        <w:sz w:val="18"/>
        <w:szCs w:val="18"/>
        <w:lang w:val="id-ID"/>
      </w:rPr>
      <w:t>, Universitas</w:t>
    </w:r>
    <w:r w:rsidR="00BD7354">
      <w:rPr>
        <w:rFonts w:ascii="Unesa" w:hAnsi="Unesa"/>
        <w:b/>
        <w:bCs/>
        <w:color w:val="76923C" w:themeColor="accent3" w:themeShade="BF"/>
        <w:sz w:val="18"/>
        <w:szCs w:val="18"/>
        <w:lang w:val="id-ID"/>
      </w:rPr>
      <w:t xml:space="preserve"> Negeri Surabaya</w:t>
    </w:r>
    <w:r w:rsidR="00247D0D" w:rsidRPr="00247D0D">
      <w:rPr>
        <w:rFonts w:ascii="Unesa" w:hAnsi="Unesa"/>
        <w:b/>
        <w:bCs/>
        <w:color w:val="76923C" w:themeColor="accent3" w:themeShade="BF"/>
        <w:sz w:val="18"/>
        <w:szCs w:val="18"/>
        <w:lang w:val="id-ID"/>
      </w:rPr>
      <w:t xml:space="preserve">, </w:t>
    </w:r>
    <w:hyperlink r:id="rId1" w:history="1">
      <w:r w:rsidR="00BD7354" w:rsidRPr="00CA5F17">
        <w:rPr>
          <w:rStyle w:val="Hyperlink"/>
          <w:rFonts w:ascii="Unesa" w:hAnsi="Unesa"/>
          <w:b/>
          <w:bCs/>
          <w:sz w:val="18"/>
          <w:szCs w:val="18"/>
          <w:lang w:val="id-ID"/>
        </w:rPr>
        <w:t>aldira.22186@mhs.unesa.ac.id</w:t>
      </w:r>
    </w:hyperlink>
    <w:r w:rsidR="00BD7354">
      <w:rPr>
        <w:rFonts w:ascii="Unesa" w:hAnsi="Unesa"/>
        <w:b/>
        <w:bCs/>
        <w:color w:val="76923C" w:themeColor="accent3" w:themeShade="BF"/>
        <w:sz w:val="18"/>
        <w:szCs w:val="18"/>
        <w:lang w:val="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0E609" w14:textId="77777777" w:rsidR="001D0D37" w:rsidRDefault="001D0D37" w:rsidP="004225DB">
      <w:pPr>
        <w:spacing w:after="0" w:line="240" w:lineRule="auto"/>
      </w:pPr>
      <w:r>
        <w:separator/>
      </w:r>
    </w:p>
  </w:footnote>
  <w:footnote w:type="continuationSeparator" w:id="0">
    <w:p w14:paraId="3CD4F00C" w14:textId="77777777" w:rsidR="001D0D37" w:rsidRDefault="001D0D37" w:rsidP="00422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45E5" w14:textId="65A60746" w:rsidR="00B97E07" w:rsidRPr="00C90EA1" w:rsidRDefault="00C90EA1">
    <w:pPr>
      <w:pStyle w:val="Header"/>
      <w:rPr>
        <w:rFonts w:ascii="Broadway" w:hAnsi="Broadway" w:cs="Times New Roman"/>
        <w:b/>
        <w:bCs/>
        <w:sz w:val="40"/>
        <w:szCs w:val="56"/>
        <w:lang w:val="id-ID"/>
      </w:rPr>
    </w:pPr>
    <w:r w:rsidRPr="00C90EA1">
      <w:rPr>
        <w:rFonts w:ascii="Broadway" w:hAnsi="Broadway" w:cs="Times New Roman"/>
        <w:b/>
        <w:bCs/>
        <w:sz w:val="28"/>
        <w:szCs w:val="28"/>
        <w:lang w:val="id-ID"/>
      </w:rPr>
      <w:t>BAPALA</w:t>
    </w:r>
    <w:r w:rsidRPr="00C90EA1">
      <w:rPr>
        <w:rFonts w:ascii="Unesa" w:hAnsi="Unesa" w:cs="Times New Roman"/>
        <w:b/>
        <w:bCs/>
        <w:sz w:val="28"/>
        <w:szCs w:val="28"/>
        <w:lang w:val="id-ID"/>
      </w:rPr>
      <w:t xml:space="preserve"> </w:t>
    </w:r>
    <w:r w:rsidRPr="00C90EA1">
      <w:rPr>
        <w:rFonts w:ascii="Broadway" w:hAnsi="Broadway" w:cs="Times New Roman"/>
        <w:b/>
        <w:bCs/>
        <w:sz w:val="28"/>
        <w:szCs w:val="28"/>
        <w:lang w:val="id-ID"/>
      </w:rPr>
      <w:t>JURNAL</w:t>
    </w:r>
    <w:r>
      <w:rPr>
        <w:rFonts w:ascii="Unesa" w:hAnsi="Unesa" w:cs="Times New Roman"/>
        <w:b/>
        <w:bCs/>
        <w:sz w:val="24"/>
        <w:szCs w:val="24"/>
        <w:lang w:val="id-ID"/>
      </w:rPr>
      <w:tab/>
      <w:t>Vol.X, Nomor X, Bulan XXXX</w:t>
    </w:r>
    <w:r>
      <w:rPr>
        <w:rFonts w:ascii="Unesa" w:hAnsi="Unesa" w:cs="Times New Roman"/>
        <w:b/>
        <w:bCs/>
        <w:sz w:val="24"/>
        <w:szCs w:val="24"/>
        <w:lang w:val="id-ID"/>
      </w:rPr>
      <w:tab/>
      <w:t>Halaman 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shd w:val="clear" w:color="auto" w:fill="9BBB59" w:themeFill="accent3"/>
      <w:tblLook w:val="04A0" w:firstRow="1" w:lastRow="0" w:firstColumn="1" w:lastColumn="0" w:noHBand="0" w:noVBand="1"/>
    </w:tblPr>
    <w:tblGrid>
      <w:gridCol w:w="9395"/>
    </w:tblGrid>
    <w:tr w:rsidR="004225DB" w:rsidRPr="0067057B" w14:paraId="7C40A398" w14:textId="77777777" w:rsidTr="006E707E">
      <w:tc>
        <w:tcPr>
          <w:tcW w:w="9621" w:type="dxa"/>
          <w:shd w:val="clear" w:color="auto" w:fill="9BBB59" w:themeFill="accent3"/>
        </w:tcPr>
        <w:p w14:paraId="3CB8EDEF" w14:textId="27457565" w:rsidR="004225DB" w:rsidRDefault="004225DB" w:rsidP="002D57EF">
          <w:pPr>
            <w:jc w:val="center"/>
            <w:rPr>
              <w:rFonts w:ascii="Unesa" w:hAnsi="Unesa"/>
              <w:b/>
              <w:sz w:val="28"/>
              <w:lang w:val="id-ID"/>
            </w:rPr>
          </w:pPr>
          <w:r w:rsidRPr="0067057B">
            <w:rPr>
              <w:rFonts w:ascii="Unesa" w:hAnsi="Unesa"/>
              <w:b/>
              <w:sz w:val="28"/>
              <w:lang w:val="id-ID"/>
            </w:rPr>
            <w:t xml:space="preserve">BAPALA: </w:t>
          </w:r>
          <w:r>
            <w:rPr>
              <w:rFonts w:ascii="Unesa" w:hAnsi="Unesa"/>
              <w:b/>
              <w:sz w:val="28"/>
              <w:lang w:val="id-ID"/>
            </w:rPr>
            <w:t>JURNAL PENDIDIKAN BAHASA DAN SASTRA INDONESIA</w:t>
          </w:r>
        </w:p>
        <w:p w14:paraId="1D8CC5C3" w14:textId="77777777" w:rsidR="004225DB" w:rsidRDefault="004225DB" w:rsidP="004225DB">
          <w:pPr>
            <w:jc w:val="center"/>
            <w:rPr>
              <w:rFonts w:ascii="Unesa" w:hAnsi="Unesa"/>
              <w:bCs/>
              <w:sz w:val="28"/>
              <w:lang w:val="id-ID"/>
            </w:rPr>
          </w:pPr>
          <w:r>
            <w:rPr>
              <w:rFonts w:ascii="Unesa" w:hAnsi="Unesa"/>
              <w:bCs/>
              <w:sz w:val="28"/>
              <w:lang w:val="id-ID"/>
            </w:rPr>
            <w:t>Volume X, Nomor XX, Tahun XXXX, Hal. XX – XX</w:t>
          </w:r>
        </w:p>
        <w:p w14:paraId="3C8B9ECF" w14:textId="77777777" w:rsidR="004225DB" w:rsidRPr="008C17DE" w:rsidRDefault="004225DB" w:rsidP="004225DB">
          <w:pPr>
            <w:jc w:val="center"/>
            <w:rPr>
              <w:rFonts w:ascii="Unesa" w:hAnsi="Unesa"/>
              <w:bCs/>
              <w:sz w:val="28"/>
              <w:lang w:val="id-ID"/>
            </w:rPr>
          </w:pPr>
          <w:hyperlink r:id="rId1" w:history="1">
            <w:r w:rsidRPr="002C62DD">
              <w:rPr>
                <w:rStyle w:val="Hyperlink"/>
                <w:rFonts w:ascii="Unesa" w:hAnsi="Unesa"/>
                <w:bCs/>
                <w:sz w:val="28"/>
                <w:lang w:val="id-ID"/>
              </w:rPr>
              <w:t>https://ejournal.unesa.ac.id/index.php/bapala</w:t>
            </w:r>
          </w:hyperlink>
          <w:r>
            <w:rPr>
              <w:rFonts w:ascii="Unesa" w:hAnsi="Unesa"/>
              <w:bCs/>
              <w:sz w:val="28"/>
              <w:lang w:val="id-ID"/>
            </w:rPr>
            <w:t xml:space="preserve"> </w:t>
          </w:r>
        </w:p>
        <w:p w14:paraId="5358444A" w14:textId="77777777" w:rsidR="004225DB" w:rsidRPr="008C17DE" w:rsidRDefault="004225DB" w:rsidP="004225DB">
          <w:pPr>
            <w:rPr>
              <w:rFonts w:ascii="Unesa" w:hAnsi="Unesa"/>
              <w:b/>
              <w:i/>
              <w:iCs/>
              <w:sz w:val="28"/>
              <w:lang w:val="id-ID"/>
            </w:rPr>
          </w:pPr>
        </w:p>
      </w:tc>
    </w:tr>
  </w:tbl>
  <w:p w14:paraId="307B043A" w14:textId="77777777" w:rsidR="004225DB" w:rsidRDefault="00422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504CE1"/>
    <w:multiLevelType w:val="hybridMultilevel"/>
    <w:tmpl w:val="7BD87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46720"/>
    <w:multiLevelType w:val="multilevel"/>
    <w:tmpl w:val="C74A0072"/>
    <w:lvl w:ilvl="0">
      <w:start w:val="1"/>
      <w:numFmt w:val="decimal"/>
      <w:lvlText w:val="%1."/>
      <w:lvlJc w:val="left"/>
      <w:pPr>
        <w:ind w:left="928"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1" w15:restartNumberingAfterBreak="0">
    <w:nsid w:val="675F6B80"/>
    <w:multiLevelType w:val="hybridMultilevel"/>
    <w:tmpl w:val="98127F34"/>
    <w:lvl w:ilvl="0" w:tplc="38B629F2">
      <w:start w:val="1"/>
      <w:numFmt w:val="decimal"/>
      <w:lvlText w:val="%1."/>
      <w:lvlJc w:val="left"/>
      <w:pPr>
        <w:ind w:left="360" w:hanging="360"/>
      </w:pPr>
      <w:rPr>
        <w:rFonts w:ascii="Book Antiqua" w:hAnsi="Book Antiqua" w:hint="default"/>
        <w:i w:val="0"/>
        <w:w w:val="105"/>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0768175">
    <w:abstractNumId w:val="8"/>
  </w:num>
  <w:num w:numId="2" w16cid:durableId="2141991197">
    <w:abstractNumId w:val="6"/>
  </w:num>
  <w:num w:numId="3" w16cid:durableId="654459468">
    <w:abstractNumId w:val="5"/>
  </w:num>
  <w:num w:numId="4" w16cid:durableId="1427194713">
    <w:abstractNumId w:val="4"/>
  </w:num>
  <w:num w:numId="5" w16cid:durableId="1294168634">
    <w:abstractNumId w:val="7"/>
  </w:num>
  <w:num w:numId="6" w16cid:durableId="1414548110">
    <w:abstractNumId w:val="3"/>
  </w:num>
  <w:num w:numId="7" w16cid:durableId="10760911">
    <w:abstractNumId w:val="2"/>
  </w:num>
  <w:num w:numId="8" w16cid:durableId="1933734016">
    <w:abstractNumId w:val="1"/>
  </w:num>
  <w:num w:numId="9" w16cid:durableId="1972976134">
    <w:abstractNumId w:val="0"/>
  </w:num>
  <w:num w:numId="10" w16cid:durableId="2010863506">
    <w:abstractNumId w:val="9"/>
  </w:num>
  <w:num w:numId="11" w16cid:durableId="1530024178">
    <w:abstractNumId w:val="11"/>
  </w:num>
  <w:num w:numId="12" w16cid:durableId="2044865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05BC"/>
    <w:rsid w:val="00121D63"/>
    <w:rsid w:val="00135DB9"/>
    <w:rsid w:val="0015074B"/>
    <w:rsid w:val="00155356"/>
    <w:rsid w:val="001D0D37"/>
    <w:rsid w:val="00217D22"/>
    <w:rsid w:val="00231EB1"/>
    <w:rsid w:val="00247D0D"/>
    <w:rsid w:val="00281D16"/>
    <w:rsid w:val="0029639D"/>
    <w:rsid w:val="002B2EE6"/>
    <w:rsid w:val="002D57EF"/>
    <w:rsid w:val="00326F90"/>
    <w:rsid w:val="00347F5F"/>
    <w:rsid w:val="003D3600"/>
    <w:rsid w:val="004223A6"/>
    <w:rsid w:val="004225DB"/>
    <w:rsid w:val="004F73AE"/>
    <w:rsid w:val="00563976"/>
    <w:rsid w:val="005F1730"/>
    <w:rsid w:val="0060118C"/>
    <w:rsid w:val="0067057B"/>
    <w:rsid w:val="006E707E"/>
    <w:rsid w:val="0080152D"/>
    <w:rsid w:val="00840EB5"/>
    <w:rsid w:val="00895D0B"/>
    <w:rsid w:val="008C17DE"/>
    <w:rsid w:val="008C6324"/>
    <w:rsid w:val="008D730D"/>
    <w:rsid w:val="008F4412"/>
    <w:rsid w:val="009431DA"/>
    <w:rsid w:val="00993ABF"/>
    <w:rsid w:val="00A00474"/>
    <w:rsid w:val="00A13750"/>
    <w:rsid w:val="00A733EB"/>
    <w:rsid w:val="00AA1D8D"/>
    <w:rsid w:val="00B3583A"/>
    <w:rsid w:val="00B47730"/>
    <w:rsid w:val="00B479B7"/>
    <w:rsid w:val="00B97E07"/>
    <w:rsid w:val="00BD591A"/>
    <w:rsid w:val="00BD7354"/>
    <w:rsid w:val="00C84F69"/>
    <w:rsid w:val="00C90EA1"/>
    <w:rsid w:val="00CB0664"/>
    <w:rsid w:val="00F33B63"/>
    <w:rsid w:val="00F543A7"/>
    <w:rsid w:val="00FC693F"/>
    <w:rsid w:val="00FD5519"/>
    <w:rsid w:val="00FD7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3D0588"/>
  <w14:defaultImageDpi w14:val="300"/>
  <w15:docId w15:val="{7D8AC804-63BF-4143-9E0A-9F180390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225DB"/>
    <w:rPr>
      <w:color w:val="0000FF" w:themeColor="hyperlink"/>
      <w:u w:val="single"/>
    </w:rPr>
  </w:style>
  <w:style w:type="character" w:styleId="UnresolvedMention">
    <w:name w:val="Unresolved Mention"/>
    <w:basedOn w:val="DefaultParagraphFont"/>
    <w:uiPriority w:val="99"/>
    <w:semiHidden/>
    <w:unhideWhenUsed/>
    <w:rsid w:val="004225DB"/>
    <w:rPr>
      <w:color w:val="605E5C"/>
      <w:shd w:val="clear" w:color="auto" w:fill="E1DFDD"/>
    </w:rPr>
  </w:style>
  <w:style w:type="table" w:customStyle="1" w:styleId="LightShading1">
    <w:name w:val="Light Shading1"/>
    <w:basedOn w:val="TableNormal"/>
    <w:uiPriority w:val="60"/>
    <w:qFormat/>
    <w:rsid w:val="00231EB1"/>
    <w:pPr>
      <w:spacing w:after="0" w:line="240" w:lineRule="auto"/>
    </w:pPr>
    <w:rPr>
      <w:rFonts w:ascii="Calibri" w:eastAsia="SimSun" w:hAnsi="Calibri" w:cs="Arial"/>
      <w:color w:val="000000"/>
      <w:sz w:val="20"/>
      <w:szCs w:val="20"/>
    </w:rPr>
    <w:tblPr>
      <w:tblInd w:w="0" w:type="nil"/>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BFBFBF"/>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BFBF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530097">
      <w:bodyDiv w:val="1"/>
      <w:marLeft w:val="0"/>
      <w:marRight w:val="0"/>
      <w:marTop w:val="0"/>
      <w:marBottom w:val="0"/>
      <w:divBdr>
        <w:top w:val="none" w:sz="0" w:space="0" w:color="auto"/>
        <w:left w:val="none" w:sz="0" w:space="0" w:color="auto"/>
        <w:bottom w:val="none" w:sz="0" w:space="0" w:color="auto"/>
        <w:right w:val="none" w:sz="0" w:space="0" w:color="auto"/>
      </w:divBdr>
      <w:divsChild>
        <w:div w:id="398410338">
          <w:marLeft w:val="0"/>
          <w:marRight w:val="0"/>
          <w:marTop w:val="0"/>
          <w:marBottom w:val="0"/>
          <w:divBdr>
            <w:top w:val="none" w:sz="0" w:space="0" w:color="auto"/>
            <w:left w:val="none" w:sz="0" w:space="0" w:color="auto"/>
            <w:bottom w:val="none" w:sz="0" w:space="0" w:color="auto"/>
            <w:right w:val="none" w:sz="0" w:space="0" w:color="auto"/>
          </w:divBdr>
          <w:divsChild>
            <w:div w:id="284193737">
              <w:marLeft w:val="0"/>
              <w:marRight w:val="0"/>
              <w:marTop w:val="0"/>
              <w:marBottom w:val="0"/>
              <w:divBdr>
                <w:top w:val="none" w:sz="0" w:space="0" w:color="auto"/>
                <w:left w:val="none" w:sz="0" w:space="0" w:color="auto"/>
                <w:bottom w:val="none" w:sz="0" w:space="0" w:color="auto"/>
                <w:right w:val="none" w:sz="0" w:space="0" w:color="auto"/>
              </w:divBdr>
              <w:divsChild>
                <w:div w:id="1313870843">
                  <w:marLeft w:val="0"/>
                  <w:marRight w:val="0"/>
                  <w:marTop w:val="0"/>
                  <w:marBottom w:val="0"/>
                  <w:divBdr>
                    <w:top w:val="none" w:sz="0" w:space="0" w:color="auto"/>
                    <w:left w:val="none" w:sz="0" w:space="0" w:color="auto"/>
                    <w:bottom w:val="none" w:sz="0" w:space="0" w:color="auto"/>
                    <w:right w:val="none" w:sz="0" w:space="0" w:color="auto"/>
                  </w:divBdr>
                  <w:divsChild>
                    <w:div w:id="128085832">
                      <w:marLeft w:val="0"/>
                      <w:marRight w:val="0"/>
                      <w:marTop w:val="0"/>
                      <w:marBottom w:val="0"/>
                      <w:divBdr>
                        <w:top w:val="none" w:sz="0" w:space="0" w:color="auto"/>
                        <w:left w:val="none" w:sz="0" w:space="0" w:color="auto"/>
                        <w:bottom w:val="none" w:sz="0" w:space="0" w:color="auto"/>
                        <w:right w:val="none" w:sz="0" w:space="0" w:color="auto"/>
                      </w:divBdr>
                      <w:divsChild>
                        <w:div w:id="507643057">
                          <w:marLeft w:val="0"/>
                          <w:marRight w:val="0"/>
                          <w:marTop w:val="0"/>
                          <w:marBottom w:val="0"/>
                          <w:divBdr>
                            <w:top w:val="none" w:sz="0" w:space="0" w:color="auto"/>
                            <w:left w:val="none" w:sz="0" w:space="0" w:color="auto"/>
                            <w:bottom w:val="none" w:sz="0" w:space="0" w:color="auto"/>
                            <w:right w:val="none" w:sz="0" w:space="0" w:color="auto"/>
                          </w:divBdr>
                          <w:divsChild>
                            <w:div w:id="174784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dira.22186@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tikindarti@unesa.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ldira.22186@mhs.unes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ldira.22186@mhs.unesa.ac.id"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esa.ac.id/index.php/bap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5156</Words>
  <Characters>29395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aldira diva</cp:lastModifiedBy>
  <cp:revision>2</cp:revision>
  <dcterms:created xsi:type="dcterms:W3CDTF">2026-06-23T07:31:00Z</dcterms:created>
  <dcterms:modified xsi:type="dcterms:W3CDTF">2026-06-23T07:31:00Z</dcterms:modified>
  <cp:category/>
</cp:coreProperties>
</file>